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t>――――――――――――――――――――――――――――――</w:t>
      </w:r>
    </w:p>
    <w:p>
      <w:r>
        <w:rPr>
          <w:b w:val="0"/>
          <w:i w:val="0"/>
        </w:rPr>
        <w:t>title: "Labrador Breed Notes - 17/10/2025 - ISSUE"</w:t>
      </w:r>
      <w:r>
        <w:br/>
      </w:r>
      <w:r>
        <w:rPr>
          <w:b w:val="0"/>
          <w:i w:val="0"/>
        </w:rPr>
        <w:br/>
        <w:t>date_original: "17/10/2025 - ISSUE"</w:t>
      </w:r>
      <w:r>
        <w:br/>
      </w:r>
      <w:r>
        <w:rPr>
          <w:b w:val="0"/>
          <w:i w:val="0"/>
        </w:rPr>
        <w:br/>
        <w:t>source_url: "https://www.ourdogs.co.uk/members/breednotes/RetrieverLabradorMain.php"</w:t>
      </w:r>
      <w:r>
        <w:br/>
      </w:r>
      <w:r>
        <w:rPr>
          <w:b w:val="0"/>
          <w:i w:val="0"/>
        </w:rPr>
        <w:br/>
        <w:t>scraped_at: "2026-09-13T15:05:07"</w:t>
      </w:r>
      <w:r>
        <w:br/>
      </w:r>
      <w:r>
        <w:rPr>
          <w:b w:val="0"/>
          <w:i w:val="0"/>
        </w:rPr>
        <w:br/>
        <w:t>word_count: 891</w:t>
      </w:r>
    </w:p>
    <w:p>
      <w:r>
        <w:t>――――――――――――――――――――――――――――――</w:t>
      </w:r>
    </w:p>
    <w:p>
      <w:r>
        <w:rPr>
          <w:b w:val="0"/>
          <w:i w:val="0"/>
        </w:rPr>
        <w:t>NEWS MEMBERS' AREA SHOP SUBSCRIBE UPCOMING SHOWS MORE</w:t>
      </w:r>
    </w:p>
    <w:p>
      <w:r>
        <w:rPr>
          <w:b w:val="0"/>
          <w:i w:val="0"/>
        </w:rPr>
        <w:t>RETRIEVER LABRADOR</w:t>
      </w:r>
    </w:p>
    <w:p>
      <w:r>
        <w:rPr>
          <w:b w:val="0"/>
          <w:i w:val="0"/>
        </w:rPr>
        <w:t>Issue: 17/10/2025</w:t>
      </w:r>
    </w:p>
    <w:p>
      <w:r>
        <w:rPr>
          <w:b w:val="0"/>
          <w:i w:val="0"/>
        </w:rPr>
        <w:t xml:space="preserve">Additions to Belfast results as I was literally typing them up as the results were coming through, and before group results were in. Erica and Edâ€™s Sh Ch Berlans Get Up And Go At Sandylands was Gr 2. (Sandylands Springers also did the double with Sh Ch Sandylands Stand N Deliver taking DCC, and Sh Ch Sandylands Send The Roses the BCC). Barry Brackners Brupurhat Star In Sight was PG3. And Paul McCroryâ€™s Sh Ch Millroseglen Make My Day For Meadowvillabs was VG2. </w:t>
      </w:r>
    </w:p>
    <w:p>
      <w:r>
        <w:rPr>
          <w:b w:val="0"/>
          <w:i w:val="0"/>
        </w:rPr>
        <w:t xml:space="preserve">News from Carol that Mervyn Reynolds funeral will take place on Wednesday 29th of October, 3pm at Gedling Crematorium Nottingham, NG4 4QH. Please bring a Labrador if you are able to. </w:t>
      </w:r>
    </w:p>
    <w:p>
      <w:r>
        <w:rPr>
          <w:b w:val="0"/>
          <w:i w:val="0"/>
        </w:rPr>
        <w:t xml:space="preserve">At SWKA, Mandy Longhurst was taking on her first CC appointment. She found her BOB in the BCC winner, Maxine Woodleys newly crowned Sh Ch, (subject to RKC confirmation) Alkhamhurst London Girl. RBCC was Pam Drugganâ€™s Balladoole Black Lace. DCC was a second such award for Iris Evans Trendlewood Long Time Coming At Pudleigh. RDCC was Sussie Wiles Richbourne Lion King. BP and PG4 was Yo Shirtonâ€™s Woolmans Free And Easy. BV and making the long trip worthwhile was Pam Drugganâ€™s A Sense Of Pleasures Get Lucky. </w:t>
      </w:r>
    </w:p>
    <w:p>
      <w:r>
        <w:rPr>
          <w:b w:val="0"/>
          <w:i w:val="0"/>
        </w:rPr>
        <w:t>Itâ€™s nice to hear that Ann Britton is making progress towards a full recovery from complications caused by her heavy fall. She sent me this for inclusion in these notes. It was written by a man called George Ward, from Michigan USA:-</w:t>
      </w:r>
    </w:p>
    <w:p>
      <w:r>
        <w:rPr>
          <w:b w:val="0"/>
          <w:i w:val="0"/>
        </w:rPr>
        <w:t>â€˜I have been in this business all my life, and have been seriously showing since I got my first BIS 60 years ago.</w:t>
      </w:r>
    </w:p>
    <w:p>
      <w:r>
        <w:rPr>
          <w:b w:val="0"/>
          <w:i w:val="0"/>
        </w:rPr>
        <w:t xml:space="preserve">â€˜I have had the pleasure of knowing and listening to some of the great dog men from all over the world. To name a few, Walter Reeves, George Thomas, Charles Horton, Phil Prentice, Ben Brown, Percy Robertâ€™s, Tom Carruthers, Joe Braddon. The consensus of opinion of  these, and many more of the greats was that type and balance are of great importance. Size should be kept in line with the standards. Coat and condition should be a factor. Showmanship is of some importanceâ€¦â€¦â€¦but the REAL test is movement. Never did one see a poor mover that was properly constructed. </w:t>
      </w:r>
    </w:p>
    <w:p>
      <w:r>
        <w:rPr>
          <w:b w:val="0"/>
          <w:i w:val="0"/>
        </w:rPr>
        <w:t xml:space="preserve">â€˜When you see fronts flopping around, or flipping feet or elbows, and no reach in frontâ€¦.they are not made right. When you see hind legs moving cow-hocked or criss-crossingâ€¦â€¦â€¦they are not made right. </w:t>
      </w:r>
    </w:p>
    <w:p>
      <w:r>
        <w:rPr>
          <w:b w:val="0"/>
          <w:i w:val="0"/>
        </w:rPr>
        <w:t>â€˜Look at what â€˜pretty and elegantâ€™ is getting us, upright shoulders which encourages, and makes for, short necks, which in turn leads to bad top lines and long backs and no forechest. And thatâ€™s just the front assembly. The experts call for MODERATE angulation of stifle, which is slowly turning into â€˜more is betterâ€™, which makes then so over-angulated they canâ€™t walk properly in a straight line, (my note: and also puts a huge strain on the cruciate). The upright front assembly canâ€™t get out of the way of the over-angulated hind legs, (my note: what we in the UK call â€˜crabbingâ€™).</w:t>
      </w:r>
    </w:p>
    <w:p>
      <w:r>
        <w:rPr>
          <w:b w:val="0"/>
          <w:i w:val="0"/>
        </w:rPr>
        <w:t>â€˜Letâ€™s get back to the basics of balance and movement as written by the old experts, and forget all this exaggeration before itâ€™s too lateâ€¦â€¦or is it already too late?â€™</w:t>
      </w:r>
    </w:p>
    <w:p>
      <w:r>
        <w:rPr>
          <w:b w:val="0"/>
          <w:i w:val="0"/>
        </w:rPr>
        <w:t>Thank you for that Ann. It really is food for thought</w:t>
      </w:r>
    </w:p>
    <w:p>
      <w:r>
        <w:rPr>
          <w:b w:val="0"/>
          <w:i w:val="0"/>
        </w:rPr>
        <w:t xml:space="preserve">One of my personal bugbears is over-angulated stifles, particularly on puppies and young dogs. The ones that endure, and the ones that go on to carry on winning well into veteran, are more often than not the slow developers. The ones who go through a stage around puberty when all of a suddenâ€¦.they look â€˜straight in the stifleâ€™. Itâ€™s a stage of development, but itâ€™s a stage that exhibitors nowadays seem keen to avoid and so they choose the puppies with this exaggerated turn of stifle. And itâ€™s also a bugbear of mine that our Judges Education Programme gives no guidelines for teaching our student judges how to judge the various stages of development. I think it behoves our breed clubs to address this issue, and to make sure that we are sending through young judges who fully understand the way a labrador SHOULD look at various stages of development. And this can be done through the excellent Breed Appreciation Days that we run. </w:t>
      </w:r>
    </w:p>
    <w:p>
      <w:r>
        <w:rPr>
          <w:b w:val="0"/>
          <w:i w:val="0"/>
        </w:rPr>
        <w:t xml:space="preserve">I would like to finish by saying that this column is for the readers, and if there is ever anything that you would like to contribute, you are very welcome to send me articles, opinions, tips, etc. I will include them in the column and obviously give the writer full credit. </w:t>
      </w:r>
    </w:p>
    <w:p>
      <w:r>
        <w:rPr>
          <w:b w:val="0"/>
          <w:i w:val="0"/>
        </w:rPr>
        <w:t>Elaine Grummitt</w:t>
      </w:r>
    </w:p>
    <w:p>
      <w:r>
        <w:rPr>
          <w:b w:val="0"/>
          <w:i w:val="0"/>
        </w:rPr>
        <w:t>manorwell@sky.com</w:t>
      </w:r>
    </w:p>
    <w:p>
      <w:r>
        <w:rPr>
          <w:b w:val="0"/>
          <w:i w:val="0"/>
        </w:rPr>
        <w:t>Back to Archive</w:t>
      </w:r>
    </w:p>
    <w:p>
      <w:r>
        <w:rPr>
          <w:b w:val="0"/>
          <w:i w:val="0"/>
        </w:rPr>
        <w:t>Back to Breed Notes Index</w:t>
      </w:r>
    </w:p>
    <w:p>
      <w:r>
        <w:rPr>
          <w:b w:val="0"/>
          <w:i w:val="0"/>
        </w:rPr>
        <w:t>Tel</w:t>
      </w:r>
      <w:r>
        <w:br/>
      </w:r>
      <w:r>
        <w:rPr>
          <w:b w:val="0"/>
          <w:i w:val="0"/>
        </w:rPr>
        <w:br/>
        <w:t>0161 709 4550</w:t>
      </w:r>
      <w:r>
        <w:br/>
      </w:r>
      <w:r>
        <w:rPr>
          <w:b w:val="0"/>
          <w:i w:val="0"/>
        </w:rPr>
        <w:br/>
        <w:t>Advertising</w:t>
      </w:r>
      <w:r>
        <w:br/>
      </w:r>
      <w:r>
        <w:rPr>
          <w:b w:val="0"/>
          <w:i w:val="0"/>
        </w:rPr>
        <w:br/>
        <w:t>0161 709 4576</w:t>
      </w:r>
      <w:r>
        <w:br/>
      </w:r>
      <w:r>
        <w:rPr>
          <w:b w:val="0"/>
          <w:i w:val="0"/>
        </w:rPr>
        <w:br/>
        <w:t>Editorial</w:t>
      </w:r>
      <w:r>
        <w:br/>
      </w:r>
      <w:r>
        <w:rPr>
          <w:b w:val="0"/>
          <w:i w:val="0"/>
        </w:rPr>
        <w:br/>
        <w:t>0161 709 4550</w:t>
      </w:r>
      <w:r>
        <w:br/>
      </w:r>
      <w:r>
        <w:rPr>
          <w:b w:val="0"/>
          <w:i w:val="0"/>
        </w:rPr>
        <w:br/>
        <w:t>Subscriptions</w:t>
      </w:r>
      <w:r>
        <w:br/>
      </w:r>
      <w:r>
        <w:rPr>
          <w:b w:val="0"/>
          <w:i w:val="0"/>
        </w:rPr>
        <w:br/>
        <w:t>0161 709 4559</w:t>
      </w:r>
      <w:r>
        <w:br/>
      </w:r>
      <w:r>
        <w:rPr>
          <w:b w:val="0"/>
          <w:i w:val="0"/>
        </w:rPr>
        <w:br/>
        <w:t>Mail Order</w:t>
      </w:r>
      <w:r>
        <w:br/>
      </w:r>
      <w:r>
        <w:rPr>
          <w:b w:val="0"/>
          <w:i w:val="0"/>
        </w:rPr>
        <w:br/>
        <w:t>0161 709 4562</w:t>
      </w:r>
      <w:r>
        <w:br/>
      </w:r>
      <w:r>
        <w:rPr>
          <w:b w:val="0"/>
          <w:i w:val="0"/>
        </w:rPr>
        <w:br/>
        <w:t>Show Reports</w:t>
      </w:r>
      <w:r>
        <w:br/>
      </w:r>
      <w:r>
        <w:rPr>
          <w:b w:val="0"/>
          <w:i w:val="0"/>
        </w:rPr>
        <w:br/>
        <w:t>0161 709 4571</w:t>
      </w:r>
      <w:r>
        <w:br/>
      </w:r>
      <w:r>
        <w:rPr>
          <w:b w:val="0"/>
          <w:i w:val="0"/>
        </w:rPr>
        <w:br/>
        <w:t>SEND YOUR REPORT</w:t>
      </w:r>
      <w:r>
        <w:br/>
      </w:r>
      <w:r>
        <w:rPr>
          <w:b w:val="0"/>
          <w:i w:val="0"/>
        </w:rPr>
        <w:br/>
        <w:t>Competitions</w:t>
      </w:r>
      <w:r>
        <w:br/>
      </w:r>
      <w:r>
        <w:rPr>
          <w:b w:val="0"/>
          <w:i w:val="0"/>
        </w:rPr>
        <w:br/>
        <w:t>TOP DOG</w:t>
      </w:r>
      <w:r>
        <w:br/>
      </w:r>
      <w:r>
        <w:rPr>
          <w:b w:val="0"/>
          <w:i w:val="0"/>
        </w:rPr>
        <w:br/>
        <w:t>TOP PUPPY</w:t>
      </w:r>
      <w:r>
        <w:br/>
      </w:r>
      <w:r>
        <w:rPr>
          <w:b w:val="0"/>
          <w:i w:val="0"/>
        </w:rPr>
        <w:br/>
        <w:t>TOP BREEDER</w:t>
      </w:r>
      <w:r>
        <w:br/>
      </w:r>
      <w:r>
        <w:rPr>
          <w:b w:val="0"/>
          <w:i w:val="0"/>
        </w:rPr>
        <w:br/>
        <w:t>TOP STUD</w:t>
      </w:r>
      <w:r>
        <w:br/>
      </w:r>
      <w:r>
        <w:rPr>
          <w:b w:val="0"/>
          <w:i w:val="0"/>
        </w:rPr>
        <w:br/>
        <w:t>TOP BROOD</w:t>
      </w:r>
      <w:r>
        <w:br/>
      </w:r>
      <w:r>
        <w:rPr>
          <w:b w:val="0"/>
          <w:i w:val="0"/>
        </w:rPr>
        <w:br/>
        <w:t>Members' Area</w:t>
      </w:r>
      <w:r>
        <w:br/>
      </w:r>
      <w:r>
        <w:rPr>
          <w:b w:val="0"/>
          <w:i w:val="0"/>
        </w:rPr>
        <w:br/>
        <w:t>BREED NOTES</w:t>
      </w:r>
      <w:r>
        <w:br/>
      </w:r>
      <w:r>
        <w:rPr>
          <w:b w:val="0"/>
          <w:i w:val="0"/>
        </w:rPr>
        <w:br/>
        <w:t>CHAMP SHOWS</w:t>
      </w:r>
      <w:r>
        <w:br/>
      </w:r>
      <w:r>
        <w:rPr>
          <w:b w:val="0"/>
          <w:i w:val="0"/>
        </w:rPr>
        <w:br/>
        <w:t>GENERAL SHOWS</w:t>
      </w:r>
      <w:r>
        <w:br/>
      </w:r>
      <w:r>
        <w:rPr>
          <w:b w:val="0"/>
          <w:i w:val="0"/>
        </w:rPr>
        <w:br/>
        <w:t>REGULAR FEATURES</w:t>
      </w:r>
      <w:r>
        <w:br/>
      </w:r>
      <w:r>
        <w:rPr>
          <w:b w:val="0"/>
          <w:i w:val="0"/>
        </w:rPr>
        <w:br/>
        <w:t>DIGITAL EDITION</w:t>
      </w:r>
      <w:r>
        <w:br/>
      </w:r>
      <w:r>
        <w:rPr>
          <w:b w:val="0"/>
          <w:i w:val="0"/>
        </w:rPr>
        <w:br/>
        <w:t>Sign up for our newsletter</w:t>
      </w:r>
      <w:r>
        <w:br/>
      </w:r>
      <w:r>
        <w:rPr>
          <w:b w:val="0"/>
          <w:i w:val="0"/>
        </w:rPr>
        <w:br/>
        <w:t>Subscribe</w:t>
      </w:r>
      <w:r>
        <w:br/>
      </w:r>
      <w:r>
        <w:rPr>
          <w:b w:val="0"/>
          <w:i w:val="0"/>
        </w:rPr>
        <w:br/>
        <w:t>Follow Us</w:t>
      </w:r>
    </w:p>
    <w:p>
      <w:r>
        <w:rPr>
          <w:b w:val="0"/>
          <w:i w:val="0"/>
        </w:rPr>
        <w:t>© Our Dogs Publishing All Rights Reserved. | Privacy Policy</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