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- 06/09/2019 - ISSUE"</w:t>
      </w:r>
      <w:r>
        <w:br/>
      </w:r>
      <w:r>
        <w:rPr>
          <w:b w:val="0"/>
          <w:i w:val="0"/>
        </w:rPr>
        <w:br/>
        <w:t>date_original: "06/09/2019 - ISSUE"</w:t>
      </w:r>
      <w:r>
        <w:br/>
      </w:r>
      <w:r>
        <w:rPr>
          <w:b w:val="0"/>
          <w:i w:val="0"/>
        </w:rPr>
        <w:br/>
        <w:t>source_url: "https://www.ourdogs.co.uk/members/breednotes/RetrieverLabradorMain.php"</w:t>
      </w:r>
      <w:r>
        <w:br/>
      </w:r>
      <w:r>
        <w:rPr>
          <w:b w:val="0"/>
          <w:i w:val="0"/>
        </w:rPr>
        <w:br/>
        <w:t>scraped_at: "2026-09-13T15:19:26"</w:t>
      </w:r>
      <w:r>
        <w:br/>
      </w:r>
      <w:r>
        <w:rPr>
          <w:b w:val="0"/>
          <w:i w:val="0"/>
        </w:rPr>
        <w:br/>
        <w:t>word_count: 1454</w:t>
      </w:r>
    </w:p>
    <w:p>
      <w:r>
        <w:t>――――――――――――――――――――――――――――――</w:t>
      </w:r>
    </w:p>
    <w:p>
      <w:r>
        <w:rPr>
          <w:b w:val="0"/>
          <w:i w:val="0"/>
        </w:rPr>
        <w:t>NEWS MEMBERS' AREA SHOP SUBSCRIBE UPCOMING SHOWS MORE</w:t>
      </w:r>
    </w:p>
    <w:p>
      <w:r>
        <w:rPr>
          <w:b w:val="0"/>
          <w:i w:val="0"/>
        </w:rPr>
        <w:t>RETRIEVER LABRADOR</w:t>
      </w:r>
    </w:p>
    <w:p>
      <w:r>
        <w:rPr>
          <w:b w:val="0"/>
          <w:i w:val="0"/>
        </w:rPr>
        <w:t>Issue: 06/09/2019</w:t>
      </w:r>
    </w:p>
    <w:p>
      <w:r>
        <w:rPr>
          <w:b w:val="0"/>
          <w:i w:val="0"/>
        </w:rPr>
        <w:t>Online entries for South Wales Kennel Association Ch Show on Friday 11th October at Builth Wells close online on Monday 9th September via fossedata.co.uk. The judge is Jonathan Daltrey.</w:t>
      </w:r>
    </w:p>
    <w:p>
      <w:r>
        <w:rPr>
          <w:b w:val="0"/>
          <w:i w:val="0"/>
        </w:rPr>
        <w:t>Closing the following day 10th September also via fossedata.co.uk are entries to the Yellow Labrador Club Ch Show open to all colours, on 25th September at Coventry. The judges are Dogs -Maxine Woodley, Bitches - Mrs Lucy Kent.</w:t>
      </w:r>
    </w:p>
    <w:p>
      <w:r>
        <w:rPr>
          <w:b w:val="0"/>
          <w:i w:val="0"/>
        </w:rPr>
        <w:t xml:space="preserve">The Scottish Kennel Club Ch Show was held in Edinburgh on the August Bank Holiday weekend. Not good for travelling on busy motorways. For that reason, I stayed at home. Well known breeder and exhibitor over many years of top class Champion dogs in several breeds, Mike Gadsby took on Janet Coles entry as she has just undergone a major knee operation. </w:t>
      </w:r>
    </w:p>
    <w:p>
      <w:r>
        <w:rPr>
          <w:b w:val="0"/>
          <w:i w:val="0"/>
        </w:rPr>
        <w:t>Prior to the show there was a lot of hoo haa about the change of judge from a Breed Specialist to an Allrounder, and boycotting entry suggested, but from Facebook comments post-show and reading the results online, it was clear the judge displayed an in-depth appreciation of the Breed on the day and judged the dogs in front of him without bias as one would expect. Those who were watching, not necessarily showing, later stated they were sorry they hadnÃ¢â‚¬â„¢t entered and would certainly enter if given the opportunity on another occasion as they were very impressed.</w:t>
      </w:r>
    </w:p>
    <w:p>
      <w:r>
        <w:rPr>
          <w:b w:val="0"/>
          <w:i w:val="0"/>
        </w:rPr>
        <w:t xml:space="preserve">His winners were - Dog CC the black Madgack Mulberry Minoqua ( Afinmore Alain x Shaymiloney Serena at Madgack) winning his 2nd CC on the day. </w:t>
      </w:r>
    </w:p>
    <w:p>
      <w:r>
        <w:rPr>
          <w:b w:val="0"/>
          <w:i w:val="0"/>
        </w:rPr>
        <w:t xml:space="preserve">I was so pleased to hear this, having awarded him his first CC last year at Lab Club of Scotland show on one of his few appearances in the show-ring. He was bred by Mrs Emma Stoker and is owned by Clare Logan and her Mum as a much loved family member and very occasional showdog . I recall last  year after his CC win asking Clare had he been shown much? Her reply was basically that he was their pet dog. He had been to two Ch shows. </w:t>
      </w:r>
    </w:p>
    <w:p>
      <w:r>
        <w:rPr>
          <w:b w:val="0"/>
          <w:i w:val="0"/>
        </w:rPr>
        <w:t>I asked how he had done?</w:t>
      </w:r>
    </w:p>
    <w:p>
      <w:r>
        <w:rPr>
          <w:b w:val="0"/>
          <w:i w:val="0"/>
        </w:rPr>
        <w:t>Ã¢â‚¬Å" Oh, he won at the one show and qualified for a CruftsÃ¢â‚¬Â.</w:t>
      </w:r>
    </w:p>
    <w:p>
      <w:r>
        <w:rPr>
          <w:b w:val="0"/>
          <w:i w:val="0"/>
        </w:rPr>
        <w:t>Me, Ã¢â‚¬Å"So how did he do when you went to Crufts. Steelin Cuthbert (Ballyduff) was the judge wasnÃ¢â‚¬â„¢t she?Ã¢â‚¬Â</w:t>
      </w:r>
    </w:p>
    <w:p>
      <w:r>
        <w:rPr>
          <w:b w:val="0"/>
          <w:i w:val="0"/>
        </w:rPr>
        <w:t>Clare, at that time an infrequent dog show exhibitor, Ã¢â‚¬Å" Oh, he only got 2nd at Crufts!Ã¢â‚¬Â</w:t>
      </w:r>
    </w:p>
    <w:p>
      <w:r>
        <w:rPr>
          <w:b w:val="0"/>
          <w:i w:val="0"/>
        </w:rPr>
        <w:t xml:space="preserve">Me, Ã¢â‚¬Å" 2nd at Crufts out of 550 plus entered! ThereÃ¢â‚¬â„¢s no Ã¢â‚¬Å"onlyÃ¢â‚¬Â to that! ItÃ¢â‚¬â„¢s brilliant,Ã¢â‚¬Â hence my pleasure that Mike Gadsby had seen the top potential in this lovely dog, shown by his unassuming co owner. </w:t>
      </w:r>
    </w:p>
    <w:p>
      <w:r>
        <w:rPr>
          <w:b w:val="0"/>
          <w:i w:val="0"/>
        </w:rPr>
        <w:t>HereÃ¢â‚¬â„¢s hoping the third CC comes soon.</w:t>
      </w:r>
    </w:p>
    <w:p>
      <w:r>
        <w:rPr>
          <w:b w:val="0"/>
          <w:i w:val="0"/>
        </w:rPr>
        <w:t>Having digressed somewhat, I will return to the SKC results,</w:t>
      </w:r>
    </w:p>
    <w:p>
      <w:r>
        <w:rPr>
          <w:b w:val="0"/>
          <w:i w:val="0"/>
        </w:rPr>
        <w:t>The Dog RCC went to the Browns black, Sh Ch Ramsayville Ruby Walsh</w:t>
      </w:r>
    </w:p>
    <w:p>
      <w:r>
        <w:rPr>
          <w:b w:val="0"/>
          <w:i w:val="0"/>
        </w:rPr>
        <w:t>The Bitch CC her 3rd and Best of Breed, such a thrill for her breeder/ owner Kay Jenkins went to the yellow, Sekada Miss Bianka (Ch Ballyduff Marius x Brigburn Violet Sekada). She won her first CC in 2017 under Alyson Scutcher at Cots and Wye LRC, her 2nd at Windsor 2018 under Mark Rawlibson and her 3rd at SKC 2019 under Mike Gadsby.</w:t>
      </w:r>
    </w:p>
    <w:p>
      <w:r>
        <w:rPr>
          <w:b w:val="0"/>
          <w:i w:val="0"/>
        </w:rPr>
        <w:t>The Bitch RCC was won by Claychalk Costa Dixie with Tanbeckmo.</w:t>
      </w:r>
    </w:p>
    <w:p>
      <w:r>
        <w:rPr>
          <w:b w:val="0"/>
          <w:i w:val="0"/>
        </w:rPr>
        <w:t>Best Puppy was Linda McGillivrays yellow, Antonine Sweet Dreams. (int Ch Bravo Nessi x Antonine Honolulu)</w:t>
      </w:r>
    </w:p>
    <w:p>
      <w:r>
        <w:rPr>
          <w:b w:val="0"/>
          <w:i w:val="0"/>
        </w:rPr>
        <w:t>Those who look at Facebook and either loathe it or love it, will know I posted recently that a widowed elderly neighbour of mine in our tiny straggling country village had been subject to a distraction burglary at his home during which one of his 9 year old lurcher bitches was stolen. Two men in a newish very upmarket white 4 x 4 snatched and sped off with the dog. Presumably for dog fighting bait, breeding  or hare coursing.</w:t>
      </w:r>
    </w:p>
    <w:p>
      <w:r>
        <w:rPr>
          <w:b w:val="0"/>
          <w:i w:val="0"/>
        </w:rPr>
        <w:t>Over the following days Facebook well and truly came into its own. 26000 photos of missing Midge were shared, plus, I am informed 315,000 of the same on the Dogs Lost site.</w:t>
      </w:r>
    </w:p>
    <w:p>
      <w:r>
        <w:rPr>
          <w:b w:val="0"/>
          <w:i w:val="0"/>
        </w:rPr>
        <w:t>Six days later, presumably  proving too hot to hang onto, she was found wandering and we got a phone call from the Dog Warden near Birmingham with details of the Rescue Centre from where we could collect her and return her to her  owner.</w:t>
      </w:r>
    </w:p>
    <w:p>
      <w:r>
        <w:rPr>
          <w:b w:val="0"/>
          <w:i w:val="0"/>
        </w:rPr>
        <w:t>I posted on Facebook, Ã¢â‚¬Å"Hooray ! Just home! Our elderly neighbours lurcher bitch Midge who was stolen by two men on Saturday morning, has now been found, 70 miles away from home, towards Birmingham, turned out on a busy main road. Picked up by a member of the public and handed into Vale Vets in Stourport. She is now safely back home where she belongs , appears well and was very happy to greet us at the Midland Rescue Centre near Bewdley with joyous smiles and never stopping tail-wags despite her horrible ordeal.</w:t>
      </w:r>
    </w:p>
    <w:p>
      <w:r>
        <w:rPr>
          <w:b w:val="0"/>
          <w:i w:val="0"/>
        </w:rPr>
        <w:t>Thank goodness she was microchipped and that her ownership information was up to date with Petlog.</w:t>
      </w:r>
    </w:p>
    <w:p>
      <w:r>
        <w:rPr>
          <w:b w:val="0"/>
          <w:i w:val="0"/>
        </w:rPr>
        <w:t>Our thanks to all who have helped search for Midge and to the Rescue Centre who cared for her overnight and to the 26000 plus 315000, who shared her photo and theft details via Facebook. What a great result. Thank you Facebook!Ã¢â‚¬Â</w:t>
      </w:r>
    </w:p>
    <w:p>
      <w:r>
        <w:rPr>
          <w:b w:val="0"/>
          <w:i w:val="0"/>
        </w:rPr>
        <w:t xml:space="preserve">Following this, a reminder to us all plus friends and relations, lock up your dogs indoors and padlock gates securely in the garden, throughout the day. Maybe put up CCTV and donÃ¢â‚¬â„¢t trust anyone unexpectedly knocking on you door desperate to use your toilet or read your electric meter. This could well be the result. </w:t>
      </w:r>
    </w:p>
    <w:p>
      <w:r>
        <w:rPr>
          <w:b w:val="0"/>
          <w:i w:val="0"/>
        </w:rPr>
        <w:t>Make sure microchip details are at hand if needed, not lost somewhere around the house, and ensure they are up to date, least the worst happens.</w:t>
      </w:r>
    </w:p>
    <w:p>
      <w:r>
        <w:rPr>
          <w:b w:val="0"/>
          <w:i w:val="0"/>
        </w:rPr>
        <w:t xml:space="preserve">After a fraught week spent trying to locate Midge, I popped up to show on Gundog day at City of Birmingham Ch Show on a sunny Sunday, the first day of September at Stoneleigh. Labradors were judged by Dan Ericsson from Sweden. I gather this was Dans third time of judging Labradors at this level in the UK. He had drawn a good entry of all colours although the main class winners tended to be yellow. </w:t>
      </w:r>
    </w:p>
    <w:p>
      <w:r>
        <w:rPr>
          <w:b w:val="0"/>
          <w:i w:val="0"/>
        </w:rPr>
        <w:t>The Dog CC and Best of Breed winner was Mr D L &amp; Mrs F E M Braddons yellow Sh Ch Trendlewood Born To Run JW winning his 7th CC on the day.</w:t>
      </w:r>
    </w:p>
    <w:p>
      <w:r>
        <w:rPr>
          <w:b w:val="0"/>
          <w:i w:val="0"/>
        </w:rPr>
        <w:t>The Res Dog CC went to Mrs J, Mr M &amp; J Rawlinson &amp; D and P Balshaws yellow, Halshimoor Pitch Battle At  Shanorrell (Shanorrell Succession at Halshmoor x Sharouns Nostalga), bred and brilliantly shown by elder daughter Lucy Rawlinson who is about to go off to study at Durham University. We wish her very happy times ahead.</w:t>
      </w:r>
    </w:p>
    <w:p>
      <w:r>
        <w:rPr>
          <w:b w:val="0"/>
          <w:i w:val="0"/>
        </w:rPr>
        <w:t>Looking ahead to the future and the youngsters into whose hands we will safely entrust the breed, I see the breeder of the Bitch CC winner was also another obviously capable young lady, Miss C Rowe, being Marion and David Hopkinsons granddaughter. The catalogue lists her as the  breeder of the yellow, Classical Act at Foxrush JW (Sh Ch Rocheby Old Punch x Foxrush Touch of Class) who was made up on the day and is owned by Judith Charlton. Congratulations.</w:t>
      </w:r>
    </w:p>
    <w:p>
      <w:r>
        <w:rPr>
          <w:b w:val="0"/>
          <w:i w:val="0"/>
        </w:rPr>
        <w:t>Classical Act at FoxrushÃ¢â‚¬â„¢s CCs were all won in 2019 and were awarded by David Hopkinson at Border Union, Becky Johnson at WKC and Dan Ericsson at Bham City. Many congratulations.</w:t>
      </w:r>
    </w:p>
    <w:p>
      <w:r>
        <w:rPr>
          <w:b w:val="0"/>
          <w:i w:val="0"/>
        </w:rPr>
        <w:t>The Res Bitch CC went to Mrs C &amp; Mr M Reynolds yellow Carromer Shimmering In Pink (Sh Ch Tissalian High Jack x Carromer Shimmering Tiara).</w:t>
      </w:r>
    </w:p>
    <w:p>
      <w:r>
        <w:rPr>
          <w:b w:val="0"/>
          <w:i w:val="0"/>
        </w:rPr>
        <w:t>Best Puppy was Marion  Hopkinsons  yellow  bitch, Rocheby String of Pearls (Rocheby Town Crier x Sh Ch Hayley Sun in Their Eyes) who beat two yellow class winning male Rocheby kennelmate puppies for the BP award.</w:t>
      </w:r>
    </w:p>
    <w:p>
      <w:r>
        <w:rPr>
          <w:b w:val="0"/>
          <w:i w:val="0"/>
        </w:rPr>
        <w:t>Best Junior was Mrs C BailissÃ¢â‚¬â„¢s yellow bitch, Tissalian Hi Society (Sh Ch Rocheby Hornblower x Tissalian Hide and Seek).</w:t>
      </w:r>
    </w:p>
    <w:p>
      <w:r>
        <w:rPr>
          <w:b w:val="0"/>
          <w:i w:val="0"/>
        </w:rPr>
        <w:t xml:space="preserve">Ann Britton </w:t>
      </w:r>
    </w:p>
    <w:p>
      <w:r>
        <w:rPr>
          <w:b w:val="0"/>
          <w:i w:val="0"/>
        </w:rPr>
        <w:t>01989720665</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