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May 2006"</w:t>
      </w:r>
      <w:r>
        <w:br/>
      </w:r>
      <w:r>
        <w:rPr>
          <w:b w:val="0"/>
          <w:i w:val="0"/>
        </w:rPr>
        <w:br/>
        <w:t>date_original: "5 May 2006"</w:t>
      </w:r>
      <w:r>
        <w:br/>
      </w:r>
      <w:r>
        <w:rPr>
          <w:b w:val="0"/>
          <w:i w:val="0"/>
        </w:rPr>
        <w:br/>
        <w:t>source_url: "https://www.ourdogs.co.uk/members/breednotes/2006/RetrieverLabrador/RetrieverLabrador-may5.htm"</w:t>
      </w:r>
      <w:r>
        <w:br/>
      </w:r>
      <w:r>
        <w:rPr>
          <w:b w:val="0"/>
          <w:i w:val="0"/>
        </w:rPr>
        <w:br/>
        <w:t>archive_type: "static_html"</w:t>
      </w:r>
      <w:r>
        <w:br/>
      </w:r>
      <w:r>
        <w:rPr>
          <w:b w:val="0"/>
          <w:i w:val="0"/>
        </w:rPr>
        <w:br/>
        <w:t>scraped_at: "2026-09-13T22:10:30"</w:t>
      </w:r>
      <w:r>
        <w:br/>
      </w:r>
      <w:r>
        <w:rPr>
          <w:b w:val="0"/>
          <w:i w:val="0"/>
        </w:rPr>
        <w:br/>
        <w:t>word_count: 1504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Recently retired Hon. Secretary/Treasurer of the Labrador Club of Scotland – Agnes May Pollock writes: “What lovely kind people we have in Labradors. Thank you for the Cards with the touching comments.</w:t>
      </w:r>
    </w:p>
    <w:p>
      <w:r>
        <w:rPr>
          <w:b w:val="0"/>
          <w:i w:val="0"/>
        </w:rPr>
        <w:t>The lunchtime presentation at the Championship Show was a complete surprise. Thanks to Margaret Brown for her kind words and to Jack Kerr who presented the absolutely fabulous flowers and how thoughtful of the Committee commissioning a head study watercolour portrait of our boy Pollham Phar who died last year – brings a tear to the eye once more.</w:t>
      </w:r>
    </w:p>
    <w:p>
      <w:r>
        <w:rPr>
          <w:b w:val="0"/>
          <w:i w:val="0"/>
        </w:rPr>
        <w:t>“Finally thanks to the Labrador Club of Scotland Committee, (not just because they are kind and thoughtful) but because they truly work very hard for our Club and have the Labrador breed in their hearts.”</w:t>
      </w:r>
      <w:r>
        <w:br/>
      </w:r>
      <w:r>
        <w:rPr>
          <w:b w:val="0"/>
          <w:i w:val="0"/>
        </w:rPr>
        <w:br/>
        <w:t>Jim Nolan</w:t>
      </w:r>
    </w:p>
    <w:p>
      <w:r>
        <w:rPr>
          <w:b w:val="0"/>
          <w:i w:val="0"/>
        </w:rPr>
        <w:t>The schedule for Cotswold and Wyevern Labrador Retriever Club’s forthcoming Championship Show on 5th July 2006 has arrived. The judges will be Mrs Peggy Rae (Dogs), replacing the late Michael Boothroyd, and Miss Eeva Rautala from Finland (Bitches). Many prospective exhibitors have noticed that the entry fee for the benched Cotswold and Wyevern championship show at the Avon Hall, Malvern is an attractively low £6 per dog for members, yet for the Labrador Retriever Club’s unbenched championship show at Stoneleigh, there is an entry fee of £10 per dog for members. Exhibitors are asking how come the LRC fee, with no benches, is £4 more expensive than the Cots and Wye LRC fee, where benches will be provided. Somewhat topsy turvy, is it not! Heather Wiles Fone will be judging Labrador Bitches at Blackpool 2006 in place of the late Michael Boothroyd.</w:t>
      </w:r>
    </w:p>
    <w:p>
      <w:r>
        <w:rPr>
          <w:b w:val="0"/>
          <w:i w:val="0"/>
        </w:rPr>
        <w:t>At the Labrador Club show in June, application forms will be available for owners of eligible dogs to complete and return with photographs by the end of August 2006, for inclusion in the next edition of Pedigree Labradors of the United Kingdom, the 2007 edition of the pedigree book compiled and edited by Ann Britton, Erica Jayes and Rosemary Hewitt.</w:t>
      </w:r>
    </w:p>
    <w:p>
      <w:r>
        <w:rPr>
          <w:b w:val="0"/>
          <w:i w:val="0"/>
        </w:rPr>
        <w:t>I am mentioning this now to give those whose dogs qualify for entry maximum time to get their dog’s photographs prepared. Reproduction will be in black and white. Ideally, photographs should be landscape/ oblong. Photographs on disc must be a minimum of 300dpi.</w:t>
      </w:r>
    </w:p>
    <w:p>
      <w:r>
        <w:rPr>
          <w:b w:val="0"/>
          <w:i w:val="0"/>
        </w:rPr>
        <w:t>Qualification for entry in the book will be as for the 2003 edition, ie. a Stud Book number; 1st in a Crufts qualifying class, plus Minor Limit and Mid Limit; a winner of a Certificate of Merit at a Field trial; dogs from abroad that have been awarded a Stud Book number from the UK Kennel Club; dogs bred and registered in the UK that have won titles abroad. Dogs that have featured in previous books will not be eligible unless they have subsequently become champions. Dogs from long established lines that have proved their worth as stud dogs or brood bitches may be considered for inclusion.</w:t>
      </w:r>
    </w:p>
    <w:p>
      <w:r>
        <w:rPr>
          <w:b w:val="0"/>
          <w:i w:val="0"/>
        </w:rPr>
        <w:t>The closing date will be the end of August 2006. Application forms may also be collected from any of the three editors after the Lab Club Ch show.</w:t>
      </w:r>
    </w:p>
    <w:p>
      <w:r>
        <w:rPr>
          <w:b w:val="0"/>
          <w:i w:val="0"/>
        </w:rPr>
        <w:t>Donna Goodall (Beaverbrook) recently organised a most successful fund raising Companion Dog Show for Labrador Rescue North West Region on Sunday 23rd April at Worcester Countryside Centre. Donna writes “First of all, can I say a massive thank you to everyone who came along and supported the show, and also to the superb team of helpers, including Lisa Finney and her partner Paul, who gave up their Sunday to spend nearly 12 hours erecting and dismantling gazebos and tents, etc., to my Stewards Roger Bartram and Keith Macgregor, and of course the judges – Liz Peggs (Jancet) in the pedigree ring and Charlotte Mann (Gladrags) in the novelty ring.</w:t>
      </w:r>
    </w:p>
    <w:p>
      <w:r>
        <w:rPr>
          <w:b w:val="0"/>
          <w:i w:val="0"/>
        </w:rPr>
        <w:t>We had 169 exhibitors and everyone worked very hard indeed. Labrador people turned out in force to offer support, by either entering the show, attending with trade stands and stalls, or donating raffle prizes, including contributions from Ann Britton, Penny Carpanini, Maxine Crocker-Williams and Amanda Stewart. After costs, a total of £355 has been donated to Labrador Rescue North West Region, and I am extremely grateful to you all.</w:t>
      </w:r>
    </w:p>
    <w:p>
      <w:r>
        <w:rPr>
          <w:b w:val="0"/>
          <w:i w:val="0"/>
        </w:rPr>
        <w:t>I understand that Glenys Fryer who runs Labrador Rescue North West Region has re-homed 105 Labradors since January of this year, so I am sure that £355 will come in very handy indeed. Thanks again to everyone for all the help and support in the running of this show”. Well done Donna, a wonderful result.</w:t>
      </w:r>
    </w:p>
    <w:p>
      <w:r>
        <w:rPr>
          <w:b w:val="0"/>
          <w:i w:val="0"/>
        </w:rPr>
        <w:t>June Roberts, secretary/treasurer of Labrador Welfare based in Sheffield writes “As some of you will know my hip operation did not go well and I shall be going back into hospital, hopefully some time in June, to have the joint removed and antibiotic beads put in.</w:t>
      </w:r>
    </w:p>
    <w:p>
      <w:r>
        <w:rPr>
          <w:b w:val="0"/>
          <w:i w:val="0"/>
        </w:rPr>
        <w:t>However I would like to assure you all that Labrador Welfare is still up and running, but only from the Sheffield base. We have a wonderful team of helpers and so we are still able to cover our usual area (North Nottinghamshire, North Derbyshire, North Lincolnshire and all of Yorkshire). We are giving help in the North East but could still do with help in this area.</w:t>
      </w:r>
      <w:r>
        <w:br/>
      </w:r>
      <w:r>
        <w:rPr>
          <w:b w:val="0"/>
          <w:i w:val="0"/>
        </w:rPr>
        <w:br/>
        <w:t>We are experiencing another busy year with dogs coming through all the time so if you know of any one in our area who is looking for a dog or who would like to help, please contact me on 0114 2661756 or e mail me on labwelfare@tiscali.co.uk.”</w:t>
      </w:r>
    </w:p>
    <w:p>
      <w:r>
        <w:rPr>
          <w:b w:val="0"/>
          <w:i w:val="0"/>
        </w:rPr>
        <w:t>Julie Breedon-O'Keeffe (Thameshead/ Bearaway) has been in touch and has the following, much sought-after Labrador books for sale. Her contact by email is thameshead@hotmail.com: International Labrador Newsletter Magazine (UK) - Issues 1 - 12 (issue 11 missing).</w:t>
      </w:r>
      <w:r>
        <w:br/>
      </w:r>
      <w:r>
        <w:rPr>
          <w:b w:val="0"/>
          <w:i w:val="0"/>
        </w:rPr>
        <w:br/>
        <w:t>International Labrador Digest Magazine (USA) - Issues 1-20 (2 issues missing). The Labrador Retriever Club Studbook 1949 - Facsinile - Out of print. The Show Labrador In Great Britain &amp; Northern Ireland 1945-1995 Vol I- Out of print</w:t>
      </w:r>
    </w:p>
    <w:p>
      <w:r>
        <w:rPr>
          <w:b w:val="0"/>
          <w:i w:val="0"/>
        </w:rPr>
        <w:t>(Richard Edwards). The Joan Macan Annual Hip Score Records - Issues 1994, 1995, 1997 (2 Copies). The 1992 Labrador Book – Harold Clayton. The 1997 Labrador Book - Ditto. The Labrador Retriever Club 1916-1991, A Celebration of 75 Years. All About The Labrador - 1st edition (with dust wrapper) (Mary Roslin-Williams). Advanced Labrador Breeding - 1st edition (with dust wrapper) (Mary Roslin-Williams). Julie says all of the above books are in good condition apart from The 1992 and 1997 Labrador Books, which both got 'puppied' during a break-out en masse!...... fortunately only the covers were covered in slime, now eradicated, but there is still a faint smell of Jeyes Fluid and the covers appear slightly worn!.....the insides are in good condition.</w:t>
      </w:r>
    </w:p>
    <w:p>
      <w:r>
        <w:rPr>
          <w:b w:val="0"/>
          <w:i w:val="0"/>
        </w:rPr>
        <w:t>Congratulations to Kath Copsey, who writes “At Colne and Nelson Open Show: Stormley Anya, my 8 months old chocolate puppy bitch won the Gundog Puppy Group and then went on to win Reserve Best Puppy in show under Mr Mike Gadsby.</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