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- 30/08/2019 - ISSUE"</w:t>
      </w:r>
      <w:r>
        <w:br/>
      </w:r>
      <w:r>
        <w:rPr>
          <w:b w:val="0"/>
          <w:i w:val="0"/>
        </w:rPr>
        <w:br/>
        <w:t>date_original: "30/08/2019 - ISSUE"</w:t>
      </w:r>
      <w:r>
        <w:br/>
      </w:r>
      <w:r>
        <w:rPr>
          <w:b w:val="0"/>
          <w:i w:val="0"/>
        </w:rPr>
        <w:br/>
        <w:t>source_url: "https://www.ourdogs.co.uk/members/breednotes/RetrieverLabradorMain.php"</w:t>
      </w:r>
      <w:r>
        <w:br/>
      </w:r>
      <w:r>
        <w:rPr>
          <w:b w:val="0"/>
          <w:i w:val="0"/>
        </w:rPr>
        <w:br/>
        <w:t>scraped_at: "2026-09-13T15:19:29"</w:t>
      </w:r>
      <w:r>
        <w:br/>
      </w:r>
      <w:r>
        <w:rPr>
          <w:b w:val="0"/>
          <w:i w:val="0"/>
        </w:rPr>
        <w:br/>
        <w:t>word_count: 469</w:t>
      </w:r>
    </w:p>
    <w:p>
      <w:r>
        <w:t>――――――――――――――――――――――――――――――</w:t>
      </w:r>
    </w:p>
    <w:p>
      <w:r>
        <w:rPr>
          <w:b w:val="0"/>
          <w:i w:val="0"/>
        </w:rPr>
        <w:t>NEWS MEMBERS' AREA SHOP SUBSCRIBE UPCOMING SHOWS MORE</w:t>
      </w:r>
    </w:p>
    <w:p>
      <w:r>
        <w:rPr>
          <w:b w:val="0"/>
          <w:i w:val="0"/>
        </w:rPr>
        <w:t>RETRIEVER LABRADOR</w:t>
      </w:r>
    </w:p>
    <w:p>
      <w:r>
        <w:rPr>
          <w:b w:val="0"/>
          <w:i w:val="0"/>
        </w:rPr>
        <w:t>Issue: 30/08/2019</w:t>
      </w:r>
    </w:p>
    <w:p>
      <w:r>
        <w:rPr>
          <w:b w:val="0"/>
          <w:i w:val="0"/>
        </w:rPr>
        <w:t xml:space="preserve">As I write these notes another Bank Holiday looms with copy required extra early, hence no Bank Holiday show results. </w:t>
      </w:r>
    </w:p>
    <w:p>
      <w:r>
        <w:rPr>
          <w:b w:val="0"/>
          <w:i w:val="0"/>
        </w:rPr>
        <w:t xml:space="preserve">Gary and Jean JohnsonÃ¢â‚¬â„¢s home bred yellow dog who will be four years old in November, Sh Ch Cremino Chilly Pepper SH CM (Trendlewood Snowman x Cremino Cobnut) became their 5th home bred yellow champion and has now won four CCs this summer. Friends are invited to share a celebratory drink and slice of cake with Jean and Gary at the forthcoming Richmond Ch Show. Everyone invited. Feel free to bring more food to add to the spread and all join in to make it a memorable Labrador picnic, which this South East area certainly seems to perfect so well, judging by recent photos! </w:t>
      </w:r>
    </w:p>
    <w:p>
      <w:r>
        <w:rPr>
          <w:b w:val="0"/>
          <w:i w:val="0"/>
        </w:rPr>
        <w:t>I recall we used to have very accommodating picnics at the Midland shows years ago complete with wine and wine glasses when drinking and driving was not prohibited, but the picnics seem to have disappeared. Maybe my rushed between classes, dry Ryvita and a slice of cheese is a bit below par compared with the haute cuisine, picnic standard these days!</w:t>
      </w:r>
    </w:p>
    <w:p>
      <w:r>
        <w:rPr>
          <w:b w:val="0"/>
          <w:i w:val="0"/>
        </w:rPr>
        <w:t xml:space="preserve">Lab Club of Wales Open Show will be held at Caerphilly on Sunday October 20th. The judge is Elaine Grummett (Manorwell). Schedules from Margaret Barker tel 01443842585. Judging from 10.30am, so no early morning rush. These Welsh shows are always  enjoyable events with close, outside the door parking, prize money and plentiful all day home made catering. Thoroughly recommended. </w:t>
      </w:r>
    </w:p>
    <w:p>
      <w:r>
        <w:rPr>
          <w:b w:val="0"/>
          <w:i w:val="0"/>
        </w:rPr>
        <w:t xml:space="preserve">The Kennel Club has issued this Important announcement for Kennel Club Breeders ** Ã¢â‚¬Å"We wish to advise and alert all breeders that recent attempts have been made by telephone to access bank account/card details from some Kennel Club breeders on the pretext that there were missing funds/fraudulent use/ or a problem with a bank card and using as a reference previous payments for a Kennel Name to give a plausible pretext of authenticity. </w:t>
      </w:r>
    </w:p>
    <w:p>
      <w:r>
        <w:rPr>
          <w:b w:val="0"/>
          <w:i w:val="0"/>
        </w:rPr>
        <w:t>Ã¢â‚¬Å"If you receive such a telephone/email approach then this will not be a genuine approach and you should not respond and provide any financial details.</w:t>
      </w:r>
    </w:p>
    <w:p>
      <w:r>
        <w:rPr>
          <w:b w:val="0"/>
          <w:i w:val="0"/>
        </w:rPr>
        <w:t>Ã¢â‚¬Å"Read more here: https://www.thekennelclub.org.uk/announcement-for-kennel-club-breeders/Ã¢â‚¬Â</w:t>
      </w:r>
    </w:p>
    <w:p>
      <w:r>
        <w:rPr>
          <w:b w:val="0"/>
          <w:i w:val="0"/>
        </w:rPr>
        <w:t xml:space="preserve">Ann Britton </w:t>
      </w:r>
    </w:p>
    <w:p>
      <w:r>
        <w:rPr>
          <w:b w:val="0"/>
          <w:i w:val="0"/>
        </w:rPr>
        <w:t xml:space="preserve">01989720665 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