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- 4 Jun 2010"</w:t>
      </w:r>
      <w:r>
        <w:br/>
      </w:r>
      <w:r>
        <w:rPr>
          <w:b w:val="0"/>
          <w:i w:val="0"/>
        </w:rPr>
        <w:br/>
        <w:t>date_original: "4 Jun 2010"</w:t>
      </w:r>
      <w:r>
        <w:br/>
      </w:r>
      <w:r>
        <w:rPr>
          <w:b w:val="0"/>
          <w:i w:val="0"/>
        </w:rPr>
        <w:br/>
        <w:t>source_url: "https://www.ourdogs.co.uk/members/breednotes/2010/RetrieverLabrador/RetrieverLabrador-jun4.htm"</w:t>
      </w:r>
      <w:r>
        <w:br/>
      </w:r>
      <w:r>
        <w:rPr>
          <w:b w:val="0"/>
          <w:i w:val="0"/>
        </w:rPr>
        <w:br/>
        <w:t>archive_type: "static_html"</w:t>
      </w:r>
      <w:r>
        <w:br/>
      </w:r>
      <w:r>
        <w:rPr>
          <w:b w:val="0"/>
          <w:i w:val="0"/>
        </w:rPr>
        <w:br/>
        <w:t>scraped_at: "2026-09-13T22:00:28"</w:t>
      </w:r>
      <w:r>
        <w:br/>
      </w:r>
      <w:r>
        <w:rPr>
          <w:b w:val="0"/>
          <w:i w:val="0"/>
        </w:rPr>
        <w:br/>
        <w:t>word_count: 923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Julia Lewis, Secretary of Midland Counties Labrador Retriever Club has a new email address which is julia@labradors.com</w:t>
      </w:r>
    </w:p>
    <w:p>
      <w:r>
        <w:rPr>
          <w:b w:val="0"/>
          <w:i w:val="0"/>
        </w:rPr>
        <w:t>After such a long winter, it’s hard to realise that we are now into June already.</w:t>
      </w:r>
    </w:p>
    <w:p>
      <w:r>
        <w:rPr>
          <w:b w:val="0"/>
          <w:i w:val="0"/>
        </w:rPr>
        <w:t>The Lab Club of Wales held their convivial Open show on a beautiful clear, hot and sunny day towards the end of May. The venue was at Usk and the drive to the show saw the surrounding Welsh countryside at its most picturesque. I managed to call in for a lunchtime coffee and cheese roll plus a pleasant chat with pals. It was good to see club Secretary, Margaret Barker and Amanda Stewart back on the scene and looking well after their recent hospital treatments.</w:t>
      </w:r>
    </w:p>
    <w:p>
      <w:r>
        <w:rPr>
          <w:b w:val="0"/>
          <w:i w:val="0"/>
        </w:rPr>
        <w:t>Margaret Barker, writes “At the Labrador Retriever Club Of Wales Open Show at Usk on Saturday May 22nd, Judge Alison Scutcher drew a total of 106 dogs making 139 class entries. In marked contrast to our last Open Show at Usk, we had beautifully warm, sunny weather and exhibitors were able to take advantage of the shady, grassed areas of the site, and of the nearby river Usk to cool their dogs down a bit after their classes. Sadly this was our last show at this lovely venue as the college site is being redeveloped and will not be available for dog shows in the future.</w:t>
      </w:r>
    </w:p>
    <w:p>
      <w:r>
        <w:rPr>
          <w:b w:val="0"/>
          <w:i w:val="0"/>
        </w:rPr>
        <w:t>B.I.S. was Mrs. P. Carpanini's yellow dog, Carpenny Made A Million (Sh.Ch., Neth., Lux., D. &amp; Pol.Ch. Carpenny Made The Trip x Sh.Ch. Mambrinos Spellbound Of Carpenny) with Mr. L. Smith's black junior dog, Smitribelab Red Rubin (Rocheby State Occasion x Drouhai Jennifer Eccles), taking R.B.I.S. Best Bitch and B.O.S. was Mr. &amp; Mrs. D. &amp; F. Braddon's black, Trendlewood Mellow My Mind (Eneleon Smokey Tiger/Trendlewood Forever Young).</w:t>
      </w:r>
    </w:p>
    <w:p>
      <w:r>
        <w:rPr>
          <w:b w:val="0"/>
          <w:i w:val="0"/>
        </w:rPr>
        <w:t>Best Puppy was Mr. &amp; Mrs. A. and J. Metcalfe's minor puppy dog, Baileydale Nosey Parker (Bilbo Baggins By Baileydale J.W./Baileydale Dior). In the Junior Handling classes, judged by Hannah Bedding, the Best Junior Handler was Rebecca Mills.” Full results from the show can be found on the Club's website, www.labclubofwales.co.uk</w:t>
      </w:r>
    </w:p>
    <w:p>
      <w:r>
        <w:rPr>
          <w:b w:val="0"/>
          <w:i w:val="0"/>
        </w:rPr>
        <w:t>On the same day as Lab Club of Wales Open show, the first of the two annual SKC championship shows, the representative show with CCs for all breeds which have them, was held at Ingleston near Edinburgh.</w:t>
      </w:r>
    </w:p>
    <w:p>
      <w:r>
        <w:rPr>
          <w:b w:val="0"/>
          <w:i w:val="0"/>
        </w:rPr>
        <w:t>The judge was John Jackson and his winners were Dog CC and BOB Les Brabbans yellow, Sh Ch Cambremer Craftsman ; Dog RCC Linda Harvey Major and Allens yellow Sh Ch Brockburrow Cassanova in Linjor JW ShCM; Bitch CC Les Brabbans black Foulby Queenstown at Cambremer winning her first CC on the day ; Bitch RCC Judith Charltons yellow, Sh Ch Foxrush Ovaltine JW. Best puppy Mr and Mrs Pollock’s Pollham Penny Royal.</w:t>
      </w:r>
    </w:p>
    <w:p>
      <w:r>
        <w:rPr>
          <w:b w:val="0"/>
          <w:i w:val="0"/>
        </w:rPr>
        <w:t>Mandy Deane writes, “Joan Woodall and I have just done the 'Race for Life' and although it was on one of the hottest days yet we managed to get round okay and really enjoyed doing it, so much so that we hope to get a group of us next year, so come on all you ladies let us know if you would like to join in.</w:t>
      </w:r>
    </w:p>
    <w:p>
      <w:r>
        <w:rPr>
          <w:b w:val="0"/>
          <w:i w:val="0"/>
        </w:rPr>
        <w:t>We would like to thank everyone very much for sponsoring us, we raised the total of £388 which we thought was brilliant - thank you so much”.</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