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- 01/03/2019 - ISSUE"</w:t>
      </w:r>
      <w:r>
        <w:br/>
      </w:r>
      <w:r>
        <w:rPr>
          <w:b w:val="0"/>
          <w:i w:val="0"/>
        </w:rPr>
        <w:br/>
        <w:t>date_original: "01/03/2019 - ISSUE"</w:t>
      </w:r>
      <w:r>
        <w:br/>
      </w:r>
      <w:r>
        <w:rPr>
          <w:b w:val="0"/>
          <w:i w:val="0"/>
        </w:rPr>
        <w:br/>
        <w:t>source_url: "https://www.ourdogs.co.uk/members/breednotes/RetrieverLabradorMain.php"</w:t>
      </w:r>
      <w:r>
        <w:br/>
      </w:r>
      <w:r>
        <w:rPr>
          <w:b w:val="0"/>
          <w:i w:val="0"/>
        </w:rPr>
        <w:br/>
        <w:t>scraped_at: "2026-09-13T15:20:55"</w:t>
      </w:r>
      <w:r>
        <w:br/>
      </w:r>
      <w:r>
        <w:rPr>
          <w:b w:val="0"/>
          <w:i w:val="0"/>
        </w:rPr>
        <w:br/>
        <w:t>word_count: 900</w:t>
      </w:r>
    </w:p>
    <w:p>
      <w:r>
        <w:t>――――――――――――――――――――――――――――――</w:t>
      </w:r>
    </w:p>
    <w:p>
      <w:r>
        <w:rPr>
          <w:b w:val="0"/>
          <w:i w:val="0"/>
        </w:rPr>
        <w:t>NEWS MEMBERS' AREA SHOP SUBSCRIBE UPCOMING SHOWS MORE</w:t>
      </w:r>
    </w:p>
    <w:p>
      <w:r>
        <w:rPr>
          <w:b w:val="0"/>
          <w:i w:val="0"/>
        </w:rPr>
        <w:t>RETRIEVER LABRADOR</w:t>
      </w:r>
    </w:p>
    <w:p>
      <w:r>
        <w:rPr>
          <w:b w:val="0"/>
          <w:i w:val="0"/>
        </w:rPr>
        <w:t>Issue: 01/03/2019</w:t>
      </w:r>
    </w:p>
    <w:p>
      <w:r>
        <w:rPr>
          <w:b w:val="0"/>
          <w:i w:val="0"/>
        </w:rPr>
        <w:t xml:space="preserve">The Lab Club of Scotland have an exciting weekend planned for exhibitors in early April 2019. On Saturday 6th April they are holding their 75th Ch Show at Lanark Agricultural Centre. The judges are David Coode (Dogs) and Carole Coode (Bitches). That evening there will be the clubs Annual Dinner and Dance/Ceilidh, Â£20 per person, at the New Lanark Hotel with a bottle of complimentary wine for each table. Special Bed and Breakfast rates have been arranged for those who wish to stay overnight - Â£99 for a twin/ double room or Â£64 for a single. </w:t>
      </w:r>
    </w:p>
    <w:p>
      <w:r>
        <w:rPr>
          <w:b w:val="0"/>
          <w:i w:val="0"/>
        </w:rPr>
        <w:t>The following morning the Joint Lab Club Ch Show will be held at the same Lanark Agricultural Centre with judges Sven Slettendal of the Fieldvalley kennel in Norway judging dogs, and Lena Johansen, of the Deefair kennel in Denmark judging bitches.</w:t>
      </w:r>
    </w:p>
    <w:p>
      <w:r>
        <w:rPr>
          <w:b w:val="0"/>
          <w:i w:val="0"/>
        </w:rPr>
        <w:t>Entries for both shows close on paper on 8th March and online on 17th March, all via fosse data. For further information contact the Secretary on 01560 484 357 or email agnesmay@hotmail.co.uk</w:t>
      </w:r>
    </w:p>
    <w:p>
      <w:r>
        <w:rPr>
          <w:b w:val="0"/>
          <w:i w:val="0"/>
        </w:rPr>
        <w:t>The Yellow Lab Club Open Show will be held on Wednesday 27th March at Southam. The judge is Sue Merrill. (Gostwyck). Enter via fossedata.co.uk. Paper Entries close on 27th February and online on Monday 11th March 2019. For more info contact Sussie Wiles 01895 823227</w:t>
      </w:r>
    </w:p>
    <w:p>
      <w:r>
        <w:rPr>
          <w:b w:val="0"/>
          <w:i w:val="0"/>
        </w:rPr>
        <w:t>Since the introduction of Spectator Dog Admission to allow some unentered dogs into KC licensed shows, when in the past this was certainly not allowed and still isn't for the majority of shows (who probably havent got the room to spare in an indoor setting without subjecting an unpleasant crush upon their paying exhibitors), I thought it might be helpful to outline how an unentered  dog / puppy might legitimately gain entry to a KC licensed indoor or outdoor show, obviously not to compete but just to be there with its owner.</w:t>
      </w:r>
    </w:p>
    <w:p>
      <w:r>
        <w:rPr>
          <w:b w:val="0"/>
          <w:i w:val="0"/>
        </w:rPr>
        <w:t>To help avoid some confusion, the Kennel Club outlines the two circumstances whereby they are welcomed onto the showground.  These are:-</w:t>
      </w:r>
    </w:p>
    <w:p>
      <w:pPr>
        <w:pStyle w:val="ListNumber"/>
      </w:pPr>
      <w:r>
        <w:rPr>
          <w:b w:val="0"/>
          <w:i w:val="0"/>
        </w:rPr>
        <w:t xml:space="preserve">Entered Not for competition. </w:t>
      </w:r>
    </w:p>
    <w:p>
      <w:r>
        <w:rPr>
          <w:b w:val="0"/>
          <w:i w:val="0"/>
        </w:rPr>
        <w:t>"Only dogs of 6 calendar months of age and over, on the first day of the Show are eligible for exhibition at Kennel Club licensed shows. However, societies may accept ' NOT FOR COMPETITION entries at their discretion, for dogs aged 4 calendar months and over. Furthermore dogs aged 4 months and over are eligible to enter Match competitions. (Regulation F1.c.)</w:t>
      </w:r>
    </w:p>
    <w:p>
      <w:pPr>
        <w:pStyle w:val="ListNumber"/>
      </w:pPr>
      <w:r>
        <w:rPr>
          <w:b w:val="0"/>
          <w:i w:val="0"/>
        </w:rPr>
        <w:t xml:space="preserve">Under the Spectator Dogs umbrella . </w:t>
      </w:r>
    </w:p>
    <w:p>
      <w:r>
        <w:rPr>
          <w:b w:val="0"/>
          <w:i w:val="0"/>
        </w:rPr>
        <w:t xml:space="preserve">No dog, other than one officially entered, may be taken to a licensed Kennel Club event, except any dog registered to assist the disabled, or dogs required for educational or instructional purposes or by permission of the Kennel Club. </w:t>
      </w:r>
    </w:p>
    <w:p>
      <w:r>
        <w:rPr>
          <w:b w:val="0"/>
          <w:i w:val="0"/>
        </w:rPr>
        <w:t>However, at the discretion of the show society, a dog brought to the show by a spectator may be admitted into the precincts of the dog show, with the proviso that those in charge of the dog sign a declaration confirming the dog is free from disease and that the dog will be kept under proper control at all times.</w:t>
      </w:r>
    </w:p>
    <w:p>
      <w:r>
        <w:rPr>
          <w:b w:val="0"/>
          <w:i w:val="0"/>
        </w:rPr>
        <w:t>There is a Spectator Dog Book provided by the show which has to be filled in with the owner and dogs details at the show entrance or at a central table in the case of a show issuing Exit Passes. The Spectator Dog Book includes information about the dog and an agreement from the dog's handler that they ensure the dog is kept under proper control, is free from infectious and contagious disease and that the owner agrees to clear up after the dog. For those shows offering this facility, there is a small charge".</w:t>
      </w:r>
    </w:p>
    <w:p>
      <w:r>
        <w:rPr>
          <w:b w:val="0"/>
          <w:i w:val="0"/>
        </w:rPr>
        <w:t xml:space="preserve">With regards to the age of the unentered animals being allowed into any show under the above criteria if the facility if offered, it is up to each society to state the requirements in their Show schedule, together with the  cost and minimum age. </w:t>
      </w:r>
    </w:p>
    <w:p>
      <w:r>
        <w:rPr>
          <w:b w:val="0"/>
          <w:i w:val="0"/>
        </w:rPr>
        <w:t>For example the forthcoming Birmingham National  schedule states " Spectator Dogs from 4 months of age may be brought into the show. On arrival please report to the Catalogue table in the morning or Secretary's Office in the afternoon. A brief form must be completed and a fee of Â£5 paid.</w:t>
      </w:r>
    </w:p>
    <w:p>
      <w:r>
        <w:rPr>
          <w:b w:val="0"/>
          <w:i w:val="0"/>
        </w:rPr>
        <w:t>To ensure your dogs' safety at our show, passes will be issued for all Spectator Dogs and a fee of Â£5 per dog will be payable. Passes for all dogs are checked when leaving the showground and no dogs will be allowed to leave without the appropriate pass."</w:t>
      </w:r>
    </w:p>
    <w:p>
      <w:r>
        <w:rPr>
          <w:b w:val="0"/>
          <w:i w:val="0"/>
        </w:rPr>
        <w:t>So, to make it crystal clear, unless you comply with the two examples above, and the facility is not always offered, at the moment you cannot just turn up with unentered dogs at a show. No other circumstances allow unentered dogs or puppies under six months of age into the precincts of a KC licensed show.</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