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- 22/04/2016 - ISSUE"</w:t>
      </w:r>
      <w:r>
        <w:br/>
      </w:r>
      <w:r>
        <w:rPr>
          <w:b w:val="0"/>
          <w:i w:val="0"/>
        </w:rPr>
        <w:br/>
        <w:t>date_original: "22/04/2016 - ISSUE"</w:t>
      </w:r>
      <w:r>
        <w:br/>
      </w:r>
      <w:r>
        <w:rPr>
          <w:b w:val="0"/>
          <w:i w:val="0"/>
        </w:rPr>
        <w:br/>
        <w:t>source_url: "https://www.ourdogs.co.uk/members/breednotes/RetrieverLabradorMain.php"</w:t>
      </w:r>
      <w:r>
        <w:br/>
      </w:r>
      <w:r>
        <w:rPr>
          <w:b w:val="0"/>
          <w:i w:val="0"/>
        </w:rPr>
        <w:br/>
        <w:t>scraped_at: "2026-09-13T15:29:01"</w:t>
      </w:r>
      <w:r>
        <w:br/>
      </w:r>
      <w:r>
        <w:rPr>
          <w:b w:val="0"/>
          <w:i w:val="0"/>
        </w:rPr>
        <w:br/>
        <w:t>word_count: 1668</w:t>
      </w:r>
    </w:p>
    <w:p>
      <w:r>
        <w:t>――――――――――――――――――――――――――――――</w:t>
      </w:r>
    </w:p>
    <w:p>
      <w:r>
        <w:rPr>
          <w:b w:val="0"/>
          <w:i w:val="0"/>
        </w:rPr>
        <w:t>NEWS MEMBERS' AREA SHOP SUBSCRIBE UPCOMING SHOWS MORE</w:t>
      </w:r>
    </w:p>
    <w:p>
      <w:r>
        <w:rPr>
          <w:b w:val="0"/>
          <w:i w:val="0"/>
        </w:rPr>
        <w:t>RETRIEVER LABRADOR</w:t>
      </w:r>
    </w:p>
    <w:p>
      <w:r>
        <w:rPr>
          <w:b w:val="0"/>
          <w:i w:val="0"/>
        </w:rPr>
        <w:t>Issue: 22/04/2016</w:t>
      </w:r>
    </w:p>
    <w:p>
      <w:r>
        <w:rPr>
          <w:b w:val="0"/>
          <w:i w:val="0"/>
        </w:rPr>
        <w:t>It is AGM time once again. Richard Stafford, long standing Chairman of the LRC and of the Labrador Breed Council stood down from both roles and consequently there were elections to fill the vacancies. The new LRC Chairman is Terry Bailey of the respected Gunstock working kennels, whilst Sheelin Cuthbert ( Ballyduff) becomes Chairman of the Breed Council. We wish them both well in their new roles.</w:t>
      </w:r>
    </w:p>
    <w:p>
      <w:r>
        <w:rPr>
          <w:b w:val="0"/>
          <w:i w:val="0"/>
        </w:rPr>
        <w:t xml:space="preserve">Rachel Williams, Secretary of the Labrador Retriever Club writes regarding the forthcoming LRC Centenary, "The Labrador Retriever Club is celebrating it's Centenary this year.  To celebrate the LRC is holding a two-day celebration on Friday 10th 2016 and Saturday 11th June at the Kennel Club Building and within Stoneleigh Park, Warwickshire. </w:t>
      </w:r>
    </w:p>
    <w:p>
      <w:r>
        <w:rPr>
          <w:b w:val="0"/>
          <w:i w:val="0"/>
        </w:rPr>
        <w:t xml:space="preserve">On Friday 10th 2016 there will be an Open Show, at which breed classes will be judged by Tony Michiels (Dual's Hope), and three Special Awards Classes which will be judged by Franco Barberi (Loch Mor).  Within Stoneleigh Park, we will be running a team Working Test, where competitors will score points for both performance in the field and placings in show classes, and individual Puppy and Novice Dog/Novice Handler tests.  </w:t>
      </w:r>
    </w:p>
    <w:p>
      <w:r>
        <w:rPr>
          <w:b w:val="0"/>
          <w:i w:val="0"/>
        </w:rPr>
        <w:t xml:space="preserve">This will be followed in the evening by a Celebration Party at the Holiday Inn (Coventry South).  The Celebration Party should be extremely good fun, there will be a hot fork buffet, disco and a special Labrador celebrity Mr &amp; Mrs game. The price of a ticket is Â£25.  </w:t>
      </w:r>
    </w:p>
    <w:p>
      <w:r>
        <w:rPr>
          <w:b w:val="0"/>
          <w:i w:val="0"/>
        </w:rPr>
        <w:t xml:space="preserve">On Saturday the 11th June there will be the LRC Championship Show, dogs to be judged by David Craig (Davricard/Foulby) and bitches by Carole Coode (Warringah) and the final day of Working Tests, including individual Novice and Open Working Tests.  The Committee has been working hard and has managed to secure sponsorship with some fabulous prizes available for winning places in various classes/tests.  Schedules for both the shows and working tests are available online at Fosse Data, where there is also the facility to purchase Celebration Party tickets with your show entry.  If you'd prefer a paper copy of schedules, more information about any of the events or would like to reserve party tickets, please do not hesitate to contact me, Rachel Williams on 01469 541940, or by email millerdanlabradors@gmail.com </w:t>
      </w:r>
    </w:p>
    <w:p>
      <w:r>
        <w:rPr>
          <w:b w:val="0"/>
          <w:i w:val="0"/>
        </w:rPr>
        <w:t>Entries for Midland Counties Labrador Club Championship Show at Stafford on April 16th were made up from 117 dogs and 188 bitches for judges Lorraine Tooth (Dogs) and Ian Ganney (Bitches). Ian took on the appointment just prior to entries closing following the tragic passing of the scheduled judge, Barry Rooth. I was sorry to miss this popular show being entered but stuck at home, weak and weary, recovering from a very nasty flu bug which was into is fourth week.</w:t>
      </w:r>
    </w:p>
    <w:p>
      <w:r>
        <w:rPr>
          <w:b w:val="0"/>
          <w:i w:val="0"/>
        </w:rPr>
        <w:t>Congratulations to the owners of the two new show champions who were made up on the day. Sharon Lamberts yellow Yearling dog Mattand Exodus JW (Fin Ch Devonshires London Edition x Amberstead Dark and Stormy over Mattand) and Caroline Cormacks 2 year old yellow bitch Binnaig Just Blonde JW. ( Tullochmohr Gibbs JW x Sh Ch Binnaig Wild Thyme.)</w:t>
      </w:r>
    </w:p>
    <w:p>
      <w:r>
        <w:rPr>
          <w:b w:val="0"/>
          <w:i w:val="0"/>
        </w:rPr>
        <w:t>The Dog CC and BIS was won by Mattand Exodus JW with the RCC going to David Coodes yellow Warringahs Perth JW ShCm. The Bitch CC and RBIS was won by Binnaig Just Blonde JW with the RCC going to Marion Hopkinsons yellow Rocheby Sweet Sensation. Best Puppy was the yellow bitch Taphs Sizzling Sophie (Fin Ch Devonshires London Edition x Carromers Hot Gossip for Taph)  owned by Pat Thorpe.</w:t>
      </w:r>
    </w:p>
    <w:p>
      <w:r>
        <w:rPr>
          <w:b w:val="0"/>
          <w:i w:val="0"/>
        </w:rPr>
        <w:t>I was having a tidying up session recently and came across an article I had kept, written by the late Brenda Hyde for the breed notes, recounting her  experiences as a relative new comer to dog showing in the early years of the 21st century.</w:t>
      </w:r>
    </w:p>
    <w:p>
      <w:r>
        <w:rPr>
          <w:b w:val="0"/>
          <w:i w:val="0"/>
        </w:rPr>
        <w:t xml:space="preserve">In 2005 Brenda wrote: 'I had been caring for my mother for a number of years and when she died I decided to become more involved in 'Showing'. </w:t>
      </w:r>
    </w:p>
    <w:p>
      <w:r>
        <w:rPr>
          <w:b w:val="0"/>
          <w:i w:val="0"/>
        </w:rPr>
        <w:t xml:space="preserve">'I began my showing career in 2000. In 2003, I bred a litter of puppies and the two I kept were due out in the show ring in February 2004. I decided that I would campaign my dogs at all 42 Championship shows, irrespective of venue or judges. Last week, at LKA, I achieved my final target; 42 shows completed in 12 months. </w:t>
      </w:r>
    </w:p>
    <w:p>
      <w:r>
        <w:rPr>
          <w:b w:val="0"/>
          <w:i w:val="0"/>
        </w:rPr>
        <w:t xml:space="preserve">'During the year I travelled the length and breadth of this country. I took the road to Scotland, went over the sea to Northern Ireland, and visited Wales. I covered at least 12,000 miles, and I dare not think of the cost!! </w:t>
      </w:r>
    </w:p>
    <w:p>
      <w:r>
        <w:rPr>
          <w:b w:val="0"/>
          <w:i w:val="0"/>
        </w:rPr>
        <w:t xml:space="preserve">'Many and varied were my experiences. The venues were diverse. There were some really enjoyable shows, where the atmosphere was good, people were friendly and one was pleased to be there. </w:t>
      </w:r>
    </w:p>
    <w:p>
      <w:r>
        <w:rPr>
          <w:b w:val="0"/>
          <w:i w:val="0"/>
        </w:rPr>
        <w:t xml:space="preserve">'It was obvious at some shows that the committees had planned well ahead and were on hand to sort out problems. At others, one was not made to feel very welcome, with venues not opening up on time, and poor planning, which meant we had to walk great distances from our benches to the ringside. There were other shows where I felt one could be forgiven for thinking that the committee appeared more concerned with their own dogs, than those of the exhibitors. </w:t>
      </w:r>
    </w:p>
    <w:p>
      <w:r>
        <w:rPr>
          <w:b w:val="0"/>
          <w:i w:val="0"/>
        </w:rPr>
        <w:t xml:space="preserve">'Large Exhibition Centres, Sports complexes, smaller halls, large fields, flat fields, not so flat fields, rings that were small, rings that were too large, rings where the rope could not be easily seen, due to my varifocal lenses and I nearly ended up in the next ring! Wet weather, dry weather, squelchy under foot, hard ground, on balance more dry than wet, and more firm than soft. </w:t>
      </w:r>
    </w:p>
    <w:p>
      <w:r>
        <w:rPr>
          <w:b w:val="0"/>
          <w:i w:val="0"/>
        </w:rPr>
        <w:t xml:space="preserve">I experienced a mixture of catering facilities. From super 'home cooked' meals at very good prices, to 'outside' caterers that charged very high prices. Most of the food stalls offered fried this or that, not too healthy! I tended to take my own food to most venues. </w:t>
      </w:r>
    </w:p>
    <w:p>
      <w:r>
        <w:rPr>
          <w:b w:val="0"/>
          <w:i w:val="0"/>
        </w:rPr>
        <w:t xml:space="preserve">'Then there was the Judging.  Again, in my opinion, variable; many Judges were excellent, going over all the dogs in the same way, giving the same amount of time to each dog in a warm, friendly, efficient and consistent manner. </w:t>
      </w:r>
    </w:p>
    <w:p>
      <w:r>
        <w:rPr>
          <w:b w:val="0"/>
          <w:i w:val="0"/>
        </w:rPr>
        <w:t xml:space="preserve">'There were others, however, where you wondered why you were standing there, as it appeared that the Judge was obviously not interested in your dog and ignored you. At some shows, I felt one could tell who was going to be placed, by the amount of time given to that particular dog, or as it seemed to me, the particular person at the end of the lead! </w:t>
      </w:r>
    </w:p>
    <w:p>
      <w:r>
        <w:rPr>
          <w:b w:val="0"/>
          <w:i w:val="0"/>
        </w:rPr>
        <w:t xml:space="preserve">'I felt there were the 'political' decisions; 'you scratch my back and I'll scratch yours', something which appeared to be borne out at later shows; the 'favourites', those with a good reputation, but no coat; the 'limpers'; the nervous; and those who would not 'show'. I watched them all being placed. There were the judges, who preferred 'black', or 'yellow'; sometimes the chocolates got a look in. I thought the breed standard accepted all three colours equally. </w:t>
      </w:r>
    </w:p>
    <w:p>
      <w:r>
        <w:rPr>
          <w:b w:val="0"/>
          <w:i w:val="0"/>
        </w:rPr>
        <w:t xml:space="preserve">'Comments made to me over the year included, 'You've got to be in it for 10 years before you start winning'; 'I knew who was going to get the ticket, three weeks ago'; 'She's her friend'. Many comments came from around the ring, where people were very critical of others, and rumours abounded. I found these comments and experiences very sad. </w:t>
      </w:r>
    </w:p>
    <w:p>
      <w:r>
        <w:rPr>
          <w:b w:val="0"/>
          <w:i w:val="0"/>
        </w:rPr>
        <w:t xml:space="preserve">I have really enjoyed many of the shows, but some of the negative points have spoilt it. </w:t>
      </w:r>
    </w:p>
    <w:p>
      <w:r>
        <w:rPr>
          <w:b w:val="0"/>
          <w:i w:val="0"/>
        </w:rPr>
        <w:t xml:space="preserve">I was prepared to go under any of the Judges. I did not select shows based on who was judging, what the venue was like or who would be there, but I think some of this will change for 2005 and maybe, like many of the more 'experienced' exhibitors, I will be selecting my shows more carefully. </w:t>
      </w:r>
    </w:p>
    <w:p>
      <w:r>
        <w:rPr>
          <w:b w:val="0"/>
          <w:i w:val="0"/>
        </w:rPr>
        <w:t xml:space="preserve">'I have made a lot of new friends and I believe 'Showing' is about more than whether one is 'placed' or not, for instance being able to give something back to the breed is important. </w:t>
      </w:r>
    </w:p>
    <w:p>
      <w:r>
        <w:rPr>
          <w:b w:val="0"/>
          <w:i w:val="0"/>
        </w:rPr>
        <w:t>I have come away from 2004 less enthusiastic and more disillusioned. Maybe I had expected too much?</w:t>
      </w:r>
    </w:p>
    <w:p>
      <w:r>
        <w:rPr>
          <w:b w:val="0"/>
          <w:i w:val="0"/>
        </w:rPr>
        <w:t>'I have done quite well with both of my youngsters, who have qualified for Crufts. Let's hope 2005 will be a 'good' year. Brenda I Hyde'</w:t>
      </w:r>
    </w:p>
    <w:p>
      <w:r>
        <w:rPr>
          <w:b w:val="0"/>
          <w:i w:val="0"/>
        </w:rPr>
        <w:t xml:space="preserve">Sadly Brenda passed away a couple of years ago, but at the time She wrote this, I wrote "Many thanks for your thoughts, Brenda. They bring to mind the phrase 'Ah, to see ourselves as others see us'. For this mixed picture, not always to our credit, is, indeed, made up from Brenda's experiences as a newcomer in our midst, during the year. </w:t>
      </w:r>
    </w:p>
    <w:p>
      <w:r>
        <w:rPr>
          <w:b w:val="0"/>
          <w:i w:val="0"/>
        </w:rPr>
        <w:t xml:space="preserve">I still smile when I recall that in former years, the respected championship show judge would walk around the benching tent after he/she had finished judging, and discuss with the many interested ( not confrontational) exhibitors, the merits or otherwise, of their exhibits. Imagine that now. The judge would be unlikely to make it in one piece to the exit if the tent! </w:t>
      </w:r>
    </w:p>
    <w:p>
      <w:r>
        <w:rPr>
          <w:b w:val="0"/>
          <w:i w:val="0"/>
        </w:rPr>
        <w:t xml:space="preserve">OUR DOGS now have just launched a brand new subscription offer.You can now  get a 12 month subscription to the paper for just Â£25 a quarter (newspaper only) To sign up please call Trina on 0161 709 4575 or subscribe online at https://www.ourdogs.co.uk/Forms/directdebit.htm </w:t>
      </w:r>
    </w:p>
    <w:p>
      <w:r>
        <w:rPr>
          <w:b w:val="0"/>
          <w:i w:val="0"/>
        </w:rPr>
        <w:t>Ann Britton 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