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- 15 Aug 2008"</w:t>
      </w:r>
      <w:r>
        <w:br/>
      </w:r>
      <w:r>
        <w:rPr>
          <w:b w:val="0"/>
          <w:i w:val="0"/>
        </w:rPr>
        <w:br/>
        <w:t>date_original: "15 Aug 2008"</w:t>
      </w:r>
      <w:r>
        <w:br/>
      </w:r>
      <w:r>
        <w:rPr>
          <w:b w:val="0"/>
          <w:i w:val="0"/>
        </w:rPr>
        <w:br/>
        <w:t>source_url: "https://www.ourdogs.co.uk/members/breednotes/2008/RetrieverLabrador/RetrieverLabrador-aug15.htm"</w:t>
      </w:r>
      <w:r>
        <w:br/>
      </w:r>
      <w:r>
        <w:rPr>
          <w:b w:val="0"/>
          <w:i w:val="0"/>
        </w:rPr>
        <w:br/>
        <w:t>archive_type: "static_html"</w:t>
      </w:r>
      <w:r>
        <w:br/>
      </w:r>
      <w:r>
        <w:rPr>
          <w:b w:val="0"/>
          <w:i w:val="0"/>
        </w:rPr>
        <w:br/>
        <w:t>scraped_at: "2026-09-13T22:04:09"</w:t>
      </w:r>
      <w:r>
        <w:br/>
      </w:r>
      <w:r>
        <w:rPr>
          <w:b w:val="0"/>
          <w:i w:val="0"/>
        </w:rPr>
        <w:br/>
        <w:t>word_count: 1587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 shows are coming fast and furiously at the moment. It seems that every three or four days we are rising at the crack of dawn, getting the dogs exercised, the kennels sorted, the dog minder comfortably installed and setting out on the motorway at some ungodly hour to drive to a championship show somewhere in the UK.</w:t>
      </w:r>
    </w:p>
    <w:p>
      <w:r>
        <w:rPr>
          <w:b w:val="0"/>
          <w:i w:val="0"/>
        </w:rPr>
        <w:t>In between times, at home there is never ending grass-cutting and mole-hill-flattening to attend to in this warm yet very humid summer. Luckily, for those of us who live in Herefordshire/ Worcestershire, National Gundog, held just five days after Leeds, was at Malvern, so for once the journey was simple. There was a super entry of 263 for judges Peter Taylor (Dogs) and Richard Wiles (Bitches). The weather was kind to us and it was dry and bright throughout the judging.</w:t>
      </w:r>
    </w:p>
    <w:p>
      <w:r>
        <w:rPr>
          <w:b w:val="0"/>
          <w:i w:val="0"/>
        </w:rPr>
        <w:t>In the Dog ring Mr Autey’s chocolate dog Ryedown Scottish Reel JW ShCM, (Sh Ch Lougin Loomis x Ryedown Sweet Salsa Sauce) won the CC, his 2nd, whilst Linda Majors’ yellow, Linjor Valentino Sh CM took the RCC. In the Bitch ring Noelene Dodd and Mrs Holts yellow Sh Ch Eneleon Amber JW, who, four days earlier, had won the RCC under Tom Grant at Leeds, went one step better, this time winning the CC and Best of Breed. Best Puppy was Di Williams and Jim Revitt’s, Braithwell Ernie Wise to Jimdi, (Sh Ch Suttonpark x Steda Ballerina Girl).</w:t>
      </w:r>
    </w:p>
    <w:p>
      <w:r>
        <w:rPr>
          <w:b w:val="0"/>
          <w:i w:val="0"/>
        </w:rPr>
        <w:t>Alison Scutcher was 5th in the National Gundog Champion Stakes from an entry of 35 with Sh Ch Winsleywood Waterloo JW Sh CM. under Chris Atkinson.</w:t>
      </w:r>
    </w:p>
    <w:p>
      <w:r>
        <w:rPr>
          <w:b w:val="0"/>
          <w:i w:val="0"/>
        </w:rPr>
        <w:t>Four days later, Paignton was held midweek at their new venue at Westpoint, Exeter, on the opposite side of the road to the old venue. The previous venue always had such a relaxed garden party air about it, but was sadly very muddy last year, hence, I presume, the move. It was an early start for us but we arrived before judging was officially due to start.</w:t>
      </w:r>
    </w:p>
    <w:p>
      <w:r>
        <w:rPr>
          <w:b w:val="0"/>
          <w:i w:val="0"/>
        </w:rPr>
        <w:t>However in the end, judging was delayed ? of an hour due to an horrific accident nearby on the M5, which had prevented some exhibitors getting to the venue. We were spaciously benched and judged in one of two new pavilions. We had in and out rings, (which I had first introduced to show layouts in the late 80s at Perry Park, Birmingham; many years ago now). Sadly however, there had been considerable rain prior to Gundog day and without a gutter along the long side of the tent the rain had poured off the roof, right onto the inward sloping rings, making the Lab ring extremely dangerous to run round. Indeed, Anne Lavelle, fresh from her hospitality duties as committee member of Windsor, took an awful tumble, slipping in the mud whilst running her bitch in the Junior class.</w:t>
      </w:r>
    </w:p>
    <w:p>
      <w:r>
        <w:rPr>
          <w:b w:val="0"/>
          <w:i w:val="0"/>
        </w:rPr>
        <w:t>At first, it was thought she had broken her ankle, however the good news, if it can be classed as good, was that it was a nasty twist and not a break. The rear of her pale pink trousers were however saturated having sat for several minutes in mud and water whilst her leg regained some feeling and she was once again able to stand. This fall certainly made us all very wary of moving the dogs at their correct paces; they could move themselves, we just aimed to stay upright and dodge the larger puddles. However, such is the preparedness of dog show exhibitors that within minutes Anne was sporting a completely new outfit, which she had gratefully gleaned from her many friends; spare trousers appeared from one exhibitor; even spare clean knickers from another !! Obviously Girl Guides in their former lives: Be Prepared!</w:t>
      </w:r>
    </w:p>
    <w:p>
      <w:r>
        <w:rPr>
          <w:b w:val="0"/>
          <w:i w:val="0"/>
        </w:rPr>
        <w:t>Our judges were Mr David Nightingale (Dogs) and Mr Gordon Haran, who had a joint entry of 171. The Dog CC was a 2nd for the Allen family’s yellow Allenies Maverick JW ShCM (Allenies MacCallum JW x Allenies Graceful). It was a good day for Anthony Allen and Richard Bott as they also won Best Dog with the English Springer, Trimere Talking Point of Allenie JW and the RCC and Best Puppy with the English Setter, Quensha Little Jeanie, as well as the Labrador CC. Not a bad days work!</w:t>
      </w:r>
    </w:p>
    <w:p>
      <w:r>
        <w:rPr>
          <w:b w:val="0"/>
          <w:i w:val="0"/>
        </w:rPr>
        <w:t>The Labrador Dog RCC was won by a delighted Mrs Hodge, with her and Di Stevens chocolate, Pawcrest Amie’able Star for Wylanbriar (Brightwalton Born to Star x Pawcrest Bon Amie).</w:t>
      </w:r>
    </w:p>
    <w:p>
      <w:r>
        <w:rPr>
          <w:b w:val="0"/>
          <w:i w:val="0"/>
        </w:rPr>
        <w:t>In the Bitch ring Gordon Haran, who is Secretary of Gundog Breeds Association of Scotland, was judging Labradors for the first time. I understand his main breed is GSPs. He got on with the task efficiently and in a pleasant manner despite the bare earth and puddles. His Bitch CC winner and Best of Breed was Angela Williams and David Craig’s black, Foulby Buttons And Bows (Sh Ch Sudeo Chevalier of Ramsayville x Foulby Paper Lace), whilst the Bitch RCC was won by the Brown familys Sh Ch Alanwood Spring Breeze over Ramsayville (Greenworth Odds Against x Alanwood Lady Jazmine). Congratulations to the Browns who had the tremendous thrill of winning the Hound Group at Paignton only the day before with their and Mr David Todds Beagle, shown by Mairi, Bayard Garrick Of Ramsayville.</w:t>
      </w:r>
    </w:p>
    <w:p>
      <w:r>
        <w:rPr>
          <w:b w:val="0"/>
          <w:i w:val="0"/>
        </w:rPr>
        <w:t>Best Puppy was Chris and Claire Mills, Sandylands Toy Boy At Lembas (Sandylands Gentle Touch at Lembas x Sh Ch Sandylands Wait Awhile).</w:t>
      </w:r>
    </w:p>
    <w:p>
      <w:r>
        <w:rPr>
          <w:b w:val="0"/>
          <w:i w:val="0"/>
        </w:rPr>
        <w:t>Alison Scutcher was 2nd in the Champion Stakes from an entry of 30 with Sh Ch Winsleywood Waterloo JW. Sh CM. under Maurice Marshall.</w:t>
      </w:r>
    </w:p>
    <w:p>
      <w:r>
        <w:rPr>
          <w:b w:val="0"/>
          <w:i w:val="0"/>
        </w:rPr>
        <w:t>In the Paignton catalogue I noticed that several of the Sh Chs, including my own, had been missed off the sires of some exhibits. If you are making a paper entry this may have happened so do please ring Kirsten Cozens at Higham Press who will be pleased to help out and correct their main data base.</w:t>
      </w:r>
    </w:p>
    <w:p>
      <w:r>
        <w:rPr>
          <w:b w:val="0"/>
          <w:i w:val="0"/>
        </w:rPr>
        <w:t>If you enter online, which I sometimes do, then the information which appears is that which you have submitted previously, so ought to be correct. However, Highams will always help if you have any problems.</w:t>
      </w:r>
    </w:p>
    <w:p>
      <w:r>
        <w:rPr>
          <w:b w:val="0"/>
          <w:i w:val="0"/>
        </w:rPr>
        <w:t>Tel 01773832390 email- mail@highampress.co.uk.</w:t>
      </w:r>
      <w:r>
        <w:br/>
      </w:r>
      <w:r>
        <w:rPr>
          <w:b w:val="0"/>
          <w:i w:val="0"/>
        </w:rPr>
        <w:br/>
        <w:t>Donna Goodall recently judged the Trimpley Companion Dog Show in aid of the Air Ambulance. As a result of the support received, a donation of £205 has been made to the County Air Ambulance. Thank you to all who supported the event.</w:t>
      </w:r>
    </w:p>
    <w:p>
      <w:r>
        <w:rPr>
          <w:b w:val="0"/>
          <w:i w:val="0"/>
        </w:rPr>
        <w:t>KSSLRC is holding its last working test of the year on 31st August at Popes Oak Farm in West Grinstead, Near Horsham: 10am start. For more details contact Mrs D Stevens, 59 Halewick Lane, Sompting, West Sussex, BN15 0ND Tel: 01903 755963 Email: Wylanbriarlabs@aol.com. Confirmed Judges: Lindsey Warren, Graham Harrison &amp; David Breach. Entry: Special Puppy – Not over 24 months of age on the day of the test. Novice Dog/Novice Handler – Not to have won a 1st in any NDNH test or a 1st, 2nd or 3rd in a Novice Test or ANY award in a Intermediate or Open test or Field Trial. (Note: Handlers may enter both tests but NOT with the same dog – one test per dog)</w:t>
      </w:r>
    </w:p>
    <w:p>
      <w:r>
        <w:rPr>
          <w:b w:val="0"/>
          <w:i w:val="0"/>
        </w:rPr>
        <w:t>Should anyone be able to help, Di would be very grateful for offers, even for half the day. The ND/NH and Puppy tests will be the same and it will be a very encouraging positive day with some sympathetic and helpful judges.</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