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- 15/06/2012"</w:t>
      </w:r>
      <w:r>
        <w:br/>
      </w:r>
      <w:r>
        <w:rPr>
          <w:b w:val="0"/>
          <w:i w:val="0"/>
        </w:rPr>
        <w:br/>
        <w:t>date_original: "15/06/2012"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"2026-09-13T22:46:07"</w:t>
      </w:r>
      <w:r>
        <w:br/>
      </w:r>
      <w:r>
        <w:rPr>
          <w:b w:val="0"/>
          <w:i w:val="0"/>
        </w:rPr>
        <w:br/>
        <w:t>word_count: 603</w:t>
      </w:r>
    </w:p>
    <w:p>
      <w:r>
        <w:t>――――――――――――――――――――――――――――――</w:t>
      </w:r>
    </w:p>
    <w:p>
      <w:r>
        <w:rPr>
          <w:b w:val="0"/>
          <w:i w:val="0"/>
        </w:rPr>
        <w:t>NEWS MEMBERS' AREA SHOP SUBSCRIBE UPCOMING SHOWS MORE</w:t>
      </w:r>
    </w:p>
    <w:p>
      <w:r>
        <w:rPr>
          <w:b w:val="0"/>
          <w:i w:val="0"/>
        </w:rPr>
        <w:t>RETRIEVER LABRADOR</w:t>
      </w:r>
    </w:p>
    <w:p>
      <w:r>
        <w:rPr>
          <w:b w:val="0"/>
          <w:i w:val="0"/>
        </w:rPr>
        <w:t>Issue: 15/06/2012</w:t>
      </w:r>
    </w:p>
    <w:p>
      <w:r>
        <w:rPr>
          <w:b w:val="0"/>
          <w:i w:val="0"/>
        </w:rPr>
        <w:t>I have been, and still am, somewhat in the wars, hence I am very sorry that these notes are of necessity rather briefer than usual.</w:t>
      </w:r>
    </w:p>
    <w:p>
      <w:r>
        <w:rPr>
          <w:b w:val="0"/>
          <w:i w:val="0"/>
        </w:rPr>
        <w:t>I am indebted to wonderful neighbours and doggy pals who stepped into the breach to ferry me to doctors, emergency hospital, and then look after me and the dogs, the latter all seeming to realise that Mum had completely fallen off the perch and to be on their very best behaviour! The Jubilee came and went. I was out for the count and missed the lot, plus several shows!</w:t>
      </w:r>
    </w:p>
    <w:p>
      <w:r>
        <w:rPr>
          <w:b w:val="0"/>
          <w:i w:val="0"/>
        </w:rPr>
        <w:t>One thing I learnt was always to have a list written and clearly available of the daily amounts of food your dogs are currently fed on and names and addresses of doggy helpers in case you are suddenly taken ill. We think there is plenty of time to prepare these things but occasionally there is no time and we get a rude surprise.</w:t>
      </w:r>
    </w:p>
    <w:p>
      <w:r>
        <w:rPr>
          <w:b w:val="0"/>
          <w:i w:val="0"/>
        </w:rPr>
        <w:t>Southern Counties held their show on the Newbury Showground. There was an    entry of 186 dogs and bitches for Dave Wilmshurst to go over.</w:t>
      </w:r>
    </w:p>
    <w:p>
      <w:r>
        <w:rPr>
          <w:b w:val="0"/>
          <w:i w:val="0"/>
        </w:rPr>
        <w:t>Dog CC Hodges chocolate Sh Ch Naiken Way Out West. RDCC Mrs L Hess yellow Sh Ch Am Can Ch Salty Dog of Tampa Bay. BCC Hodges Sh Ch Naiken Xclusive Dream</w:t>
      </w:r>
    </w:p>
    <w:p>
      <w:r>
        <w:rPr>
          <w:b w:val="0"/>
          <w:i w:val="0"/>
        </w:rPr>
        <w:t>RBCC Sharon Lamberts black Mattand for your Eyes Only. BP Chris and Claire Mills yellow Lembas Vanilla Ice</w:t>
      </w:r>
    </w:p>
    <w:p>
      <w:r>
        <w:rPr>
          <w:b w:val="0"/>
          <w:i w:val="0"/>
        </w:rPr>
        <w:t>Labradors at Three Counties Ch show were judged by Carole Coode who had an entry of 225 dogs and bitches. I gather the weather was pretty foul and judging was inside. The winners were Dog CC and BOB Mrs L Hess yellow Sh Ch Am Can Ch Salty Dog of Tampa Bay. Res Dog CC McDonald and Dantinnes black Marrinoir Michigan at Zanys. Bitch CC Richard Staffors yellow Sh Ch Kimvalley Star Attraction of Farnfield JW ShCM. Res Bitch CC Chris and Claire Mills yellow Lembas Chiquitita.</w:t>
      </w:r>
    </w:p>
    <w:p>
      <w:r>
        <w:rPr>
          <w:b w:val="0"/>
          <w:i w:val="0"/>
        </w:rPr>
        <w:t>Best Puppy was Jean and Gary Johnsons Lindall Sea Storm over Cremino.</w:t>
      </w:r>
    </w:p>
    <w:p>
      <w:r>
        <w:rPr>
          <w:b w:val="0"/>
          <w:i w:val="0"/>
        </w:rPr>
        <w:t>The Labrador Club Ch Show followed the very next day at the Sky Blue Connection Coventry .</w:t>
      </w:r>
    </w:p>
    <w:p>
      <w:r>
        <w:rPr>
          <w:b w:val="0"/>
          <w:i w:val="0"/>
        </w:rPr>
        <w:t>Thanks to Leigh Lesley for the results of the Labrador Retriever Club under Margaret Litherland (Dogs) and Shaun Williamson (Bitches) BCC &amp; BIS was Sh Ch Lindall Dreamy , RBCC Sh Ch Ronsard Me Celebrait . DCC &amp; RBIS was Sh CH Amberstope Rebel Yell , RDCC Ladrow Dark Lord &amp; BPIS Foxrush Remember the Time</w:t>
      </w:r>
    </w:p>
    <w:p>
      <w:r>
        <w:rPr>
          <w:b w:val="0"/>
          <w:i w:val="0"/>
        </w:rPr>
        <w:t>Leigh writes "I had a lovely day at Lab Club Champ show yesterday as my young dog , Steeleigh Secrets Out won more than  the last points needed for his Junior Warrant by winning Puppy Maiden &amp; Novice &amp; then going  RBPIS . He was 12 months old today so a fine way to finish his puppy career . Not to be outdone by her young cousin, Steeleigh Hot To Handle JW  won another Mid Limit class .</w:t>
      </w:r>
    </w:p>
    <w:p>
      <w:r>
        <w:rPr>
          <w:b w:val="0"/>
          <w:i w:val="0"/>
        </w:rPr>
        <w:t>Also having a pretty good day at the Lab Club was Maxine Crocker-Williams whose 14 &amp; a half month old  junior dog Secret Moment at Alkamhurst also gained his final points for his Junior Warrant by winning Junior &amp; Undergraduate".</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