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- 05/04/2019 - ISSUE"</w:t>
      </w:r>
      <w:r>
        <w:br/>
      </w:r>
      <w:r>
        <w:rPr>
          <w:b w:val="0"/>
          <w:i w:val="0"/>
        </w:rPr>
        <w:br/>
        <w:t>date_original: "05/04/2019 - ISSUE"</w:t>
      </w:r>
      <w:r>
        <w:br/>
      </w:r>
      <w:r>
        <w:rPr>
          <w:b w:val="0"/>
          <w:i w:val="0"/>
        </w:rPr>
        <w:br/>
        <w:t>source_url: "https://www.ourdogs.co.uk/members/breednotes/RetrieverLabradorMain.php"</w:t>
      </w:r>
      <w:r>
        <w:br/>
      </w:r>
      <w:r>
        <w:rPr>
          <w:b w:val="0"/>
          <w:i w:val="0"/>
        </w:rPr>
        <w:br/>
        <w:t>scraped_at: "2026-09-13T15:20:38"</w:t>
      </w:r>
      <w:r>
        <w:br/>
      </w:r>
      <w:r>
        <w:rPr>
          <w:b w:val="0"/>
          <w:i w:val="0"/>
        </w:rPr>
        <w:br/>
        <w:t>word_count: 1252</w:t>
      </w:r>
    </w:p>
    <w:p>
      <w:r>
        <w:t>――――――――――――――――――――――――――――――</w:t>
      </w:r>
    </w:p>
    <w:p>
      <w:r>
        <w:rPr>
          <w:b w:val="0"/>
          <w:i w:val="0"/>
        </w:rPr>
        <w:t>NEWS MEMBERS' AREA SHOP SUBSCRIBE UPCOMING SHOWS MORE</w:t>
      </w:r>
    </w:p>
    <w:p>
      <w:r>
        <w:rPr>
          <w:b w:val="0"/>
          <w:i w:val="0"/>
        </w:rPr>
        <w:t>RETRIEVER LABRADOR</w:t>
      </w:r>
    </w:p>
    <w:p>
      <w:r>
        <w:rPr>
          <w:b w:val="0"/>
          <w:i w:val="0"/>
        </w:rPr>
        <w:t>Issue: 05/04/2019</w:t>
      </w:r>
    </w:p>
    <w:p>
      <w:r>
        <w:rPr>
          <w:b w:val="0"/>
          <w:i w:val="0"/>
        </w:rPr>
        <w:t xml:space="preserve">I called in at the 67th Yellow Labrador Club Open Show midweek at Southam where Sue Merrill from Ireland was the judge. Always a high spot of the Labrador social calendar, the show for Yellow Labradors only, is a gathering of like minded friends partaking of a relaxed day; a good chat, a tasty lunch (provided by Anne Lavelle and her team), in very pleasant surroundings with an incidental dog show taking place. </w:t>
      </w:r>
    </w:p>
    <w:p>
      <w:r>
        <w:rPr>
          <w:b w:val="0"/>
          <w:i w:val="0"/>
        </w:rPr>
        <w:t xml:space="preserve">This has always been a special event ably arranged by Hon Secretary, Sussie Wiles, newly returned from visiting New York, and her friendly helpful committee, but I wonder how long it can continue to thrive if it is not better supported by Yellow Lab members /owners or, ("Heaven Forbid"), change the club rules and constitution and open up the show to other colours! </w:t>
      </w:r>
    </w:p>
    <w:p>
      <w:r>
        <w:rPr>
          <w:b w:val="0"/>
          <w:i w:val="0"/>
        </w:rPr>
        <w:t xml:space="preserve">I can hear the gasps of pure horror! </w:t>
      </w:r>
    </w:p>
    <w:p>
      <w:r>
        <w:rPr>
          <w:b w:val="0"/>
          <w:i w:val="0"/>
        </w:rPr>
        <w:t>With most shows having reduced entry numbers, the Yellow show entry was similar, with just 79 dogs and bitches entered. With absentees taken into account, there were only 58 present, 22 dogs and 36 bitches actually judged. It is unfortunate for any judge, especially one who had travelled such a long way, wishing to gain further experience by going over the entry at a Breed club show to find there was only one exhibit or possibly two present in many of the Dog classes. Certainly the Bitch classes were slightly better filled than the dogs.</w:t>
      </w:r>
    </w:p>
    <w:p>
      <w:r>
        <w:rPr>
          <w:b w:val="0"/>
          <w:i w:val="0"/>
        </w:rPr>
        <w:t xml:space="preserve">The winners were - Best Bitch and Best in Show - Mervyn and Carole Reynolds - Carromer Shimmering in Pink. Best Dog and Best Opposite Sex - Fiona Braddons Sh Ch Trendlewood Born to Run JW, and Best Puppy - Christine Bailisss Tissalian High Society. </w:t>
      </w:r>
    </w:p>
    <w:p>
      <w:r>
        <w:rPr>
          <w:b w:val="0"/>
          <w:i w:val="0"/>
        </w:rPr>
        <w:t>The wonderful variety of mouth watering cakes and sweets consumed during the day will doubtless reduce the number of Slimming World successes posted by dedicated, stone- shedding Labrador exhibitors on FB recently!</w:t>
      </w:r>
    </w:p>
    <w:p>
      <w:r>
        <w:rPr>
          <w:b w:val="0"/>
          <w:i w:val="0"/>
        </w:rPr>
        <w:t>All-rounder Jane Lilley, who appreciates a good Labrador, judged the breed at Exeter and County CS. From an entry of 31 dogs and bitches, Susie Kennetts black, Magnavalley Cornishman went Best of Breed and later was awarded a fabulous Reserve Best in Show from a total show entry of 848 dogs of all breeds. Best Labrador Puppy and Puppy Group 3 was Becca Mills Yellow, Trendlewood  Day Dreaming. Becca is having great fun with her new youngster and won Best Puppy in Show at Bridgend recently under judges Emily Evans, Lynne Sketchley and Britt Marie Young.</w:t>
      </w:r>
    </w:p>
    <w:p>
      <w:r>
        <w:rPr>
          <w:b w:val="0"/>
          <w:i w:val="0"/>
        </w:rPr>
        <w:t>Becci Hodge wrote on Facebook of the loss of the Naiken kennel's extra special singleton who had such a fabulous career. Sh Ch Naiken Way Out West JW 20.01.2008 - 28.02. 2019. I trust Becci will not mind my reproducing her comments so that others may appreciate her special dog, Chulu.</w:t>
      </w:r>
    </w:p>
    <w:p>
      <w:r>
        <w:rPr>
          <w:b w:val="0"/>
          <w:i w:val="0"/>
        </w:rPr>
        <w:t xml:space="preserve">Becci wrote "This is probably the hardest post I have had to write and it's taken until now to do so. </w:t>
      </w:r>
    </w:p>
    <w:p>
      <w:r>
        <w:rPr>
          <w:b w:val="0"/>
          <w:i w:val="0"/>
        </w:rPr>
        <w:t xml:space="preserve">'On 28th Feb mum &amp; I had to make the heartbreaking decision to say goodnight to Chulu - Sh Ch Naiken Way Out West JW after a short illness where we'd tried everything to make him better. </w:t>
      </w:r>
    </w:p>
    <w:p>
      <w:r>
        <w:rPr>
          <w:b w:val="0"/>
          <w:i w:val="0"/>
        </w:rPr>
        <w:t>'He was a singleton puppy and when he was born we said "well let's see how he develops, but we really don't need a male at the moment!!"</w:t>
      </w:r>
    </w:p>
    <w:p>
      <w:r>
        <w:rPr>
          <w:b w:val="0"/>
          <w:i w:val="0"/>
        </w:rPr>
        <w:t xml:space="preserve">'Anyway that was the only time those words were said and it became clear he'd be staying but little did we know how special he was going to be!! </w:t>
      </w:r>
    </w:p>
    <w:p>
      <w:r>
        <w:rPr>
          <w:b w:val="0"/>
          <w:i w:val="0"/>
        </w:rPr>
        <w:t xml:space="preserve">'Thank you to Linda Vaughn for allowing us to use Doc! </w:t>
      </w:r>
    </w:p>
    <w:p>
      <w:r>
        <w:rPr>
          <w:b w:val="0"/>
          <w:i w:val="0"/>
        </w:rPr>
        <w:t xml:space="preserve">'Chulu was made up in 17 days at 17months of age and went on to win 21 CCs, 14 with BOB, multiple RCCs and is the first chocolate to win the CC &amp; BOB at Crufts 2010. He won various stakes and competitions and became my dream dog to show, although he was a little sod at times!!!! He had had his swan song at Crufts in 2014 winning his class but he made a final appearance in 2016 at the LRC Centenary Ch show where he won Best Veteran in Show. </w:t>
      </w:r>
    </w:p>
    <w:p>
      <w:r>
        <w:rPr>
          <w:b w:val="0"/>
          <w:i w:val="0"/>
        </w:rPr>
        <w:t>'We can't thank all judges who appreciated him enough and especially David Craig for making a dream come true at Crufts!!!!</w:t>
      </w:r>
    </w:p>
    <w:p>
      <w:r>
        <w:rPr>
          <w:b w:val="0"/>
          <w:i w:val="0"/>
        </w:rPr>
        <w:t xml:space="preserve">'He was Top Male Lab in 2010 and Joint Top Lab in 2011. </w:t>
      </w:r>
    </w:p>
    <w:p>
      <w:r>
        <w:rPr>
          <w:b w:val="0"/>
          <w:i w:val="0"/>
        </w:rPr>
        <w:t>'There are no words to describe how we've been feeling and life will never be quite the same again. Crufts was hard this year as it holds so many amazing memories but we are so grateful to have his children and grandchildren to remember him by.</w:t>
      </w:r>
    </w:p>
    <w:p>
      <w:r>
        <w:rPr>
          <w:b w:val="0"/>
          <w:i w:val="0"/>
        </w:rPr>
        <w:t xml:space="preserve">'He was most definitely our 1 in a million boy and I can't thank him enough for everything he did and he never let me down. </w:t>
      </w:r>
    </w:p>
    <w:p>
      <w:r>
        <w:rPr>
          <w:b w:val="0"/>
          <w:i w:val="0"/>
        </w:rPr>
        <w:t>'Goodbye Chulu, there's been a very bright star shining since we lost you and I'll always have you looking down on me.'</w:t>
      </w:r>
    </w:p>
    <w:p>
      <w:r>
        <w:rPr>
          <w:b w:val="0"/>
          <w:i w:val="0"/>
        </w:rPr>
        <w:t>Another very sad announcement was posted on Facebook last week, this time from Penny Carpanini, breeder and exhibitor to his KC title of the extra special male, Sh Ch Carpenny Made a Million who lived his latter years and was greatly loved by Anne Dempsey in Ireland. A truly typical Labrador with such a kind, generous temperament,  it was lovely to see him visiting Crufts with Anne just a few weeks ago.</w:t>
      </w:r>
    </w:p>
    <w:p>
      <w:r>
        <w:rPr>
          <w:b w:val="0"/>
          <w:i w:val="0"/>
        </w:rPr>
        <w:t>Penny wrote in sadness,  'Sh Ch. Irish Sh.Ch. International Ch. Veteran Ch. and Celtic winner Carpenny Made A Million was bid farewell this morning in the arms of best friend Anne, to save him further suffering. I can safely say he made his mark and I am proud of him. He was a kind, reliable, good natured and intuitive dog that was lovely to own and look at. He will be missed more than we can say.'</w:t>
      </w:r>
    </w:p>
    <w:p>
      <w:r>
        <w:rPr>
          <w:b w:val="0"/>
          <w:i w:val="0"/>
        </w:rPr>
        <w:t xml:space="preserve">I've spent a couple of days giving the beautiful cedar summerhouse its annual varnish. Not the best idea when surrounded by moulting yellow Labradors. The idea was to shut them in another part of the garden, but they escaped and were intent on letting me know how much they like to be right next to me and also to laze in the sun whilst leaning up against the summerhouse doors. I wasn't quick enough off the mark and as they plonked themselves down, the sticky newly varnished doors became clad in thick yellow hair. The next job was to scrape hair and varnish off the wood and once more relocate the dogs further away, before revarnishing the doors. </w:t>
      </w:r>
    </w:p>
    <w:p>
      <w:r>
        <w:rPr>
          <w:b w:val="0"/>
          <w:i w:val="0"/>
        </w:rPr>
        <w:t>My other thought. Why is it that show dogs decide to shed their yellow coats at the start of the serious show season! I find myself mentally rushing through the show calendar thinking it will be three months before they are back in presentable coat. At least my black dogs and bitches started to moult much earlier and consequently are a couple of months ahead and almost ready to re emerge!</w:t>
      </w:r>
    </w:p>
    <w:p>
      <w:r>
        <w:rPr>
          <w:b w:val="0"/>
          <w:i w:val="0"/>
        </w:rPr>
        <w:t xml:space="preserve">Ann Britton </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