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- 14/08/2015 - ISSUE"</w:t>
      </w:r>
      <w:r>
        <w:br/>
      </w:r>
      <w:r>
        <w:rPr>
          <w:b w:val="0"/>
          <w:i w:val="0"/>
        </w:rPr>
        <w:br/>
        <w:t>date_original: "14/08/2015 - ISSUE"</w:t>
      </w:r>
      <w:r>
        <w:br/>
      </w:r>
      <w:r>
        <w:rPr>
          <w:b w:val="0"/>
          <w:i w:val="0"/>
        </w:rPr>
        <w:br/>
        <w:t>source_url: "https://www.ourdogs.co.uk/members/breednotes/RetrieverLabradorMain.php"</w:t>
      </w:r>
      <w:r>
        <w:br/>
      </w:r>
      <w:r>
        <w:rPr>
          <w:b w:val="0"/>
          <w:i w:val="0"/>
        </w:rPr>
        <w:br/>
        <w:t>scraped_at: "2026-09-13T15:30:52"</w:t>
      </w:r>
      <w:r>
        <w:br/>
      </w:r>
      <w:r>
        <w:rPr>
          <w:b w:val="0"/>
          <w:i w:val="0"/>
        </w:rPr>
        <w:br/>
        <w:t>word_count: 597</w:t>
      </w:r>
    </w:p>
    <w:p>
      <w:r>
        <w:t>――――――――――――――――――――――――――――――</w:t>
      </w:r>
    </w:p>
    <w:p>
      <w:r>
        <w:rPr>
          <w:b w:val="0"/>
          <w:i w:val="0"/>
        </w:rPr>
        <w:t>NEWS MEMBERS' AREA SHOP SUBSCRIBE UPCOMING SHOWS MORE</w:t>
      </w:r>
    </w:p>
    <w:p>
      <w:r>
        <w:rPr>
          <w:b w:val="0"/>
          <w:i w:val="0"/>
        </w:rPr>
        <w:t>RETRIEVER LABRADOR</w:t>
      </w:r>
    </w:p>
    <w:p>
      <w:r>
        <w:rPr>
          <w:b w:val="0"/>
          <w:i w:val="0"/>
        </w:rPr>
        <w:t>Issue: 14/08/2015</w:t>
      </w:r>
    </w:p>
    <w:p>
      <w:r>
        <w:rPr>
          <w:b w:val="0"/>
          <w:i w:val="0"/>
        </w:rPr>
        <w:t>If anyone has a clean copy of Mary Roslin Williams original hardback book Advanced Labrador Breeding, which they would consider selling please contact me via email as someone is keenly wishing to purchase one.</w:t>
      </w:r>
    </w:p>
    <w:p>
      <w:r>
        <w:rPr>
          <w:b w:val="0"/>
          <w:i w:val="0"/>
        </w:rPr>
        <w:t>Optigen are offering 30% discount off DNA tests, at Val Tiller's next Optigen 20/20 Clinic, on Tuesday, 22nd September, 2015.</w:t>
      </w:r>
    </w:p>
    <w:p>
      <w:r>
        <w:rPr>
          <w:b w:val="0"/>
          <w:i w:val="0"/>
        </w:rPr>
        <w:t>Labradors are invited to be DNA tested for prcd-PRA, RD/OSD, NARC &amp; HNPK. You may attend the clinic at Epsom, Surrey, or be a Postal Participant. For full details, and to book places, please email: val.tiller@talk21.com or Tel: (01372) 273597.</w:t>
      </w:r>
    </w:p>
    <w:p>
      <w:r>
        <w:rPr>
          <w:b w:val="0"/>
          <w:i w:val="0"/>
        </w:rPr>
        <w:t>Shows are coming fast and furiously at the moment. The day after Paignton whose showground is near Exeter, National Gundog was held back up the M5 motorway at Malvern on Sunday  2nd August, (results were in last weeks notes). Three days later it was the turn of United Retriever Club to hold their championship show at Malvern. This show was then hotly pursued three days later by Bournemouth Ch Show with a picturesque cross country drive down south, once again,.</w:t>
      </w:r>
    </w:p>
    <w:p>
      <w:r>
        <w:rPr>
          <w:b w:val="0"/>
          <w:i w:val="0"/>
        </w:rPr>
        <w:t>Several exhibitors from home and abroad made a holiday to attend this cluster of shows in the most beautiful English countryside.</w:t>
      </w:r>
    </w:p>
    <w:p>
      <w:r>
        <w:rPr>
          <w:b w:val="0"/>
          <w:i w:val="0"/>
        </w:rPr>
        <w:t>At United Retriever Club the judges were Isobel Keys (Dogs) and Lynn Minchella (Bitches). The winners were Dog CC and Best of Breed the black owned by Mr and Mrs Ayres Musubi Imperial Topaz JW. The Dog RCC went to Tony Floyds black Trenow Rio Grande JW. The Bitch CC was won by Brian Parrott's black Lougin Lyin Eyes JW whilst the Bitch RCC was won by Fiona Macleans chocolate Ch Afinmore Antora ShCM. Best Puppy was Louise Lewis's Crammondkirk's Happy Minion.</w:t>
      </w:r>
    </w:p>
    <w:p>
      <w:r>
        <w:rPr>
          <w:b w:val="0"/>
          <w:i w:val="0"/>
        </w:rPr>
        <w:t>At Bournemouth the judge was Joy Venturi Rose and her winners were Dog CC and Best of Breed Tony Floyds yellow Trenow Plover with the same owner winning the Dog RCC with his black Trenow Rio Grande JW. The Bitch CC was won by Maureen Rees's yellow Thurbajen's Flighty Fennel With Eremos Sh.CM  whilst the Bitch RCC went to Alison Scutchers yellow Winsleywood Wild Honey JW Sh.CM</w:t>
      </w:r>
    </w:p>
    <w:p>
      <w:r>
        <w:rPr>
          <w:b w:val="0"/>
          <w:i w:val="0"/>
        </w:rPr>
        <w:t>Best Puppy was Mr M Schopens Barnagrow Busted .</w:t>
      </w:r>
    </w:p>
    <w:p>
      <w:r>
        <w:rPr>
          <w:b w:val="0"/>
          <w:i w:val="0"/>
        </w:rPr>
        <w:t>Short notes this week, Ive put my back out and its really painful sitting down writing at the computer.  The litter of puppies duly arrived after two whole days and nights of Mum scratching up and digging her bed and huffing and puffing. I was exhausted before she had even started, as living on my own I had to watch over her diligently for two nights, without a wink of sleep as I didn't know when proceedings would eventually begin. Her temperature had dropped so I knew things were imminent but she took her own sweet time to get into gear. Once she finally got going the pups were whelped easily. Great time wasters for the next eight weeks but I could do without the bad back,. Hopefully my osteopath is back from holiday.</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