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- 28/05/2021 - ISSUE"</w:t>
      </w:r>
      <w:r>
        <w:br/>
      </w:r>
      <w:r>
        <w:rPr>
          <w:b w:val="0"/>
          <w:i w:val="0"/>
        </w:rPr>
        <w:br/>
        <w:t>date_original: "28/05/2021 - ISSUE"</w:t>
      </w:r>
      <w:r>
        <w:br/>
      </w:r>
      <w:r>
        <w:rPr>
          <w:b w:val="0"/>
          <w:i w:val="0"/>
        </w:rPr>
        <w:br/>
        <w:t>source_url: "https://www.ourdogs.co.uk/members/breednotes/RetrieverLabradorMain.php"</w:t>
      </w:r>
      <w:r>
        <w:br/>
      </w:r>
      <w:r>
        <w:rPr>
          <w:b w:val="0"/>
          <w:i w:val="0"/>
        </w:rPr>
        <w:br/>
        <w:t>scraped_at: "2026-09-13T15:14:54"</w:t>
      </w:r>
      <w:r>
        <w:br/>
      </w:r>
      <w:r>
        <w:rPr>
          <w:b w:val="0"/>
          <w:i w:val="0"/>
        </w:rPr>
        <w:br/>
        <w:t>word_count: 951</w:t>
      </w:r>
    </w:p>
    <w:p>
      <w:r>
        <w:t>――――――――――――――――――――――――――――――</w:t>
      </w:r>
    </w:p>
    <w:p>
      <w:r>
        <w:rPr>
          <w:b w:val="0"/>
          <w:i w:val="0"/>
        </w:rPr>
        <w:t>NEWS MEMBERS' AREA SHOP SUBSCRIBE UPCOMING SHOWS MORE</w:t>
      </w:r>
    </w:p>
    <w:p>
      <w:r>
        <w:rPr>
          <w:b w:val="0"/>
          <w:i w:val="0"/>
        </w:rPr>
        <w:t>RETRIEVER LABRADOR</w:t>
      </w:r>
    </w:p>
    <w:p>
      <w:r>
        <w:rPr>
          <w:b w:val="0"/>
          <w:i w:val="0"/>
        </w:rPr>
        <w:t>Issue: 28/05/2021</w:t>
      </w:r>
    </w:p>
    <w:p>
      <w:r>
        <w:rPr>
          <w:b w:val="0"/>
          <w:i w:val="0"/>
        </w:rPr>
        <w:t>I am sure everyone who knew Lorna Blackie of the Cricklecreek Labradors, will be greatly saddened to hear that she has passed away. A kind, gentle and friendly soul, a talented judge, breeder and exhibitor for very many years. Our sincere condolences go to her husband Andrew and family.</w:t>
      </w:r>
    </w:p>
    <w:p>
      <w:r>
        <w:rPr>
          <w:b w:val="0"/>
          <w:i w:val="0"/>
        </w:rPr>
        <w:t xml:space="preserve">KC/BVA Eye testing clinics seem to be very rare at the moment. In April I contacted our local veterinary eye hospital for an eye test and was told that they were closed and when they did open there would be no appointments before July at the earliest. </w:t>
      </w:r>
    </w:p>
    <w:p>
      <w:r>
        <w:rPr>
          <w:b w:val="0"/>
          <w:i w:val="0"/>
        </w:rPr>
        <w:t xml:space="preserve">So it is good news to hear that Northwest Labrador Retriever Club are holding an eye testing clinic with Deneice Stuart on Thursday, 17th of June 2021. 9:30 am start. Everyone must follow the COVID-19 guidelines that will be in place on the day. </w:t>
      </w:r>
    </w:p>
    <w:p>
      <w:r>
        <w:rPr>
          <w:b w:val="0"/>
          <w:i w:val="0"/>
        </w:rPr>
        <w:t>Contact Club Secretary Ginette Oulton to make your appointment and for further information.</w:t>
      </w:r>
    </w:p>
    <w:p>
      <w:r>
        <w:rPr>
          <w:b w:val="0"/>
          <w:i w:val="0"/>
        </w:rPr>
        <w:t>The Yellow Labrador Club open show has a lovely entry, yellows only, of 97 dogs and bitches, making 115 entries for Miss Lucy Rawlinson at Warwick Racecourse.</w:t>
      </w:r>
    </w:p>
    <w:p>
      <w:r>
        <w:rPr>
          <w:b w:val="0"/>
          <w:i w:val="0"/>
        </w:rPr>
        <w:t>The Joint Labrador Retriever Clubs championship show hosted by The Yellow Labrador Club will now be held on Saturday 3rd July at The Parade ring at Warwick Racecourse. There will be just one ring so bitches will follow immediately after dogs. David Craig (Davricard) is judging dogs and Jackie Hodge (Naiken) bitches.</w:t>
      </w:r>
    </w:p>
    <w:p>
      <w:r>
        <w:rPr>
          <w:b w:val="0"/>
          <w:i w:val="0"/>
        </w:rPr>
        <w:t xml:space="preserve">ItÃ¢â‚¬â„¢s a fabulous venue and many dog friendly places to stay nearby. Entries will open soon with Fossedata. </w:t>
      </w:r>
    </w:p>
    <w:p>
      <w:r>
        <w:rPr>
          <w:b w:val="0"/>
          <w:i w:val="0"/>
        </w:rPr>
        <w:t>The show will be run under COVID-19 regulations as it is so soon after restrictions are hopefully lifted.</w:t>
      </w:r>
    </w:p>
    <w:p>
      <w:r>
        <w:rPr>
          <w:b w:val="0"/>
          <w:i w:val="0"/>
        </w:rPr>
        <w:t xml:space="preserve">Sussie Wiles will advise when entries are open. </w:t>
      </w:r>
    </w:p>
    <w:p>
      <w:r>
        <w:rPr>
          <w:b w:val="0"/>
          <w:i w:val="0"/>
        </w:rPr>
        <w:t>A message from Ginette Oulton Secretary of NWLRC regarding the clubs CHAMP SHOWS for 2021 &amp; 2022</w:t>
      </w:r>
    </w:p>
    <w:p>
      <w:r>
        <w:rPr>
          <w:b w:val="0"/>
          <w:i w:val="0"/>
        </w:rPr>
        <w:t>Ã¢â‚¬Å"Due to COVID19 it has been a struggle to find a suitable date &amp; venue to hold this years Champ Show.</w:t>
      </w:r>
    </w:p>
    <w:p>
      <w:r>
        <w:rPr>
          <w:b w:val="0"/>
          <w:i w:val="0"/>
        </w:rPr>
        <w:t>After much thought and consideration the Committee have decided to move 2021 Champ Show to 2022.</w:t>
      </w:r>
    </w:p>
    <w:p>
      <w:r>
        <w:rPr>
          <w:b w:val="0"/>
          <w:i w:val="0"/>
        </w:rPr>
        <w:t>Both 2021 &amp; 2022 Champ shows will be held in partnership with Blackpool Dog Show.</w:t>
      </w:r>
    </w:p>
    <w:p>
      <w:r>
        <w:rPr>
          <w:b w:val="0"/>
          <w:i w:val="0"/>
        </w:rPr>
        <w:t>Our 2021 show will be held on Saturday 25th June 2022 in conjunction with Blackpool Dog Show (Gundog day) details of judging times etc will all be in the schedule nearer the time.</w:t>
      </w:r>
    </w:p>
    <w:p>
      <w:r>
        <w:rPr>
          <w:b w:val="0"/>
          <w:i w:val="0"/>
        </w:rPr>
        <w:t>Judges: There has been a change of Judge for this show Dogs will now be judged by Mrs Jenny King (Linthwaite) Sub to KC approval.</w:t>
      </w:r>
    </w:p>
    <w:p>
      <w:r>
        <w:rPr>
          <w:b w:val="0"/>
          <w:i w:val="0"/>
        </w:rPr>
        <w:t>Bitches: Miss Tracey James (Blackmine)</w:t>
      </w:r>
    </w:p>
    <w:p>
      <w:r>
        <w:rPr>
          <w:b w:val="0"/>
          <w:i w:val="0"/>
        </w:rPr>
        <w:t xml:space="preserve">Our 2022 Champ Show will be held as normal on Sunday 26th June but in partnership with Blackpool Dog Show </w:t>
      </w:r>
    </w:p>
    <w:p>
      <w:r>
        <w:rPr>
          <w:b w:val="0"/>
          <w:i w:val="0"/>
        </w:rPr>
        <w:t>Judges: Dogs: Mrs Pam Blay (Stablaheim)</w:t>
      </w:r>
    </w:p>
    <w:p>
      <w:r>
        <w:rPr>
          <w:b w:val="0"/>
          <w:i w:val="0"/>
        </w:rPr>
        <w:t xml:space="preserve">Birches: Mrs Karen Walsh (Karimwood) </w:t>
      </w:r>
    </w:p>
    <w:p>
      <w:r>
        <w:rPr>
          <w:b w:val="0"/>
          <w:i w:val="0"/>
        </w:rPr>
        <w:t xml:space="preserve">This means it will be a weekend were there are 3 lots of CCs also Crufts Qualifications on offer! </w:t>
      </w:r>
    </w:p>
    <w:p>
      <w:r>
        <w:rPr>
          <w:b w:val="0"/>
          <w:i w:val="0"/>
        </w:rPr>
        <w:t xml:space="preserve">We look forward to seeing our members at our Open Show on 5th September this year. </w:t>
      </w:r>
    </w:p>
    <w:p>
      <w:r>
        <w:rPr>
          <w:b w:val="0"/>
          <w:i w:val="0"/>
        </w:rPr>
        <w:t>We also have a few appointments left for our Eye Clinic in June.</w:t>
      </w:r>
    </w:p>
    <w:p>
      <w:r>
        <w:rPr>
          <w:b w:val="0"/>
          <w:i w:val="0"/>
        </w:rPr>
        <w:t>We look forward to seeing you all very soon from all at NWLRC.Ã¢â‚¬Â</w:t>
      </w:r>
    </w:p>
    <w:p>
      <w:r>
        <w:rPr>
          <w:b w:val="0"/>
          <w:i w:val="0"/>
        </w:rPr>
        <w:t>It never ceases to pour with rain this year. Here we are nearly at the end of May and even the garden plants appear to think itÃ¢â‚¬â„¢s still April. Nothing seems to be growing. In the meantime in my teeny greenhouse the snails, escaping the rain, have munched my delphinium seedlings to death and look very fat!</w:t>
      </w:r>
    </w:p>
    <w:p>
      <w:r>
        <w:rPr>
          <w:b w:val="0"/>
          <w:i w:val="0"/>
        </w:rPr>
        <w:t xml:space="preserve">Presuming that eventually the sun will reappear this year, a cautionary note from the Telegraph a few weeks ago. It certainly caused me to turf out old tubes of sunscreen! The article read Ã¢â‚¬Å"some of the worlds most popular sunscreens risk causing cancer if left on the shelf too long because a commonly used sun protection factor, octocrylene, breaks down into harmful ingredients. </w:t>
      </w:r>
    </w:p>
    <w:p>
      <w:r>
        <w:rPr>
          <w:b w:val="0"/>
          <w:i w:val="0"/>
        </w:rPr>
        <w:t xml:space="preserve">If left for a year at room temperature, the octocrylene in sunscreens breaks down into benzophenone a mutagen, carcinogen and endocrine disruptor. </w:t>
      </w:r>
    </w:p>
    <w:p>
      <w:r>
        <w:rPr>
          <w:b w:val="0"/>
          <w:i w:val="0"/>
        </w:rPr>
        <w:t>Nine commercial sunscreens were tested, eight of them widely on sale in the UK. All failed. Benzophenone is already banned in food products and packaging in the US where it is also banned in personal care products including sunscreens, anti ageing creams and moisturisers. Only one product in the test contained no octocrylene, Nivea Sun PF 50 plus. All others were found to have far higher amounts of benzophenone at the end of the testing process.Ã¢â‚¬Â</w:t>
      </w:r>
    </w:p>
    <w:p>
      <w:r>
        <w:rPr>
          <w:b w:val="0"/>
          <w:i w:val="0"/>
        </w:rPr>
        <w:t>Hence having checked my pre Covid sunscreen tubes, I threw them all in the bin also the pot of LÃ¢â‚¬â„¢Oreal Age Perfect FPS 20 which came out worse than anything else in the test, for concentration of benzophenome, both straight after purchase and later after aging! Phew itÃ¢â‚¬â„¢s a dangerous world!</w:t>
      </w:r>
    </w:p>
    <w:p>
      <w:r>
        <w:rPr>
          <w:b w:val="0"/>
          <w:i w:val="0"/>
        </w:rPr>
        <w:t xml:space="preserve">I hope someone is going to make a video of everyone putting up their new gazebos, ringside at Breed shows. It should make entertaining viewing! I shall not be buying a Gazebo. Attending shows on my own I have enough luggage/crates in my trolley without adding a tent as well. I certainly look forward to the return of benching next year.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