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- 16/08/2019 - ISSUE"</w:t>
      </w:r>
      <w:r>
        <w:br/>
      </w:r>
      <w:r>
        <w:rPr>
          <w:b w:val="0"/>
          <w:i w:val="0"/>
        </w:rPr>
        <w:br/>
        <w:t>date_original: "16/08/2019 - ISSUE"</w:t>
      </w:r>
      <w:r>
        <w:br/>
      </w:r>
      <w:r>
        <w:rPr>
          <w:b w:val="0"/>
          <w:i w:val="0"/>
        </w:rPr>
        <w:br/>
        <w:t>source_url: "https://www.ourdogs.co.uk/members/breednotes/RetrieverLabradorMain.php"</w:t>
      </w:r>
      <w:r>
        <w:br/>
      </w:r>
      <w:r>
        <w:rPr>
          <w:b w:val="0"/>
          <w:i w:val="0"/>
        </w:rPr>
        <w:br/>
        <w:t>scraped_at: "2026-09-13T15:19:36"</w:t>
      </w:r>
      <w:r>
        <w:br/>
      </w:r>
      <w:r>
        <w:rPr>
          <w:b w:val="0"/>
          <w:i w:val="0"/>
        </w:rPr>
        <w:br/>
        <w:t>word_count: 1211</w:t>
      </w:r>
    </w:p>
    <w:p>
      <w:r>
        <w:t>――――――――――――――――――――――――――――――</w:t>
      </w:r>
    </w:p>
    <w:p>
      <w:r>
        <w:rPr>
          <w:b w:val="0"/>
          <w:i w:val="0"/>
        </w:rPr>
        <w:t>NEWS MEMBERS' AREA SHOP SUBSCRIBE UPCOMING SHOWS MORE</w:t>
      </w:r>
    </w:p>
    <w:p>
      <w:r>
        <w:rPr>
          <w:b w:val="0"/>
          <w:i w:val="0"/>
        </w:rPr>
        <w:t>RETRIEVER LABRADOR</w:t>
      </w:r>
    </w:p>
    <w:p>
      <w:r>
        <w:rPr>
          <w:b w:val="0"/>
          <w:i w:val="0"/>
        </w:rPr>
        <w:t>Issue: 16/08/2019</w:t>
      </w:r>
    </w:p>
    <w:p>
      <w:r>
        <w:rPr>
          <w:b w:val="0"/>
          <w:i w:val="0"/>
        </w:rPr>
        <w:t>NWLRC are holding a Labrador Breed Specific and Judging Competence Assessment on Sunday 8th September this year. There are places available for the morning presentation only. Contact 07917 755476 or Ian Jones Hon Sec 07833 602176 to book.</w:t>
      </w:r>
    </w:p>
    <w:p>
      <w:r>
        <w:rPr>
          <w:b w:val="0"/>
          <w:i w:val="0"/>
        </w:rPr>
        <w:t>Midland Counties Lab Club are holding their Open Show on Saturday 7th September at The Speedwell Rooms, Chesterfield, Derbyshire S43 3JL. The judge is John Essenhigh. (Brynlluan).</w:t>
      </w:r>
    </w:p>
    <w:p>
      <w:r>
        <w:rPr>
          <w:b w:val="0"/>
          <w:i w:val="0"/>
        </w:rPr>
        <w:t xml:space="preserve">Mention of Chesterfield, brought back old memories. My parents lived for a time in Baslow near Bakewell and Chatsworth. I recall the then Duchess of Devonshire was on the local canine society committee with my mum for a time. The local show was the two day tented and benched Bakewell show. Somewhat reduced in grandeur these days. </w:t>
      </w:r>
    </w:p>
    <w:p>
      <w:r>
        <w:rPr>
          <w:b w:val="0"/>
          <w:i w:val="0"/>
        </w:rPr>
        <w:t>We used to visit Chesterfield on a Saturday morning to go to the butchers. There was always a long queue outside the shop and to prevent losing waiting customers the butcher served trays of mouthwatering, freshly prepared baps stuffed with the most delicious home baked ham. Needless to say, no-one left the queue.</w:t>
      </w:r>
    </w:p>
    <w:p>
      <w:r>
        <w:rPr>
          <w:b w:val="0"/>
          <w:i w:val="0"/>
        </w:rPr>
        <w:t>Chesterfield has an amazing spire on its church. It was made centuries ago of unseasoned wood covered with extremely heavy lead tiles. As the wood dried out over the years the weight of the lead caused the spire to twist out of the perpendicular. Well worth a glance. Englands answer to the Leaning Tower of Pisa.</w:t>
      </w:r>
    </w:p>
    <w:p>
      <w:r>
        <w:rPr>
          <w:b w:val="0"/>
          <w:i w:val="0"/>
        </w:rPr>
        <w:t xml:space="preserve">Great excitement for our most welcome, relatively newer exhibitors, the OÃ¢â‚¬â„¢Neils. Handled by Celine OÃ¢â‚¬â„¢Neil their fifteen month old black bitch, Ramsayville Tali came 1st in Undergraduate Bitch at United Retriever Club under Mary McCulloch and completed the points required for her Junior Warrant! Excellent work Celene! Straight into the Stud Book and Crufts Qualified for life. Well done. </w:t>
      </w:r>
    </w:p>
    <w:p>
      <w:r>
        <w:rPr>
          <w:b w:val="0"/>
          <w:i w:val="0"/>
        </w:rPr>
        <w:t xml:space="preserve">United Retriever Club held their Championship Show at Malvern on a dry midweek day. Entering the showground on the lovely sunny morning I was struck by the beauty of several truly Ã¢â‚¬Å"GoldenÃ¢â‚¬Â Retrievers I spied. The Golden Retriever Breed split colourwise these days, similar to Labrador, with the modern, flashy, nearer white coated animals, Ã¢â‚¬Å"goldenÃ¢â‚¬Â in name only, superseding the wrongly referred to as Ã¢â‚¬Å"old-fashionedÃ¢â‚¬Â but really beautiful, original golden coated ones. </w:t>
      </w:r>
    </w:p>
    <w:p>
      <w:r>
        <w:rPr>
          <w:b w:val="0"/>
          <w:i w:val="0"/>
        </w:rPr>
        <w:t>The Labrador judges were Erica Jayes (Dogs) and Mary McCulloch Bitches. Judging was outside and the day was dry for all bar a couple of minutes.</w:t>
      </w:r>
    </w:p>
    <w:p>
      <w:r>
        <w:rPr>
          <w:b w:val="0"/>
          <w:i w:val="0"/>
        </w:rPr>
        <w:t xml:space="preserve">The winners were :- Dog CC and Best of Breed, the yellow, Sh Ch Trendlewood Born to Run JW, fabulously handled on the move for Breeder/owner, Fiona Braddon by the soundest, fittest long striding octogenarian I have ever seen, David Coode! </w:t>
      </w:r>
    </w:p>
    <w:p>
      <w:r>
        <w:rPr>
          <w:b w:val="0"/>
          <w:i w:val="0"/>
        </w:rPr>
        <w:t>The Dog RCC went to the yellow, Mr Candels Wahnahnish Simply Sensational, 2nd in Open to the CC winner.</w:t>
      </w:r>
    </w:p>
    <w:p>
      <w:r>
        <w:rPr>
          <w:b w:val="0"/>
          <w:i w:val="0"/>
        </w:rPr>
        <w:t>The Bitch CC handled by Lucy Kent was Mrs P Lallys black Sh Ch Trewinnard Pimlico.</w:t>
      </w:r>
    </w:p>
    <w:p>
      <w:r>
        <w:rPr>
          <w:b w:val="0"/>
          <w:i w:val="0"/>
        </w:rPr>
        <w:t xml:space="preserve">The Bitch RCC went to another black, Maxine Woodleys Sh Ch A Sense of Pleasures Ylvi at Alkamhurst. </w:t>
      </w:r>
    </w:p>
    <w:p>
      <w:r>
        <w:rPr>
          <w:b w:val="0"/>
          <w:i w:val="0"/>
        </w:rPr>
        <w:t>Best Puppy and Best Puppy in Show under Richard Morris was the Hodge FamilyÃ¢â‚¬â„¢s black Naiken East Meets West whilst Best Veteran, another black was Bonnieburns Bubblicious owned by Mr and Mrs Byrns. Well done to you all.</w:t>
      </w:r>
    </w:p>
    <w:p>
      <w:r>
        <w:rPr>
          <w:b w:val="0"/>
          <w:i w:val="0"/>
        </w:rPr>
        <w:t xml:space="preserve">The one cloud on an otherwise really lovely day at a beautifully organised show, complete with generous prize money, was the upset which caused distress to several Labrador exhibitors when clashes of Labrador Dog and Bitch classes occurred. I gather exhibitors found themselves potentially locked out of the Bitch ring when their classes clashed (i.e. they were busy showing an exhibit in the Dog ring, when at the same time their Bitch class was in the process of being judged too). This instruction to refuse late entry into the ring was evidently not given by the judge. IÃ¢â‚¬â„¢ve never heard of anything like it! </w:t>
      </w:r>
    </w:p>
    <w:p>
      <w:r>
        <w:rPr>
          <w:b w:val="0"/>
          <w:i w:val="0"/>
        </w:rPr>
        <w:t>However, as proof that it certainly did happen, not knowing what had already happened in this respect, I too came up against it personally when I went to the Bitch ring to quietly and, as I thought, helpfully inform the stewards that an exhibit entered in the Bitch class currently being judged, was present at the show and would be coming into the class once the owners ongoing Dog class was finished in the other ring, only to be sharply told right into my face, Ã¢â‚¬Å"We are NOT waiting for ANYONE. We have to get on!Ã¢â‚¬Â Ã¢â‚¬ËœWHAT?Ã¢â‚¬Â Said I. (As you might imagine!) Ã¢â‚¬Å"What do you mean? These exhibitors are the shows customers! They have paid good money to be here! You CANT exclude them! Only the judge can exclude them!Ã¢â‚¬Â I looked at my watch. Ã¢â‚¬Å"ItÃ¢â‚¬â„¢s only 11.30am for goodness sake. Why the rush?Ã¢â‚¬Â Ã¢â‚¬Å"Well they canÃ¢â‚¬â„¢t come in. WeÃ¢â‚¬â„¢ve been told not to wait for anyone!Ã¢â‚¬Â</w:t>
      </w:r>
    </w:p>
    <w:p>
      <w:r>
        <w:rPr>
          <w:b w:val="0"/>
          <w:i w:val="0"/>
        </w:rPr>
        <w:t xml:space="preserve">At least my intervention did persuade the stewards to finally go against the overzealous stewarding instruction and allow the exhibitors, the paying customers, to come into the ring once they were finished in the Dog ring and they were able to successfully exhibit their Bitches. </w:t>
      </w:r>
    </w:p>
    <w:p>
      <w:r>
        <w:rPr>
          <w:b w:val="0"/>
          <w:i w:val="0"/>
        </w:rPr>
        <w:t xml:space="preserve">Thank goodness common sense prevailed when Club Secretary, Alison Scutcher arrived to calm troubled waters, something not of the committeeÃ¢â‚¬â„¢s making at all but sadly too late I gather to placate some rightly distressed exhibitors. </w:t>
      </w:r>
    </w:p>
    <w:p>
      <w:r>
        <w:rPr>
          <w:b w:val="0"/>
          <w:i w:val="0"/>
        </w:rPr>
        <w:t>The judge is in charge of the ring not the Stewards. I recall a lady judge of another Gundog Breed finishing her Judging at 8pm at the NEC once, having started at 9am. Only the LKA Secretary Sybil Churchill remained on site plus the breedÃ¢â‚¬â„¢s exhibitors. The judge had been cajoled to judge more quickly during the day, but it was her choice to exercise her right to be in charge of her own ring as long as she saw fit, and she did.</w:t>
      </w:r>
    </w:p>
    <w:p>
      <w:r>
        <w:rPr>
          <w:b w:val="0"/>
          <w:i w:val="0"/>
        </w:rPr>
        <w:t xml:space="preserve">When there are two Breed judges, one for Dogs and one for Bitches, clashing of classes is always likely to occur. It does not happen with one judge; everything flows and is much more relaxed, but with entries at Ã‚Â£25 to Ã‚Â£30 a go, we have to treasure our customers. We have always waited when classes clash since I started showing, donkeys years ago. The judge controls the ring not overzealous stewarding and let no one forget, the exhibitors are the showÃ¢â‚¬â„¢s customers. No customers... no shows! </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