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――――――――――――――――――――――――――――――</w:t>
      </w:r>
    </w:p>
    <w:p>
      <w:r>
        <w:rPr>
          <w:b w:val="0"/>
          <w:i w:val="0"/>
        </w:rPr>
        <w:t>title: "Labrador Breed Notes - 02/05/2014 - ISSUE"</w:t>
      </w:r>
      <w:r>
        <w:br/>
      </w:r>
      <w:r>
        <w:rPr>
          <w:b w:val="0"/>
          <w:i w:val="0"/>
        </w:rPr>
        <w:br/>
        <w:t>date_original: "02/05/2014 - ISSUE"</w:t>
      </w:r>
      <w:r>
        <w:br/>
      </w:r>
      <w:r>
        <w:rPr>
          <w:b w:val="0"/>
          <w:i w:val="0"/>
        </w:rPr>
        <w:br/>
        <w:t>source_url: "https://www.ourdogs.co.uk/members/breednotes/RetrieverLabradorMain.php"</w:t>
      </w:r>
      <w:r>
        <w:br/>
      </w:r>
      <w:r>
        <w:rPr>
          <w:b w:val="0"/>
          <w:i w:val="0"/>
        </w:rPr>
        <w:br/>
        <w:t>scraped_at: "2026-09-13T15:34:16"</w:t>
      </w:r>
      <w:r>
        <w:br/>
      </w:r>
      <w:r>
        <w:rPr>
          <w:b w:val="0"/>
          <w:i w:val="0"/>
        </w:rPr>
        <w:br/>
        <w:t>word_count: 1109</w:t>
      </w:r>
    </w:p>
    <w:p>
      <w:r>
        <w:t>――――――――――――――――――――――――――――――</w:t>
      </w:r>
    </w:p>
    <w:p>
      <w:r>
        <w:rPr>
          <w:b w:val="0"/>
          <w:i w:val="0"/>
        </w:rPr>
        <w:t>NEWS MEMBERS' AREA SHOP SUBSCRIBE UPCOMING SHOWS MORE</w:t>
      </w:r>
    </w:p>
    <w:p>
      <w:r>
        <w:rPr>
          <w:b w:val="0"/>
          <w:i w:val="0"/>
        </w:rPr>
        <w:t>RETRIEVER LABRADOR</w:t>
      </w:r>
    </w:p>
    <w:p>
      <w:r>
        <w:rPr>
          <w:b w:val="0"/>
          <w:i w:val="0"/>
        </w:rPr>
        <w:t>Issue: 02/05/2014</w:t>
      </w:r>
    </w:p>
    <w:p>
      <w:r>
        <w:rPr>
          <w:b w:val="0"/>
          <w:i w:val="0"/>
        </w:rPr>
        <w:t>Midland Counties Labrador Club under the chairmanship of Marion Hopkinson held their unbenched</w:t>
      </w:r>
    </w:p>
    <w:p>
      <w:r>
        <w:rPr>
          <w:b w:val="0"/>
          <w:i w:val="0"/>
        </w:rPr>
        <w:t>championship show at the County Showground, Stafford on Easter Saturday. The day</w:t>
      </w:r>
    </w:p>
    <w:p>
      <w:r>
        <w:rPr>
          <w:b w:val="0"/>
          <w:i w:val="0"/>
        </w:rPr>
        <w:t>dawned dry, bright and sunny but somewhat chilly. There was a grand entry and a friendly atmosphere.</w:t>
      </w:r>
    </w:p>
    <w:p>
      <w:r>
        <w:rPr>
          <w:b w:val="0"/>
          <w:i w:val="0"/>
        </w:rPr>
        <w:t>The show was sponsored by Royal Canin who generously donated bags of food for</w:t>
      </w:r>
    </w:p>
    <w:p>
      <w:r>
        <w:rPr>
          <w:b w:val="0"/>
          <w:i w:val="0"/>
        </w:rPr>
        <w:t>class winners. There was also generous prize money for all those placed. I gather there were cupcakes</w:t>
      </w:r>
    </w:p>
    <w:p>
      <w:r>
        <w:rPr>
          <w:b w:val="0"/>
          <w:i w:val="0"/>
        </w:rPr>
        <w:t>a plenty for exhibitors thanks to Monica Smith, but I only heard about them on the following</w:t>
      </w:r>
    </w:p>
    <w:p>
      <w:r>
        <w:rPr>
          <w:b w:val="0"/>
          <w:i w:val="0"/>
        </w:rPr>
        <w:t>day, so missed out! Maybe next year?</w:t>
      </w:r>
    </w:p>
    <w:p>
      <w:r>
        <w:rPr>
          <w:b w:val="0"/>
          <w:i w:val="0"/>
        </w:rPr>
        <w:t>The scheduled judges were RichardWiles (Dogs) and Les Brabban (Bitches).Sadly Les had to</w:t>
      </w:r>
    </w:p>
    <w:p>
      <w:r>
        <w:rPr>
          <w:b w:val="0"/>
          <w:i w:val="0"/>
        </w:rPr>
        <w:t>withdraw from the appointment after entries closed due to ill health. Our best wishes go to you,</w:t>
      </w:r>
    </w:p>
    <w:p>
      <w:r>
        <w:rPr>
          <w:b w:val="0"/>
          <w:i w:val="0"/>
        </w:rPr>
        <w:t>Les.The replacement judge for Bitches was Marlene Taylor (Barrimar).</w:t>
      </w:r>
    </w:p>
    <w:p>
      <w:r>
        <w:rPr>
          <w:b w:val="0"/>
          <w:i w:val="0"/>
        </w:rPr>
        <w:t>The winners were Dog CC and Best in Show, the Browns 15month yellow Brighton Sarracenia,</w:t>
      </w:r>
    </w:p>
    <w:p>
      <w:r>
        <w:rPr>
          <w:b w:val="0"/>
          <w:i w:val="0"/>
        </w:rPr>
        <w:t>winning his third CC on the day and now one of our youngest male champions.</w:t>
      </w:r>
    </w:p>
    <w:p>
      <w:r>
        <w:rPr>
          <w:b w:val="0"/>
          <w:i w:val="0"/>
        </w:rPr>
        <w:t>Many congratulations. I am not sure if he has beaten the record of Ch Trenow Brigadier in the</w:t>
      </w:r>
    </w:p>
    <w:p>
      <w:r>
        <w:rPr>
          <w:b w:val="0"/>
          <w:i w:val="0"/>
        </w:rPr>
        <w:t>1980s.</w:t>
      </w:r>
    </w:p>
    <w:p>
      <w:r>
        <w:rPr>
          <w:b w:val="0"/>
          <w:i w:val="0"/>
        </w:rPr>
        <w:t>The Dog RCC went to ShaunWilliamsons yellow Sharouns Illusionist.</w:t>
      </w:r>
    </w:p>
    <w:p>
      <w:r>
        <w:rPr>
          <w:b w:val="0"/>
          <w:i w:val="0"/>
        </w:rPr>
        <w:t>The Bitch CC was a first for Di Beers six year old black, Tarkabbey Embrace, whilst the Bitch</w:t>
      </w:r>
    </w:p>
    <w:p>
      <w:r>
        <w:rPr>
          <w:b w:val="0"/>
          <w:i w:val="0"/>
        </w:rPr>
        <w:t>RCC went to Anne Taylors Veteran black Ch Fabracken Trust in Me.</w:t>
      </w:r>
    </w:p>
    <w:p>
      <w:r>
        <w:rPr>
          <w:b w:val="0"/>
          <w:i w:val="0"/>
        </w:rPr>
        <w:t>Most of the following week I was involved in one way or another withWELKS championship</w:t>
      </w:r>
    </w:p>
    <w:p>
      <w:r>
        <w:rPr>
          <w:b w:val="0"/>
          <w:i w:val="0"/>
        </w:rPr>
        <w:t>show as Vice Chairman. Gundog day at the show at Malvern started dry but sadly became wetter</w:t>
      </w:r>
    </w:p>
    <w:p>
      <w:r>
        <w:rPr>
          <w:b w:val="0"/>
          <w:i w:val="0"/>
        </w:rPr>
        <w:t>and wetter as the hours passed. Labradors were benched in a spacious new tent adjacent to the</w:t>
      </w:r>
    </w:p>
    <w:p>
      <w:r>
        <w:rPr>
          <w:b w:val="0"/>
          <w:i w:val="0"/>
        </w:rPr>
        <w:t>Severn Hall. Judging started in the outside grass ring which was close to the tent but judge, Marlene</w:t>
      </w:r>
    </w:p>
    <w:p>
      <w:r>
        <w:rPr>
          <w:b w:val="0"/>
          <w:i w:val="0"/>
        </w:rPr>
        <w:t>Hepper and exhibitors had to flee for the cover of the indoor ring next to the benches when</w:t>
      </w:r>
    </w:p>
    <w:p>
      <w:r>
        <w:rPr>
          <w:b w:val="0"/>
          <w:i w:val="0"/>
        </w:rPr>
        <w:t>the rain storms rushed in. It is ironic that the grass rings at Malvern are now in the best ever condition</w:t>
      </w:r>
    </w:p>
    <w:p>
      <w:r>
        <w:rPr>
          <w:b w:val="0"/>
          <w:i w:val="0"/>
        </w:rPr>
        <w:t>for many years yet rain-stroms prevented their use for two of the three days. It was even wetter</w:t>
      </w:r>
    </w:p>
    <w:p>
      <w:r>
        <w:rPr>
          <w:b w:val="0"/>
          <w:i w:val="0"/>
        </w:rPr>
        <w:t>the following day! Hopefully the other shows later in the year at Malvern will be able to enjoy</w:t>
      </w:r>
    </w:p>
    <w:p>
      <w:r>
        <w:rPr>
          <w:b w:val="0"/>
          <w:i w:val="0"/>
        </w:rPr>
        <w:t>the new grass surfaces when the sun hopefully decides to shine for a longer time.</w:t>
      </w:r>
    </w:p>
    <w:p>
      <w:r>
        <w:rPr>
          <w:b w:val="0"/>
          <w:i w:val="0"/>
        </w:rPr>
        <w:t>The winners atWELKS underMarlene Hepper were Dog CC, Best of Breed and Gundog Group</w:t>
      </w:r>
    </w:p>
    <w:p>
      <w:r>
        <w:rPr>
          <w:b w:val="0"/>
          <w:i w:val="0"/>
        </w:rPr>
        <w:t>4 under Luis Pinto Texeira from Portugal, Mr and MrsWyatts chocolate, one week out of puppy,</w:t>
      </w:r>
    </w:p>
    <w:p>
      <w:r>
        <w:rPr>
          <w:b w:val="0"/>
          <w:i w:val="0"/>
        </w:rPr>
        <w:t>Meadowleigh Brown Sugar, (Keenes Walnut Wesley x Meadowleigh Mariella), bred by Anne</w:t>
      </w:r>
    </w:p>
    <w:p>
      <w:r>
        <w:rPr>
          <w:b w:val="0"/>
          <w:i w:val="0"/>
        </w:rPr>
        <w:t>Hoban and handled brilliantly by Rebecca Hodge. Dog RCC.and Best Puppy was David Coodes</w:t>
      </w:r>
    </w:p>
    <w:p>
      <w:r>
        <w:rPr>
          <w:b w:val="0"/>
          <w:i w:val="0"/>
        </w:rPr>
        <w:t>10month yellow, Warringah's Perth (Ch Warringahs Gundaroo x Warringahs Camira Creek) The</w:t>
      </w:r>
    </w:p>
    <w:p>
      <w:r>
        <w:rPr>
          <w:b w:val="0"/>
          <w:i w:val="0"/>
        </w:rPr>
        <w:t>Bitch CC winner, her second in eight days, was Di Beers 6 year old black Tarkabbey Embrace,</w:t>
      </w:r>
    </w:p>
    <w:p>
      <w:r>
        <w:rPr>
          <w:b w:val="0"/>
          <w:i w:val="0"/>
        </w:rPr>
        <w:t>(Brigburn Sedge x TarkabbeyAllspice) whilst Frank and Helen Gilroys chocolate Claychalk Costa</w:t>
      </w:r>
    </w:p>
    <w:p>
      <w:r>
        <w:rPr>
          <w:b w:val="0"/>
          <w:i w:val="0"/>
        </w:rPr>
        <w:t>Mille (Claychalk Costa Zaire x Clachalk Costa Markka) took the Bitch RCC. Best puppy was as</w:t>
      </w:r>
    </w:p>
    <w:p>
      <w:r>
        <w:rPr>
          <w:b w:val="0"/>
          <w:i w:val="0"/>
        </w:rPr>
        <w:t>above, the RCC winner.</w:t>
      </w:r>
    </w:p>
    <w:p>
      <w:r>
        <w:rPr>
          <w:b w:val="0"/>
          <w:i w:val="0"/>
        </w:rPr>
        <w:t>I am sad to report the sad news that Geoff Sidaway (Martinstide Labradors), retired Archdeacon</w:t>
      </w:r>
    </w:p>
    <w:p>
      <w:r>
        <w:rPr>
          <w:b w:val="0"/>
          <w:i w:val="0"/>
        </w:rPr>
        <w:t>of Gloucester, has lost his brave fight against cancer. He was diagnosed with a horrible brain</w:t>
      </w:r>
    </w:p>
    <w:p>
      <w:r>
        <w:rPr>
          <w:b w:val="0"/>
          <w:i w:val="0"/>
        </w:rPr>
        <w:t>tumour eighteen months ago and passed away on Easter Sunday 2014. Our sincere condolences</w:t>
      </w:r>
    </w:p>
    <w:p>
      <w:r>
        <w:rPr>
          <w:b w:val="0"/>
          <w:i w:val="0"/>
        </w:rPr>
        <w:t>go to his wife Margaret and their children and grandchildren.</w:t>
      </w:r>
    </w:p>
    <w:p>
      <w:r>
        <w:rPr>
          <w:b w:val="0"/>
          <w:i w:val="0"/>
        </w:rPr>
        <w:t>The funeral service will be held in Gloucester Cathedral at 10am on Monday 12th May 2014.</w:t>
      </w:r>
    </w:p>
    <w:p>
      <w:r>
        <w:rPr>
          <w:b w:val="0"/>
          <w:i w:val="0"/>
        </w:rPr>
        <w:t>For those who wish to remember Geoff, no flowers please, but donations, which will be split</w:t>
      </w:r>
    </w:p>
    <w:p>
      <w:r>
        <w:rPr>
          <w:b w:val="0"/>
          <w:i w:val="0"/>
        </w:rPr>
        <w:t>between two cancer charities, The Brain Tumour Charity and MacMillan Cancer Support. Donations</w:t>
      </w:r>
    </w:p>
    <w:p>
      <w:r>
        <w:rPr>
          <w:b w:val="0"/>
          <w:i w:val="0"/>
        </w:rPr>
        <w:t>may be sent to the funeral directors, Ernest Cocks &amp; Sons, 47Seymour Road, Gloucester.</w:t>
      </w:r>
    </w:p>
    <w:p>
      <w:r>
        <w:rPr>
          <w:b w:val="0"/>
          <w:i w:val="0"/>
        </w:rPr>
        <w:t>GL1 5PS or on-line through www.justgiving.com/teams/geoffsidaway</w:t>
      </w:r>
    </w:p>
    <w:p>
      <w:r>
        <w:rPr>
          <w:b w:val="0"/>
          <w:i w:val="0"/>
        </w:rPr>
        <w:t>Geoff and his devoted wife Margaret were married for 44 years. From the early 1980s as well</w:t>
      </w:r>
    </w:p>
    <w:p>
      <w:r>
        <w:rPr>
          <w:b w:val="0"/>
          <w:i w:val="0"/>
        </w:rPr>
        <w:t>as ecclesiastical employment Geoff helped with the breeding and care of theMartinstide Labradors,</w:t>
      </w:r>
    </w:p>
    <w:p>
      <w:r>
        <w:rPr>
          <w:b w:val="0"/>
          <w:i w:val="0"/>
        </w:rPr>
        <w:t>which Margaret successfully showed.</w:t>
      </w:r>
    </w:p>
    <w:p>
      <w:r>
        <w:rPr>
          <w:b w:val="0"/>
          <w:i w:val="0"/>
        </w:rPr>
        <w:t>After a false start with showing, as the first show bitch they purchased developed severe hip displaysia,</w:t>
      </w:r>
    </w:p>
    <w:p>
      <w:r>
        <w:rPr>
          <w:b w:val="0"/>
          <w:i w:val="0"/>
        </w:rPr>
        <w:t>they had the good fortune to meet Didi and Bob Hepworth of the Poolstead kennels and</w:t>
      </w:r>
    </w:p>
    <w:p>
      <w:r>
        <w:rPr>
          <w:b w:val="0"/>
          <w:i w:val="0"/>
        </w:rPr>
        <w:t>remained great friends over the years. Geoff andMargaret purchased two bitches from them, Poolstead</w:t>
      </w:r>
    </w:p>
    <w:p>
      <w:r>
        <w:rPr>
          <w:b w:val="0"/>
          <w:i w:val="0"/>
        </w:rPr>
        <w:t>Perplexed (a Poolstead Problem daughter) and another bitch, who was later to become their</w:t>
      </w:r>
    </w:p>
    <w:p>
      <w:r>
        <w:rPr>
          <w:b w:val="0"/>
          <w:i w:val="0"/>
        </w:rPr>
        <w:t>first show champion and was the foundation bitch of theMartinstide kennels, Poolstead Pure Silk</w:t>
      </w:r>
    </w:p>
    <w:p>
      <w:r>
        <w:rPr>
          <w:b w:val="0"/>
          <w:i w:val="0"/>
        </w:rPr>
        <w:t>(a Poolstead Preferential daughter). All of Geoff and Margarets dogs, bred over many years, go</w:t>
      </w:r>
    </w:p>
    <w:p>
      <w:r>
        <w:rPr>
          <w:b w:val="0"/>
          <w:i w:val="0"/>
        </w:rPr>
        <w:t>right back to their first champion bitch, Sh Ch Poolstead Pure Silk of Martinstide.</w:t>
      </w:r>
    </w:p>
    <w:p>
      <w:r>
        <w:rPr>
          <w:b w:val="0"/>
          <w:i w:val="0"/>
        </w:rPr>
        <w:t>Over the years there wereMartinstide champions made up abroad includingAmerican ChMartinstide</w:t>
      </w:r>
    </w:p>
    <w:p>
      <w:r>
        <w:rPr>
          <w:b w:val="0"/>
          <w:i w:val="0"/>
        </w:rPr>
        <w:t>Mass Appeal, Am Ch Martinstide Poser and Italian Ch Int Ch Martinstide Roll the Dice.</w:t>
      </w:r>
    </w:p>
    <w:p>
      <w:r>
        <w:rPr>
          <w:b w:val="0"/>
          <w:i w:val="0"/>
        </w:rPr>
        <w:t>Martinstide Labradors are now in their eighth generation and at the moment are represented in</w:t>
      </w:r>
    </w:p>
    <w:p>
      <w:r>
        <w:rPr>
          <w:b w:val="0"/>
          <w:i w:val="0"/>
        </w:rPr>
        <w:t>the UK by three littermates sired by Sh Ch Rocheby Statesman, my own CC and RCC winning</w:t>
      </w:r>
    </w:p>
    <w:p>
      <w:r>
        <w:rPr>
          <w:b w:val="0"/>
          <w:i w:val="0"/>
        </w:rPr>
        <w:t>Martinstide Pastiche of Bowstones, plus her litter sister Martinstide Silk n Lace and Jackie Callows</w:t>
      </w:r>
    </w:p>
    <w:p>
      <w:r>
        <w:rPr>
          <w:b w:val="0"/>
          <w:i w:val="0"/>
        </w:rPr>
        <w:t>Martinstide Anglaise.</w:t>
      </w:r>
    </w:p>
    <w:p>
      <w:r>
        <w:rPr>
          <w:b w:val="0"/>
          <w:i w:val="0"/>
        </w:rPr>
        <w:t>For those who did not know the other side of Geoffs life, here is an extract from his son's eulogy</w:t>
      </w:r>
    </w:p>
    <w:p>
      <w:r>
        <w:rPr>
          <w:b w:val="0"/>
          <w:i w:val="0"/>
        </w:rPr>
        <w:t>on Facebook. Mark Sidaway, is the producer of the television X Factor show (which finals</w:t>
      </w:r>
    </w:p>
    <w:p>
      <w:r>
        <w:rPr>
          <w:b w:val="0"/>
          <w:i w:val="0"/>
        </w:rPr>
        <w:t>Geoff and Margaret attended several times) " My Dad was a working class boy from Barrow who</w:t>
      </w:r>
    </w:p>
    <w:p>
      <w:r>
        <w:rPr>
          <w:b w:val="0"/>
          <w:i w:val="0"/>
        </w:rPr>
        <w:t>made Archdeacon of Gloucester Cathedral.We were intensely proud of him, even though he was</w:t>
      </w:r>
    </w:p>
    <w:p>
      <w:r>
        <w:rPr>
          <w:b w:val="0"/>
          <w:i w:val="0"/>
        </w:rPr>
        <w:t>the unlikeliest of vicars. He loved football, the pub and looked a bit like Eric Morecambe (when</w:t>
      </w:r>
    </w:p>
    <w:p>
      <w:r>
        <w:rPr>
          <w:b w:val="0"/>
          <w:i w:val="0"/>
        </w:rPr>
        <w:t>I was little he used to always do the Eric Morcambe glasses wiggle).</w:t>
      </w:r>
    </w:p>
    <w:p>
      <w:r>
        <w:rPr>
          <w:b w:val="0"/>
          <w:i w:val="0"/>
        </w:rPr>
        <w:t>He was charismatic and inspiring. He had an unbelievable energy; a zest for life and a big throw</w:t>
      </w:r>
    </w:p>
    <w:p>
      <w:r>
        <w:rPr>
          <w:b w:val="0"/>
          <w:i w:val="0"/>
        </w:rPr>
        <w:t>your head back infectious laugh. He loved Maltesers. He held deep beliefs and had all the love in</w:t>
      </w:r>
    </w:p>
    <w:p>
      <w:r>
        <w:rPr>
          <w:b w:val="0"/>
          <w:i w:val="0"/>
        </w:rPr>
        <w:t>the world for the people he met.'</w:t>
      </w:r>
    </w:p>
    <w:p>
      <w:r>
        <w:rPr>
          <w:b w:val="0"/>
          <w:i w:val="0"/>
        </w:rPr>
        <w:t>The many messages to Margaret and her family on Facebook from Geoff's Labrador friends</w:t>
      </w:r>
    </w:p>
    <w:p>
      <w:r>
        <w:rPr>
          <w:b w:val="0"/>
          <w:i w:val="0"/>
        </w:rPr>
        <w:t>from all over the world would echo these thoughts. He will be greatly missed by us all. Ann Britton</w:t>
      </w:r>
    </w:p>
    <w:p>
      <w:r>
        <w:rPr>
          <w:b w:val="0"/>
          <w:i w:val="0"/>
        </w:rPr>
        <w:t>01989720665</w:t>
      </w:r>
    </w:p>
    <w:p>
      <w:r>
        <w:rPr>
          <w:b w:val="0"/>
          <w:i w:val="0"/>
        </w:rPr>
        <w:t>email bowstones@btinternet.com</w:t>
      </w:r>
    </w:p>
    <w:p>
      <w:r>
        <w:rPr>
          <w:b w:val="0"/>
          <w:i w:val="0"/>
        </w:rPr>
        <w:t>Back to Archive</w:t>
      </w:r>
    </w:p>
    <w:p>
      <w:r>
        <w:rPr>
          <w:b w:val="0"/>
          <w:i w:val="0"/>
        </w:rPr>
        <w:t>Back to Breed Notes Index</w:t>
      </w:r>
    </w:p>
    <w:p>
      <w:r>
        <w:rPr>
          <w:b w:val="0"/>
          <w:i w:val="0"/>
        </w:rPr>
        <w:t>Tel</w:t>
      </w:r>
      <w:r>
        <w:br/>
      </w:r>
      <w:r>
        <w:rPr>
          <w:b w:val="0"/>
          <w:i w:val="0"/>
        </w:rPr>
        <w:br/>
        <w:t>0161 709 4550</w:t>
      </w:r>
      <w:r>
        <w:br/>
      </w:r>
      <w:r>
        <w:rPr>
          <w:b w:val="0"/>
          <w:i w:val="0"/>
        </w:rPr>
        <w:br/>
        <w:t>Advertising</w:t>
      </w:r>
      <w:r>
        <w:br/>
      </w:r>
      <w:r>
        <w:rPr>
          <w:b w:val="0"/>
          <w:i w:val="0"/>
        </w:rPr>
        <w:br/>
        <w:t>0161 709 4576</w:t>
      </w:r>
      <w:r>
        <w:br/>
      </w:r>
      <w:r>
        <w:rPr>
          <w:b w:val="0"/>
          <w:i w:val="0"/>
        </w:rPr>
        <w:br/>
        <w:t>Editorial</w:t>
      </w:r>
      <w:r>
        <w:br/>
      </w:r>
      <w:r>
        <w:rPr>
          <w:b w:val="0"/>
          <w:i w:val="0"/>
        </w:rPr>
        <w:br/>
        <w:t>0161 709 4550</w:t>
      </w:r>
      <w:r>
        <w:br/>
      </w:r>
      <w:r>
        <w:rPr>
          <w:b w:val="0"/>
          <w:i w:val="0"/>
        </w:rPr>
        <w:br/>
        <w:t>Subscriptions</w:t>
      </w:r>
      <w:r>
        <w:br/>
      </w:r>
      <w:r>
        <w:rPr>
          <w:b w:val="0"/>
          <w:i w:val="0"/>
        </w:rPr>
        <w:br/>
        <w:t>0161 709 4559</w:t>
      </w:r>
      <w:r>
        <w:br/>
      </w:r>
      <w:r>
        <w:rPr>
          <w:b w:val="0"/>
          <w:i w:val="0"/>
        </w:rPr>
        <w:br/>
        <w:t>Mail Order</w:t>
      </w:r>
      <w:r>
        <w:br/>
      </w:r>
      <w:r>
        <w:rPr>
          <w:b w:val="0"/>
          <w:i w:val="0"/>
        </w:rPr>
        <w:br/>
        <w:t>0161 709 4562</w:t>
      </w:r>
      <w:r>
        <w:br/>
      </w:r>
      <w:r>
        <w:rPr>
          <w:b w:val="0"/>
          <w:i w:val="0"/>
        </w:rPr>
        <w:br/>
        <w:t>Show Reports</w:t>
      </w:r>
      <w:r>
        <w:br/>
      </w:r>
      <w:r>
        <w:rPr>
          <w:b w:val="0"/>
          <w:i w:val="0"/>
        </w:rPr>
        <w:br/>
        <w:t>0161 709 4571</w:t>
      </w:r>
      <w:r>
        <w:br/>
      </w:r>
      <w:r>
        <w:rPr>
          <w:b w:val="0"/>
          <w:i w:val="0"/>
        </w:rPr>
        <w:br/>
        <w:t>SEND YOUR REPORT</w:t>
      </w:r>
      <w:r>
        <w:br/>
      </w:r>
      <w:r>
        <w:rPr>
          <w:b w:val="0"/>
          <w:i w:val="0"/>
        </w:rPr>
        <w:br/>
        <w:t>Competitions</w:t>
      </w:r>
      <w:r>
        <w:br/>
      </w:r>
      <w:r>
        <w:rPr>
          <w:b w:val="0"/>
          <w:i w:val="0"/>
        </w:rPr>
        <w:br/>
        <w:t>TOP DOG</w:t>
      </w:r>
      <w:r>
        <w:br/>
      </w:r>
      <w:r>
        <w:rPr>
          <w:b w:val="0"/>
          <w:i w:val="0"/>
        </w:rPr>
        <w:br/>
        <w:t>TOP PUPPY</w:t>
      </w:r>
      <w:r>
        <w:br/>
      </w:r>
      <w:r>
        <w:rPr>
          <w:b w:val="0"/>
          <w:i w:val="0"/>
        </w:rPr>
        <w:br/>
        <w:t>TOP BREEDER</w:t>
      </w:r>
      <w:r>
        <w:br/>
      </w:r>
      <w:r>
        <w:rPr>
          <w:b w:val="0"/>
          <w:i w:val="0"/>
        </w:rPr>
        <w:br/>
        <w:t>TOP STUD</w:t>
      </w:r>
      <w:r>
        <w:br/>
      </w:r>
      <w:r>
        <w:rPr>
          <w:b w:val="0"/>
          <w:i w:val="0"/>
        </w:rPr>
        <w:br/>
        <w:t>TOP BROOD</w:t>
      </w:r>
      <w:r>
        <w:br/>
      </w:r>
      <w:r>
        <w:rPr>
          <w:b w:val="0"/>
          <w:i w:val="0"/>
        </w:rPr>
        <w:br/>
        <w:t>Members' Area</w:t>
      </w:r>
      <w:r>
        <w:br/>
      </w:r>
      <w:r>
        <w:rPr>
          <w:b w:val="0"/>
          <w:i w:val="0"/>
        </w:rPr>
        <w:br/>
        <w:t>BREED NOTES</w:t>
      </w:r>
      <w:r>
        <w:br/>
      </w:r>
      <w:r>
        <w:rPr>
          <w:b w:val="0"/>
          <w:i w:val="0"/>
        </w:rPr>
        <w:br/>
        <w:t>CHAMP SHOWS</w:t>
      </w:r>
      <w:r>
        <w:br/>
      </w:r>
      <w:r>
        <w:rPr>
          <w:b w:val="0"/>
          <w:i w:val="0"/>
        </w:rPr>
        <w:br/>
        <w:t>GENERAL SHOWS</w:t>
      </w:r>
      <w:r>
        <w:br/>
      </w:r>
      <w:r>
        <w:rPr>
          <w:b w:val="0"/>
          <w:i w:val="0"/>
        </w:rPr>
        <w:br/>
        <w:t>REGULAR FEATURES</w:t>
      </w:r>
      <w:r>
        <w:br/>
      </w:r>
      <w:r>
        <w:rPr>
          <w:b w:val="0"/>
          <w:i w:val="0"/>
        </w:rPr>
        <w:br/>
        <w:t>DIGITAL EDITION</w:t>
      </w:r>
      <w:r>
        <w:br/>
      </w:r>
      <w:r>
        <w:rPr>
          <w:b w:val="0"/>
          <w:i w:val="0"/>
        </w:rPr>
        <w:br/>
        <w:t>Sign up for our newsletter</w:t>
      </w:r>
      <w:r>
        <w:br/>
      </w:r>
      <w:r>
        <w:rPr>
          <w:b w:val="0"/>
          <w:i w:val="0"/>
        </w:rPr>
        <w:br/>
        <w:t>Subscribe</w:t>
      </w:r>
      <w:r>
        <w:br/>
      </w:r>
      <w:r>
        <w:rPr>
          <w:b w:val="0"/>
          <w:i w:val="0"/>
        </w:rPr>
        <w:br/>
        <w:t>Follow Us</w:t>
      </w:r>
    </w:p>
    <w:p>
      <w:r>
        <w:rPr>
          <w:b w:val="0"/>
          <w:i w:val="0"/>
        </w:rPr>
        <w:t>© Our Dogs Publishing All Rights Reserved. | Privacy Policy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