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- 25/09/2015 - ISSUE"</w:t>
      </w:r>
      <w:r>
        <w:br/>
      </w:r>
      <w:r>
        <w:rPr>
          <w:b w:val="0"/>
          <w:i w:val="0"/>
        </w:rPr>
        <w:br/>
        <w:t>date_original: "25/09/2015 - ISSUE"</w:t>
      </w:r>
      <w:r>
        <w:br/>
      </w:r>
      <w:r>
        <w:rPr>
          <w:b w:val="0"/>
          <w:i w:val="0"/>
        </w:rPr>
        <w:br/>
        <w:t>source_url: "https://www.ourdogs.co.uk/members/breednotes/RetrieverLabradorMain.php"</w:t>
      </w:r>
      <w:r>
        <w:br/>
      </w:r>
      <w:r>
        <w:rPr>
          <w:b w:val="0"/>
          <w:i w:val="0"/>
        </w:rPr>
        <w:br/>
        <w:t>scraped_at: "2026-09-13T15:30:32"</w:t>
      </w:r>
      <w:r>
        <w:br/>
      </w:r>
      <w:r>
        <w:rPr>
          <w:b w:val="0"/>
          <w:i w:val="0"/>
        </w:rPr>
        <w:br/>
        <w:t>word_count: 624</w:t>
      </w:r>
    </w:p>
    <w:p>
      <w:r>
        <w:t>――――――――――――――――――――――――――――――</w:t>
      </w:r>
    </w:p>
    <w:p>
      <w:r>
        <w:rPr>
          <w:b w:val="0"/>
          <w:i w:val="0"/>
        </w:rPr>
        <w:t>NEWS MEMBERS' AREA SHOP SUBSCRIBE UPCOMING SHOWS MORE</w:t>
      </w:r>
    </w:p>
    <w:p>
      <w:r>
        <w:rPr>
          <w:b w:val="0"/>
          <w:i w:val="0"/>
        </w:rPr>
        <w:t>RETRIEVER LABRADOR</w:t>
      </w:r>
    </w:p>
    <w:p>
      <w:r>
        <w:rPr>
          <w:b w:val="0"/>
          <w:i w:val="0"/>
        </w:rPr>
        <w:t>Issue: 25/09/2015</w:t>
      </w:r>
    </w:p>
    <w:p>
      <w:r>
        <w:rPr>
          <w:b w:val="0"/>
          <w:i w:val="0"/>
        </w:rPr>
        <w:t>Retriever Labrador</w:t>
      </w:r>
      <w:r>
        <w:br/>
      </w:r>
      <w:r>
        <w:rPr>
          <w:b w:val="0"/>
          <w:i w:val="0"/>
        </w:rPr>
        <w:br/>
        <w:t>This being one of the busiest times in the show calendar at the moment, there are some very well travelled dogs and owners. Labradors at Darlington were judged by David Shields and his Dog CC winner and Best of Breed was David Coodes yellow Ch Warringah's Perth JW Sh.CM . The Dog RCC was won by Allen, Hess and Elliots yellow Am Ch Tampa Bay And Snobo Gusty Seas Batten Down The Hatch.</w:t>
      </w:r>
      <w:r>
        <w:br/>
      </w:r>
      <w:r>
        <w:rPr>
          <w:b w:val="0"/>
          <w:i w:val="0"/>
        </w:rPr>
        <w:br/>
        <w:t>Judith Charltons yellow bitch Sh Ch Foxrush Remember The Time JW won the Bitch CC with Caroline Campbells Binnaig Just Blonde JW taking the RCC.</w:t>
      </w:r>
      <w:r>
        <w:br/>
      </w:r>
      <w:r>
        <w:rPr>
          <w:b w:val="0"/>
          <w:i w:val="0"/>
        </w:rPr>
        <w:br/>
        <w:t>Best Puppy was Richard Staffords daughters Farnfield Tallulah Blue who won the Gundog Puppy Group under Christina Chapman</w:t>
      </w:r>
      <w:r>
        <w:br/>
      </w:r>
      <w:r>
        <w:rPr>
          <w:b w:val="0"/>
          <w:i w:val="0"/>
        </w:rPr>
        <w:br/>
        <w:t>If anyone is missing a volume of the Harold Clayton Labrador Pedigree Books, the following have become available from an exhibitor who is now retiring:- 1972, 1977, 1982, 1987 and 1997. There is also a copy of the 2003 Pedigree Labradors of the United Kingdom edited by Britton, Jayes and Hewitt, and of the 2007 and 2012 editions edited by Jayes and Hewitt. The early years, 1972 and 1977 are complete, but they are very well thumbed and the spines are not in the best of condition, however the pages are not torn or written on. Being so very rare the contents are certainly a good addition to any collection which lacks these particular years. The others years are in good used condition. Ring or email me for more details.</w:t>
      </w:r>
      <w:r>
        <w:br/>
      </w:r>
      <w:r>
        <w:rPr>
          <w:b w:val="0"/>
          <w:i w:val="0"/>
        </w:rPr>
        <w:br/>
        <w:t>Other hardback books available from the same source are Dogs, Breeding and Showing by Catherine Sutton with dust jacket 1983: a signed copy of Mary Roslin Williams All about the Labrador Retriever 145 pages, second edition printed 1983 with original dust jacket which is very slightly sun-faded on the spine.</w:t>
      </w:r>
      <w:r>
        <w:br/>
      </w:r>
      <w:r>
        <w:rPr>
          <w:b w:val="0"/>
          <w:i w:val="0"/>
        </w:rPr>
        <w:br/>
        <w:t>Mary Roslin Williams famous book The Dual Purpose Labrador hardback with original dustcover.</w:t>
      </w:r>
      <w:r>
        <w:br/>
      </w:r>
      <w:r>
        <w:rPr>
          <w:b w:val="0"/>
          <w:i w:val="0"/>
        </w:rPr>
        <w:br/>
        <w:t>The Popular Labrador Retriever by Lorna Countess Howe 1957 hardback with brown paper cover in lieu of dust jacket.</w:t>
      </w:r>
      <w:r>
        <w:br/>
      </w:r>
      <w:r>
        <w:rPr>
          <w:b w:val="0"/>
          <w:i w:val="0"/>
        </w:rPr>
        <w:br/>
        <w:t>Volume Two of The Show Labrador in Great Britain and Northern Ireland 1945-1995 by Richard Edwards. As with the Pedigree Books email or ring me to make offers or for more information.</w:t>
      </w:r>
      <w:r>
        <w:br/>
      </w:r>
      <w:r>
        <w:rPr>
          <w:b w:val="0"/>
          <w:i w:val="0"/>
        </w:rPr>
        <w:br/>
        <w:t>At nearly seven weeks, the pups are growing rapidly and are such a delight. I so enjoy watching their antics. The six of them eat nicely four times a day from the six-place Weanafeeda, each puppy in its own ordered space, until the greedy one ( theres always one!) finishes his meal well before all the others and chaos ensues as he climbs right over the middle of the Weanafeeda to the other side, a foot in everyone else's dish, as he clambers about searching for any possible lost morsel. All these antics delight the visiting children who are so excited to meet the puppy which will be theirs in a few weeks time. One little girl was so happy, wide eyed she asked " Is that really MY puppy?" she couldnt stop laughing and laughing, gulping for air between hiccups, such was her joy. Isnt this what breeding our litters is all about; bringing joy to others with our lovely dogs?</w:t>
      </w:r>
      <w:r>
        <w:br/>
      </w:r>
      <w:r>
        <w:rPr>
          <w:b w:val="0"/>
          <w:i w:val="0"/>
        </w:rPr>
        <w:br/>
        <w:t>Ann Britton</w:t>
      </w:r>
      <w:r>
        <w:br/>
      </w:r>
      <w:r>
        <w:rPr>
          <w:b w:val="0"/>
          <w:i w:val="0"/>
        </w:rPr>
        <w:br/>
        <w:t>01989620665</w:t>
      </w:r>
      <w:r>
        <w:br/>
      </w:r>
      <w:r>
        <w:rPr>
          <w:b w:val="0"/>
          <w:i w:val="0"/>
        </w:rPr>
        <w:br/>
        <w:t>email bowstones@btinternet.comn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