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- 19/04/2013"</w:t>
      </w:r>
      <w:r>
        <w:br/>
      </w:r>
      <w:r>
        <w:rPr>
          <w:b w:val="0"/>
          <w:i w:val="0"/>
        </w:rPr>
        <w:br/>
        <w:t>date_original: "19/04/2013"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"2026-09-13T22:44:08"</w:t>
      </w:r>
      <w:r>
        <w:br/>
      </w:r>
      <w:r>
        <w:rPr>
          <w:b w:val="0"/>
          <w:i w:val="0"/>
        </w:rPr>
        <w:br/>
        <w:t>word_count: 1467</w:t>
      </w:r>
    </w:p>
    <w:p>
      <w:r>
        <w:t>――――――――――――――――――――――――――――――</w:t>
      </w:r>
    </w:p>
    <w:p>
      <w:r>
        <w:rPr>
          <w:b w:val="0"/>
          <w:i w:val="0"/>
        </w:rPr>
        <w:t>NEWS MEMBERS' AREA SHOP SUBSCRIBE UPCOMING SHOWS MORE</w:t>
      </w:r>
    </w:p>
    <w:p>
      <w:r>
        <w:rPr>
          <w:b w:val="0"/>
          <w:i w:val="0"/>
        </w:rPr>
        <w:t>RETRIEVER LABRADOR</w:t>
      </w:r>
    </w:p>
    <w:p>
      <w:r>
        <w:rPr>
          <w:b w:val="0"/>
          <w:i w:val="0"/>
        </w:rPr>
        <w:t>Issue: 19/04/2013</w:t>
      </w:r>
    </w:p>
    <w:p>
      <w:r>
        <w:rPr>
          <w:b w:val="0"/>
          <w:i w:val="0"/>
        </w:rPr>
        <w:t>Sad news comes of the passing of John Sliney, husband of the late Ann. For many years, John accompanied Annie to the championship shows where she enjoyed showing their always happy Labrador bitches; Annie awarded CCs in Labradors. In later years both Annie and John were passionately involved with Labrador Rescue and Margaret Stocks, Secretary of Labrador Rescue South East &amp; Central writes of John Sliney as follows,</w:t>
      </w:r>
    </w:p>
    <w:p>
      <w:r>
        <w:rPr>
          <w:b w:val="0"/>
          <w:i w:val="0"/>
        </w:rPr>
        <w:t>'Sadly John Sliney passed away on the 12th April 2013, aged 83. He was the Chairman of our Charity from 2004 until 2011 and steered us through some difficult times. John and his late wife Ann, were owned by Labradors all their lives, they showed and worked them and delighted in the friendships they forged. Sadly Annie passed away in 2005, and John was left with their Labradors for companionship.</w:t>
      </w:r>
    </w:p>
    <w:p>
      <w:r>
        <w:rPr>
          <w:b w:val="0"/>
          <w:i w:val="0"/>
        </w:rPr>
        <w:t>'They joined the rescue as they felt passionately that all Labradors deserved loving permanent homes, and co-ordinated the Herts, Beds area.</w:t>
      </w:r>
    </w:p>
    <w:p>
      <w:r>
        <w:rPr>
          <w:b w:val="0"/>
          <w:i w:val="0"/>
        </w:rPr>
        <w:t>'In 1998 John joined the board of Trustees, and was elected Chairman in 2004, a role he accepted with great dedication, until ill health prevented him from continuing. His experience, tenacity and friendship were instrumental in the Charity being where it is today, and we are all greatly saddened by his passing.'</w:t>
      </w:r>
    </w:p>
    <w:p>
      <w:r>
        <w:rPr>
          <w:b w:val="0"/>
          <w:i w:val="0"/>
        </w:rPr>
        <w:t>Thank you Margaret, John was a true gentleman who will be fondly remembered by all those who knew him.</w:t>
      </w:r>
    </w:p>
    <w:p>
      <w:r>
        <w:rPr>
          <w:b w:val="0"/>
          <w:i w:val="0"/>
        </w:rPr>
        <w:t>Jackie Hodge and Brian Parrott have drawn a lovely entry of 240 Labradors at WELKS next Friday. Do remember that we are in the new Tent 3 accessed via the RED carpark and the path immediately in front of the Secretary's office and Severn Hall.</w:t>
      </w:r>
    </w:p>
    <w:p>
      <w:r>
        <w:rPr>
          <w:b w:val="0"/>
          <w:i w:val="0"/>
        </w:rPr>
        <w:t>This benching tent is on the opposite side of the WELKS show site and on higher ground compared to last years event, when we got flooded out of our usual marquee.</w:t>
      </w:r>
    </w:p>
    <w:p>
      <w:r>
        <w:rPr>
          <w:b w:val="0"/>
          <w:i w:val="0"/>
        </w:rPr>
        <w:t>Readers may recall our breed rings last year were completely under water due to record rainfall of a frightening volume the very night before Gundog day.</w:t>
      </w:r>
    </w:p>
    <w:p>
      <w:r>
        <w:rPr>
          <w:b w:val="0"/>
          <w:i w:val="0"/>
        </w:rPr>
        <w:t>Rain fell in non-stop cascades throughout the night and the show-day dawned for the Show Manager with the difficult task of relocating the rings for the Labradors, numerically the largest entry of the show. We were thankful to be rescued from the paddi field into which our rings had turned and allocated two dry rings in the adjacent Avon Hall, but obviously there was no benching, as this was set up in the now flooded tent.</w:t>
      </w:r>
    </w:p>
    <w:p>
      <w:r>
        <w:rPr>
          <w:b w:val="0"/>
          <w:i w:val="0"/>
        </w:rPr>
        <w:t>Sadly by the time we knew we were moving, our new dry rings were already surrounded from the ring edge, right up to the walls of the building by non stop bouncing, barking toy-dogs, not on their nearby empty benches or by their own rings which were nearby too, but shut in circular play pens with see through nylon lids on; careering about like boxes of noisy leaping frogs.</w:t>
      </w:r>
    </w:p>
    <w:p>
      <w:r>
        <w:rPr>
          <w:b w:val="0"/>
          <w:i w:val="0"/>
        </w:rPr>
        <w:t>Some of their owners seemed completely oblivious to the floods outside and appeared to see no reason to share the available dry space. They absolutely refused to move their spread-out crates and belongings from around our Labrador rings to give us any space at all; complained when we had to step over their dogs and belongings to get into our rings and, later, had the audacity to complain about the Labradors being moved adjacent to their rings both in the canine press and on Facebook, which certainly put me off Facebook for a very long time!</w:t>
      </w:r>
    </w:p>
    <w:p>
      <w:r>
        <w:rPr>
          <w:b w:val="0"/>
          <w:i w:val="0"/>
        </w:rPr>
        <w:t>The show organisers of WELKS had bent over backwards to reorganise things when the showground became flooded deeper than ever recorded in recent years. I can recall by the end of the day it was nearly impossible to get home, the flood water all around was so deep and dangerous, with many roads so deeply flooded that I had to turn the car around on several occasions to try to find a safe way home from Malvern.</w:t>
      </w:r>
    </w:p>
    <w:p>
      <w:r>
        <w:rPr>
          <w:b w:val="0"/>
          <w:i w:val="0"/>
        </w:rPr>
        <w:t>Let's hope this year, the new layout and Tent 3 will be a much happier and far quieter camping ground for our breed to enjoy the day at what might be the first outdoor show this year. Although, as it is raining heavily as I write these notes, it may, yet again, be indoors.</w:t>
      </w:r>
    </w:p>
    <w:p>
      <w:r>
        <w:rPr>
          <w:b w:val="0"/>
          <w:i w:val="0"/>
        </w:rPr>
        <w:t>The Yellow Labrador Club are holding their fifth Show working/ Funday on May 4th at Park Farm, Stockerston Lane Gt Easton, Market Harborough Leics LE16 8DG. Open to Members and Non Members the cost is Â£3 per dog; bring your own picnic.</w:t>
      </w:r>
    </w:p>
    <w:p>
      <w:r>
        <w:rPr>
          <w:b w:val="0"/>
          <w:i w:val="0"/>
        </w:rPr>
        <w:t>Book your place before 27th April. Cheques and bookings should be sent to Sussie Wiles, Bourne Farm, Harefield UB9 6NA</w:t>
      </w:r>
    </w:p>
    <w:p>
      <w:r>
        <w:rPr>
          <w:b w:val="0"/>
          <w:i w:val="0"/>
        </w:rPr>
        <w:t>Jan Gwinnett-Taylor's husband Dick Taylor has recently died peacefully in his sleep aged 78 yrs after a long debilitating illness. He had suffered with Alzheimer's and Dementia for several years and had, I understand, deteriorated greatly over the last year. Dick leaves his wife Jan, (Glosmere Labradors), his son in Australia and a brother in France. The funeral arrangements will follow.</w:t>
      </w:r>
    </w:p>
    <w:p>
      <w:r>
        <w:rPr>
          <w:b w:val="0"/>
          <w:i w:val="0"/>
        </w:rPr>
        <w:t>Our heartfelt thoughts go out to Jan who stoically cared for Dick so diligently over the past few years as his health deteriorated sharply until he was finally admitted into a care home last year.</w:t>
      </w:r>
    </w:p>
    <w:p>
      <w:r>
        <w:rPr>
          <w:b w:val="0"/>
          <w:i w:val="0"/>
        </w:rPr>
        <w:t>I also understand Ian Tomsett, member of KSSLRC and of the picking up team at KSS field trials had died.</w:t>
      </w:r>
    </w:p>
    <w:p>
      <w:r>
        <w:rPr>
          <w:b w:val="0"/>
          <w:i w:val="0"/>
        </w:rPr>
        <w:t>Following the recent passing of Midland Counties Lab Club past Chairman, Frank Whitbread, his wife Gerry writes:- 'I would like to express my sincere gratitude to the members of the various Labrador and Bernese clubs for their very generous donations after Frank's death. These donations, together with others, made a grand total of Â£800 and in accordance with Frank's wishes this sum has been divided equally between Labrador Welfare and the Bernese Mountain Dog Club of GB Rescue'.</w:t>
      </w:r>
    </w:p>
    <w:p>
      <w:r>
        <w:rPr>
          <w:b w:val="0"/>
          <w:i w:val="0"/>
        </w:rPr>
        <w:t>Those of you who are interested in the working side of our hobby will be interested to read the following from the Kennel Club.</w:t>
      </w:r>
    </w:p>
    <w:p>
      <w:r>
        <w:rPr>
          <w:b w:val="0"/>
          <w:i w:val="0"/>
        </w:rPr>
        <w:t>"THINKING OF GETTING A PUPPY FOR GUNDOG WORK?"</w:t>
      </w:r>
    </w:p>
    <w:p>
      <w:r>
        <w:rPr>
          <w:b w:val="0"/>
          <w:i w:val="0"/>
        </w:rPr>
        <w:t>For anyone thinking about getting a puppy for gundog work, the Kennel Club is offering a unique opportunity to watch, listen and learn at the popular Gundog Training Days for Novice Handlers this summer.</w:t>
      </w:r>
    </w:p>
    <w:p>
      <w:r>
        <w:rPr>
          <w:b w:val="0"/>
          <w:i w:val="0"/>
        </w:rPr>
        <w:t>The four training days are specially designed for owners of Retrievers and Spaniels, helping to provide them with the skills they will require to excel in working dog activities. The Kennel Club has now expanded these days to include those looking into gundog ownership, or for anyone who already owns a Retriever or Spaniel too young to attend (younger than 9 months).</w:t>
      </w:r>
    </w:p>
    <w:p>
      <w:r>
        <w:rPr>
          <w:b w:val="0"/>
          <w:i w:val="0"/>
        </w:rPr>
        <w:t>Training for gundog work is a rewarding and unique way to spend time with your dog and to teach him key skills that will help him enjoy an exciting 'career' doing what he loves best. The Kennel Club has secured tuition from some of the most experienced, well known Retriever and Spaniel trainers for the events this year and attendees can expect a fun and challenging experience. Those attending can chat to trainers and pick up tips for when they start their gundog training adventure.</w:t>
      </w:r>
    </w:p>
    <w:p>
      <w:r>
        <w:rPr>
          <w:b w:val="0"/>
          <w:i w:val="0"/>
        </w:rPr>
        <w:t>Caroline Kisko, Kennel Club Secretary, said: "These training days are very popular and invaluable for anyone looking to hone their skills and get the most out of their dog.</w:t>
      </w:r>
    </w:p>
    <w:p>
      <w:r>
        <w:rPr>
          <w:b w:val="0"/>
          <w:i w:val="0"/>
        </w:rPr>
        <w:t>"We decided to open the days up to anyone looking to get a dog for gundog work, and for those who already have a dog for this purpose but are unable to attend one of these days because the dog doesn't meet the 9 month minimum age requirement.</w:t>
      </w:r>
    </w:p>
    <w:p>
      <w:r>
        <w:rPr>
          <w:b w:val="0"/>
          <w:i w:val="0"/>
        </w:rPr>
        <w:t>"This is a unique opportunity to observe some practical training, pick up tips, and chat to those already taking part in these kinds of activities. The Kennel Club wants to help anyone with an interest in starting out in working dog activities to use their dog's natural instincts, and put them to good use."</w:t>
      </w:r>
    </w:p>
    <w:p>
      <w:r>
        <w:rPr>
          <w:b w:val="0"/>
          <w:i w:val="0"/>
        </w:rPr>
        <w:t>The training days will take place on the following dates:</w:t>
      </w:r>
    </w:p>
    <w:p>
      <w:r>
        <w:rPr>
          <w:b w:val="0"/>
          <w:i w:val="0"/>
        </w:rPr>
        <w:t>Wednesday 29th May - Chatsworth Estate, Derbyshire</w:t>
      </w:r>
    </w:p>
    <w:p>
      <w:r>
        <w:rPr>
          <w:b w:val="0"/>
          <w:i w:val="0"/>
        </w:rPr>
        <w:t>Sunday 16th June - Dunira Estate, Perthshire</w:t>
      </w:r>
    </w:p>
    <w:p>
      <w:r>
        <w:rPr>
          <w:b w:val="0"/>
          <w:i w:val="0"/>
        </w:rPr>
        <w:t>Sunday 7th July - Orsett Estate, Essex</w:t>
      </w:r>
    </w:p>
    <w:p>
      <w:r>
        <w:rPr>
          <w:b w:val="0"/>
          <w:i w:val="0"/>
        </w:rPr>
        <w:t>Saturday 3rd August - Popes Oak Farm, West Sussex</w:t>
      </w:r>
    </w:p>
    <w:p>
      <w:r>
        <w:rPr>
          <w:b w:val="0"/>
          <w:i w:val="0"/>
        </w:rPr>
        <w:t>For joining instructions and to download an application form, please visit www.thekennelclub.org.uk/item/3646.</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