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June 2008"</w:t>
      </w:r>
      <w:r>
        <w:br/>
      </w:r>
      <w:r>
        <w:rPr>
          <w:b w:val="0"/>
          <w:i w:val="0"/>
        </w:rPr>
        <w:br/>
        <w:t>date_original: "22 June 2008"</w:t>
      </w:r>
      <w:r>
        <w:br/>
      </w:r>
      <w:r>
        <w:rPr>
          <w:b w:val="0"/>
          <w:i w:val="0"/>
        </w:rPr>
        <w:br/>
        <w:t>source_url: "https://www.ourdogs.co.uk/members/breednotes/2008/RetrieverLabrador/RetrieverLabrador-aug1.htm"</w:t>
      </w:r>
      <w:r>
        <w:br/>
      </w:r>
      <w:r>
        <w:rPr>
          <w:b w:val="0"/>
          <w:i w:val="0"/>
        </w:rPr>
        <w:br/>
        <w:t>archive_type: "static_html"</w:t>
      </w:r>
      <w:r>
        <w:br/>
      </w:r>
      <w:r>
        <w:rPr>
          <w:b w:val="0"/>
          <w:i w:val="0"/>
        </w:rPr>
        <w:br/>
        <w:t>scraped_at: "2026-09-13T22:04:07"</w:t>
      </w:r>
      <w:r>
        <w:br/>
      </w:r>
      <w:r>
        <w:rPr>
          <w:b w:val="0"/>
          <w:i w:val="0"/>
        </w:rPr>
        <w:br/>
        <w:t>word_count: 1996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sad to hear the news of the passing of Mrs Yvonne Pauling (Cookridge), in her 103rd year, her Cookridge Labradors are behind very many modern-day show Labradors.</w:t>
      </w:r>
    </w:p>
    <w:p>
      <w:r>
        <w:rPr>
          <w:b w:val="0"/>
          <w:i w:val="0"/>
        </w:rPr>
        <w:t>Yvonne Pauling was a founder Member of Three Ridings Labrador Club, in fact I gather the club was formed in her kitchen at Cookridge Bimbo Farm, Tadcaster in 1965, where committee meetings were regularly held for very many years. She retained an interest in the club throughout her days, serving latterly as Vice President.</w:t>
      </w:r>
    </w:p>
    <w:p>
      <w:r>
        <w:rPr>
          <w:b w:val="0"/>
          <w:i w:val="0"/>
        </w:rPr>
        <w:t>In the 1940s, when I was a child, our family moved from Bramhall, Cheshire, to a house in Hillcrest Rise, Cookridge, near Leeds. Whilst Cookridge is now a part of the outskirts of Leeds, in the 1940s it was a quiet moorland village, a backwater, well out in the heart of the country. Living in a house directly across the lane was a lady known to me as Mrs Pauling, (children were respectful of elders in those days and no Christian names were ever allowed). Through both our family’s love of Labradors we were often together as Mrs Pauling loved dogs and her husband had a magical aviary in the garden; a delight for me; a young child, to see.</w:t>
      </w:r>
    </w:p>
    <w:p>
      <w:r>
        <w:rPr>
          <w:b w:val="0"/>
          <w:i w:val="0"/>
        </w:rPr>
        <w:t>At that time just after the war in the 1940s my mother had resumed showing Labradors and Yvonne was also interested in showing. She had purchased a black Labrador bitch, Bimbo, born in 1944, who won extremely well for her. She became Yvonnes first Champion; Ch Cookridge Bimbo. The showing bug was well and truly established.</w:t>
      </w:r>
    </w:p>
    <w:p>
      <w:r>
        <w:rPr>
          <w:b w:val="0"/>
          <w:i w:val="0"/>
        </w:rPr>
        <w:t>Time passed and the Paulings moved away from Hillcrest Rise and the village of Cookridge, to Cookridge Bimbo Farm, at Tadcaster from where they bred, showed and worked their Labradors. Amongst the champions they bred were Ch Cookridge Intelligence, born in 1950, Ch Cookridge Otter born in 1952 and Mrs Wilkinsons (Keithray) famous Ch. Hollybank Beauty born in 1958, Best in Show winner at the Labrador Retriever Club in 1961; one of Labrador “hall of fame” bitches, whose dam was Cookridge Gay Princess.</w:t>
      </w:r>
    </w:p>
    <w:p>
      <w:r>
        <w:rPr>
          <w:b w:val="0"/>
          <w:i w:val="0"/>
        </w:rPr>
        <w:t>Reading Richard Edwards wonderful reference book “The Show Labrador Retriever in Great Britain and Northern Ireland 1945 – 1995 Vol 1” it is easy to understand how the Cookridge Labradors are behind so many of our historical kennels. Keithray, Glenarvey, Ballyduff, Mansergh, Braeduke, Follytower, Lawnwoods and Balrion to name but a few.</w:t>
      </w:r>
    </w:p>
    <w:p>
      <w:r>
        <w:rPr>
          <w:b w:val="0"/>
          <w:i w:val="0"/>
        </w:rPr>
        <w:t>From a historical point of view Yvonne Pauling became established at home and abroad as a pioneering doyenne of the chocolate Labrador. Cookridge Gay Princess was mated to Ch Sandylands Tweed of Blaircourt and from this litter of six black and two chocolate puppies, born in 1961 Yvonne selected a chocolate bitch who in 1964 became Ch Cookridge Tango (8 CCs, 6 BOBs and 2 RCCs), Best in Show winner at the Labrador Retriever Club show 1964. She was the first chocolate Labrador ever to be made up in the UK. Yvonne also kept Tangos black litter brother Cookridge Jasper. Jasper was the grandsire of the black Ch Cookridge Cormorant ( 8CCs and 9RCCs) born in 1962, and of the chocolate Sw Int Ch Ch Cookridge Cola, who became the first chocolate champion in Sweden.</w:t>
      </w:r>
    </w:p>
    <w:p>
      <w:r>
        <w:rPr>
          <w:b w:val="0"/>
          <w:i w:val="0"/>
        </w:rPr>
        <w:t>From a personal point of view, as my own Bowstones kennel was founded on Sandylands and Balrion, and Balrion were part founded on Cookridge this short resume of Yvonnes Paulings Cookridge kennel takes me full circle, right back to the very beginning…an interest in Labradors formed between neighbours in a rural Yorkshire village during the 1940s. We all have so much for which to thank Yvonne Pauling, and we send our condolences and fond thoughts to her family at this time.</w:t>
      </w:r>
    </w:p>
    <w:p>
      <w:r>
        <w:rPr>
          <w:b w:val="0"/>
          <w:i w:val="0"/>
        </w:rPr>
        <w:t>Vic Cole judged Labradors at the Brussels Dog Show on 22 June 2008 and has kindly sent in his report. “ The Committee and stewards were very friendly and welcoming. My Best Of Breed, won 2nd in a very strong Group. He was the yellow dog, Bago De L Etang Balancet (Inishfree X-Cite Of Ashford Castle x Fishermans Friend Nan), bred by Anne-Charlotte Dreyfus and owned by Delphine Carre from France.</w:t>
      </w:r>
    </w:p>
    <w:p>
      <w:r>
        <w:rPr>
          <w:b w:val="0"/>
          <w:i w:val="0"/>
        </w:rPr>
        <w:t>My Reserve Dog CAC was the black, Sheenaron Merry Windrush At Ansjoros (Sheenaron Merry Windstorm x Sheenaron Merry Gooseberr) bred in England by Mrs R Phillips and owned by Mark De Hofma-Van Sjouke from Holland . The Best Bitch was black, Ch Utopie De La Vallee Cheron, (Ch Foulby Regan x Xss Of Misty Dreams) from France, owned and bred by Veronique Orison. The Reserve Bitch was yellow Bergamote Du Bois De L Escampe (Virtuose De La Vallee Cheron x Good Chance Vahae D Aquitaine) owned and bred by Sebastien Lesage from France. Temperaments were very good and the overall standard was very high”.Vic Cole (Judge).</w:t>
      </w:r>
      <w:r>
        <w:br/>
      </w:r>
      <w:r>
        <w:rPr>
          <w:b w:val="0"/>
          <w:i w:val="0"/>
        </w:rPr>
        <w:br/>
        <w:t>Last week Anne Taylor, (Fabracken), kindly sent in her account of her recent judging trip to Sweden. Also judging in Sweden at the same time were Marilyn Prior and Erica Jayes who have kindly reported on their memorable time at the World Show in Stockholm on 6th July 2008. Erica judged Dogs and Best of Breed whilst Marilyn judged the Bitches. Tony Pascoe judged the Intermediate and Working classes whilst Anne Liland from Norway, judged the Juniors . The Main winners were printed with Annes account last week but to recap they were:- DOGS C.A.C The chocolate from Holland NL. VDH, LUCH, WA07 Farnfield Hakuna Matata owned BY M.A. Den Braven Van Woerkom (Wilnd’Beautys Paco Rabane x Farnfield Tiramisu.) Res C.A.C The Yellow dog from Norway NV-07 Surprisings Valiant owned by Eva Mjelde (Rocheby Old Smokey x Surprisings Justina) W.W and CACIB the yellow NORDV-07 SU (U) CH Smart Fellows Saved by the Bell owned by Camilla Kallstigen (Dolphingham Deedeetee x Smart Fellows Fine Sketches)</w:t>
      </w:r>
      <w:r>
        <w:br/>
      </w:r>
      <w:r>
        <w:rPr>
          <w:b w:val="0"/>
          <w:i w:val="0"/>
        </w:rPr>
        <w:br/>
        <w:t>Bitches C.A.C from Holland the yellow Woefdrams No Fear JW owned by M.J Nugteren-Milckhuise (Inishfree C-Cite of Ashford Castle x Woefdrams Ivory Isabella) Res C.A.C the chocolate from Norway owned by Eva Mjelde NUCH NV-06 Surprisings Trixiebelle. (Mallorns Toffee x Surprisings Louisa). W.W CACIB and B.O.B the yellow from Norway NUCH . Klungerhaugens Oleanna owned by Hilde Lyngstad (Jayncourt Significant Star x Klungerhaugens Nova) Best Veteran V.W.W. the yellow bitch from Norway NUCH SU (U) CH Mambrinos Lemony. Owned by Kari Henie. (Mambrinos 4 Wheel Drive x Mambrinos Gertie).</w:t>
      </w:r>
    </w:p>
    <w:p>
      <w:r>
        <w:rPr>
          <w:b w:val="0"/>
          <w:i w:val="0"/>
        </w:rPr>
        <w:t>Marilyn and Erica write : ‘What a great honour it was to be invited to judge Labradors at the prestigious World Show and certainly an appointment we will never forget.. The hospitality was second to none and from the moment we stepped off the plane there was never a quiet moment. At times it was almost like being at a UK show with so many UK Judges, exhibitors and spectators attending.</w:t>
      </w:r>
    </w:p>
    <w:p>
      <w:r>
        <w:rPr>
          <w:b w:val="0"/>
          <w:i w:val="0"/>
        </w:rPr>
        <w:t>‘Before judging commenced all judges were briefed on what was expected from them, explaining the slightly different judging system but mainly to ask judges not to award ‘excellent’ to any dog that showed any sign of aggression to either humans or dogs, nor any that had any detrimental faults that affected their health, such as overweight or with excess skin, and we were not to consider lame dogs.</w:t>
      </w:r>
    </w:p>
    <w:p>
      <w:r>
        <w:rPr>
          <w:b w:val="0"/>
          <w:i w:val="0"/>
        </w:rPr>
        <w:t>‘The show ran like clockwork, judging had to be finished by 3pm ready for the Groups and displays and of course the Grand Finale which went on until after 8pm.</w:t>
      </w:r>
    </w:p>
    <w:p>
      <w:r>
        <w:rPr>
          <w:b w:val="0"/>
          <w:i w:val="0"/>
        </w:rPr>
        <w:t>All officials were dressed in traditional costume with tiaras of flowers – it looked absolutely lovely with the whole setting in Swedish KC colours with the stage bedecked with flowers and cuddly toy dogs. There were dog displays, Junior Handling, Brace Class, Teams of different breeds, Freestyle Dancing to music, National Anthems of various countries – the atmosphere was terrific and at times there was this huge ring full of dogs of all different breeds with no sign of any problems – that was a sight to behold. There would be continuous applause and shouting and then silence as everyone held their breath until another Group winner was announced.</w:t>
      </w:r>
    </w:p>
    <w:p>
      <w:r>
        <w:rPr>
          <w:b w:val="0"/>
          <w:i w:val="0"/>
        </w:rPr>
        <w:t>During all this trays of Schnapps and traditional snacks and chocolates were brought round to all the judges.</w:t>
      </w:r>
    </w:p>
    <w:p>
      <w:r>
        <w:rPr>
          <w:b w:val="0"/>
          <w:i w:val="0"/>
        </w:rPr>
        <w:t>‘The ultimate was the car being driven in just before the Best In Show line up. The winner of Best in Show, and the car, was the Sealyham CH Efbe’s Hidalgo At Goodspice and then a complete snowstorm with gold leaves showering down on people, dogs and everything – it was like an Olympic Finale.</w:t>
      </w:r>
    </w:p>
    <w:p>
      <w:r>
        <w:rPr>
          <w:b w:val="0"/>
          <w:i w:val="0"/>
        </w:rPr>
        <w:t>‘Then came the final speeches and the presentation of the World Show flag to Bratislava where the 2009 World Show is to take place – this was handed over by Nils Erik Ahmansson (President of the Swedish KC) and by Mr Hans Muller (President of the FCI)</w:t>
      </w:r>
      <w:r>
        <w:br/>
      </w:r>
      <w:r>
        <w:rPr>
          <w:b w:val="0"/>
          <w:i w:val="0"/>
        </w:rPr>
        <w:br/>
        <w:t>‘We were told that well over 50,000 people attended the show’.</w:t>
      </w:r>
    </w:p>
    <w:p>
      <w:r>
        <w:rPr>
          <w:b w:val="0"/>
          <w:i w:val="0"/>
        </w:rPr>
        <w:t>I understand from Marilyn that Anthony Allen (Allenie) had put up the same Dog CACIB winner at the show he judged in Sweden only a couple of days previously.</w:t>
      </w:r>
    </w:p>
    <w:p>
      <w:r>
        <w:rPr>
          <w:b w:val="0"/>
          <w:i w:val="0"/>
        </w:rPr>
        <w:t>News from Allen Parton and his famous Labrador assistance dog Endal was printed on page 2 of 19th July Our Dogs. Do have a look if you have missed it. Allen has a lovely new puppy to train and Endal will be the pups canine trainer as he is contemplating retirement at 12 year of age. Of course, Endal will live out his life with Allen and his family, but will have a new youngster to keep him on his toes. Good Luck Allen and EJ (Endal Junior).</w:t>
      </w:r>
    </w:p>
    <w:p>
      <w:r>
        <w:rPr>
          <w:b w:val="0"/>
          <w:i w:val="0"/>
        </w:rPr>
        <w:t>A reminder that there is an eye testing clinic held by Three Ridings LRC on Sat 9th August at Harewood Village Hall with opthamologist Dr Habin. Price £22 per dog. Contact Mrs P Gill on 01943 467926 or Mr B Rooth on 01405 785262 and remember to bring your KC registration certificates.</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