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- 27/05/2022 - ISSUE"</w:t>
      </w:r>
      <w:r>
        <w:br/>
      </w:r>
      <w:r>
        <w:rPr>
          <w:b w:val="0"/>
          <w:i w:val="0"/>
        </w:rPr>
        <w:br/>
        <w:t>date_original: "27/05/2022 - ISSUE"</w:t>
      </w:r>
      <w:r>
        <w:br/>
      </w:r>
      <w:r>
        <w:rPr>
          <w:b w:val="0"/>
          <w:i w:val="0"/>
        </w:rPr>
        <w:br/>
        <w:t>source_url: "https://www.ourdogs.co.uk/members/breednotes/RetrieverLabradorMain.php"</w:t>
      </w:r>
      <w:r>
        <w:br/>
      </w:r>
      <w:r>
        <w:rPr>
          <w:b w:val="0"/>
          <w:i w:val="0"/>
        </w:rPr>
        <w:br/>
        <w:t>scraped_at: "2026-09-13T15:12:14"</w:t>
      </w:r>
      <w:r>
        <w:br/>
      </w:r>
      <w:r>
        <w:rPr>
          <w:b w:val="0"/>
          <w:i w:val="0"/>
        </w:rPr>
        <w:br/>
        <w:t>word_count: 502</w:t>
      </w:r>
    </w:p>
    <w:p>
      <w:r>
        <w:t>――――――――――――――――――――――――――――――</w:t>
      </w:r>
    </w:p>
    <w:p>
      <w:r>
        <w:rPr>
          <w:b w:val="0"/>
          <w:i w:val="0"/>
        </w:rPr>
        <w:t>NEWS MEMBERS' AREA SHOP SUBSCRIBE UPCOMING SHOWS MORE</w:t>
      </w:r>
    </w:p>
    <w:p>
      <w:r>
        <w:rPr>
          <w:b w:val="0"/>
          <w:i w:val="0"/>
        </w:rPr>
        <w:t>RETRIEVER LABRADOR</w:t>
      </w:r>
    </w:p>
    <w:p>
      <w:r>
        <w:rPr>
          <w:b w:val="0"/>
          <w:i w:val="0"/>
        </w:rPr>
        <w:t>Issue: 27/05/2022</w:t>
      </w:r>
    </w:p>
    <w:p>
      <w:r>
        <w:rPr>
          <w:b w:val="0"/>
          <w:i w:val="0"/>
        </w:rPr>
        <w:t xml:space="preserve">After two weeks of having full blown Covid, confined to bed with horrendous flu-like symptoms and barely able to breathe, I am glad to say that after 13 annoyingly positive daily Covid tests,  IÃ¢â‚¬â„¢m now, at last, back in the land of the living and well and truly Covid negative, hence no long infectious. Now its just a case of slowly building up strength to walk dogs and teaching my lungs to breathe again. </w:t>
      </w:r>
    </w:p>
    <w:p>
      <w:r>
        <w:rPr>
          <w:b w:val="0"/>
          <w:i w:val="0"/>
        </w:rPr>
        <w:t xml:space="preserve">Anne Hoban writes with news of West of England Labrador Clubs recent Open show. </w:t>
      </w:r>
    </w:p>
    <w:p>
      <w:r>
        <w:rPr>
          <w:b w:val="0"/>
          <w:i w:val="0"/>
        </w:rPr>
        <w:t xml:space="preserve">Ã¢â‚¬ËœIt turned out to be a warm &amp; sunny day for the Welrc Open Show at Woolavington Village Hall, near Bridgewater on Saturday, May 14th where Michael Blay (Longbarrow) drew a very nice entry of 91 entries, 78 dogs. Everyone seemed happy to be back on track &amp; we enjoyed our usual warm, friendly &amp; chatty day. </w:t>
      </w:r>
    </w:p>
    <w:p>
      <w:r>
        <w:rPr>
          <w:b w:val="0"/>
          <w:i w:val="0"/>
        </w:rPr>
        <w:t>Due to varying reasons, we were missing four folks on our committee so it was all hands on deck from the word go but as soon as the aroma of bacon butties came drifting out from the kitchen, everything swung into place!Ã¢â‚¬â„¢</w:t>
      </w:r>
    </w:p>
    <w:p>
      <w:r>
        <w:rPr>
          <w:b w:val="0"/>
          <w:i w:val="0"/>
        </w:rPr>
        <w:t>Congratulations to all dogs placed and the main winners were:</w:t>
      </w:r>
    </w:p>
    <w:p>
      <w:r>
        <w:rPr>
          <w:b w:val="0"/>
          <w:i w:val="0"/>
        </w:rPr>
        <w:t>Best Dog &amp; BIS Kennetts   Magnavalleys Cornishman ShCE</w:t>
      </w:r>
    </w:p>
    <w:p>
      <w:r>
        <w:rPr>
          <w:b w:val="0"/>
          <w:i w:val="0"/>
        </w:rPr>
        <w:t>Reserve Best Dog   MeredithÃ¢â‚¬â„¢s Tweedledum Off The Record</w:t>
      </w:r>
    </w:p>
    <w:p>
      <w:r>
        <w:rPr>
          <w:b w:val="0"/>
          <w:i w:val="0"/>
        </w:rPr>
        <w:t>RBIS &amp; BOS   LallyÃ¢â‚¬â„¢s Sh Ch Trewinnard Pimlico</w:t>
      </w:r>
    </w:p>
    <w:p>
      <w:r>
        <w:rPr>
          <w:b w:val="0"/>
          <w:i w:val="0"/>
        </w:rPr>
        <w:t>Reserve Best Bitch   PeggsÃ¢â‚¬â„¢s  Jancet Aurora</w:t>
      </w:r>
    </w:p>
    <w:p>
      <w:r>
        <w:rPr>
          <w:b w:val="0"/>
          <w:i w:val="0"/>
        </w:rPr>
        <w:t>Best Puppy Dog    WarringahÃ¢â‚¬â„¢s Dalhalou Oombabeer</w:t>
      </w:r>
    </w:p>
    <w:p>
      <w:r>
        <w:rPr>
          <w:b w:val="0"/>
          <w:i w:val="0"/>
        </w:rPr>
        <w:t xml:space="preserve">Best Puppy Bitch &amp; BPIS   StewartÃ¢â‚¬â„¢s  Streamanda Guelder Rose </w:t>
      </w:r>
    </w:p>
    <w:p>
      <w:r>
        <w:rPr>
          <w:b w:val="0"/>
          <w:i w:val="0"/>
        </w:rPr>
        <w:t>BVIS   MoodyÃ¢â‚¬â„¢s  Trendlewood Mr Blue Sky</w:t>
      </w:r>
    </w:p>
    <w:p>
      <w:r>
        <w:rPr>
          <w:b w:val="0"/>
          <w:i w:val="0"/>
        </w:rPr>
        <w:t>Best CIS   Kennetts Magnavalleys Trebah</w:t>
      </w:r>
    </w:p>
    <w:p>
      <w:r>
        <w:rPr>
          <w:b w:val="0"/>
          <w:i w:val="0"/>
        </w:rPr>
        <w:t>Labradors at the  Scottish Kennel Club May Show were judged by Liz Hallgarth.  From an entry of 127 her winners were:-</w:t>
      </w:r>
    </w:p>
    <w:p>
      <w:r>
        <w:rPr>
          <w:b w:val="0"/>
          <w:i w:val="0"/>
        </w:rPr>
        <w:t>BEST OF BREED : DOUGLAS, Mr, Mrs &amp; Miss A, L &amp; T Ir GB Sh Ch Talard Cee Three Pee Ohh Jun Ch AnCh19</w:t>
      </w:r>
    </w:p>
    <w:p>
      <w:r>
        <w:rPr>
          <w:b w:val="0"/>
          <w:i w:val="0"/>
        </w:rPr>
        <w:t>Dog CC :  DOUGLAS, Mr, Mrs &amp; Miss A, L &amp; T Ir GB Sh Ch Talard Cee Three Pee Ohh Jun Ch AnCh19</w:t>
      </w:r>
    </w:p>
    <w:p>
      <w:r>
        <w:rPr>
          <w:b w:val="0"/>
          <w:i w:val="0"/>
        </w:rPr>
        <w:t>Res Dog CC : HARVEY MAJOR, Mrs S FLOKI THE JESTER IN LINJOR</w:t>
      </w:r>
    </w:p>
    <w:p>
      <w:r>
        <w:rPr>
          <w:b w:val="0"/>
          <w:i w:val="0"/>
        </w:rPr>
        <w:t>Bitch CC : KEY, Mrs I M Keydella Kafe Noir</w:t>
      </w:r>
    </w:p>
    <w:p>
      <w:r>
        <w:rPr>
          <w:b w:val="0"/>
          <w:i w:val="0"/>
        </w:rPr>
        <w:t>Res Bitch CC : PERCIVAL, Mrs M A Wynfaul New Years Eve JW</w:t>
      </w:r>
    </w:p>
    <w:p>
      <w:r>
        <w:rPr>
          <w:b w:val="0"/>
          <w:i w:val="0"/>
        </w:rPr>
        <w:t>Best Puppy : HARVEY MAJOR, Mrs S FLOKI THE JESTER IN LINJOR</w:t>
      </w:r>
    </w:p>
    <w:p>
      <w:r>
        <w:rPr>
          <w:b w:val="0"/>
          <w:i w:val="0"/>
        </w:rPr>
        <w:t>Best Veteran : PARKER, Mrs S Sh Ch Poniel Reason To Believe at Bruadarach Sh.CM</w:t>
      </w:r>
    </w:p>
    <w:p>
      <w:r>
        <w:rPr>
          <w:b w:val="0"/>
          <w:i w:val="0"/>
        </w:rPr>
        <w:t>Best Special Beginner : POTTER, Ms H M HARROP PICK POCKET</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