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- 09/12/2011"</w:t>
      </w:r>
      <w:r>
        <w:br/>
      </w:r>
      <w:r>
        <w:rPr>
          <w:b w:val="0"/>
          <w:i w:val="0"/>
        </w:rPr>
        <w:br/>
        <w:t>date_original: "09/12/2011"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"2026-09-13T22:47:20"</w:t>
      </w:r>
      <w:r>
        <w:br/>
      </w:r>
      <w:r>
        <w:rPr>
          <w:b w:val="0"/>
          <w:i w:val="0"/>
        </w:rPr>
        <w:br/>
        <w:t>word_count: 905</w:t>
      </w:r>
    </w:p>
    <w:p>
      <w:r>
        <w:t>――――――――――――――――――――――――――――――</w:t>
      </w:r>
    </w:p>
    <w:p>
      <w:r>
        <w:rPr>
          <w:b w:val="0"/>
          <w:i w:val="0"/>
        </w:rPr>
        <w:t>NEWS MEMBERS' AREA SHOP SUBSCRIBE UPCOMING SHOWS MORE</w:t>
      </w:r>
    </w:p>
    <w:p>
      <w:r>
        <w:rPr>
          <w:b w:val="0"/>
          <w:i w:val="0"/>
        </w:rPr>
        <w:t>RETRIEVER LABRADOR</w:t>
      </w:r>
    </w:p>
    <w:p>
      <w:r>
        <w:rPr>
          <w:b w:val="0"/>
          <w:i w:val="0"/>
        </w:rPr>
        <w:t>Issue: 09/12/2011</w:t>
      </w:r>
    </w:p>
    <w:p>
      <w:r>
        <w:rPr>
          <w:b w:val="0"/>
          <w:i w:val="0"/>
        </w:rPr>
        <w:t>Many thanks to Janet Cole for forwarding the results of East Anglian Labrador Club Open show which was judged by Ms L Reardon. There were 81 dogs and bitches entered and Best in Show was Allen and Guildfords yellow, Mandursans Aphrodite with Allenie JW. Reserve Best in Show was Sussie Wiles yellow, Richbourne Silver Surprise and Best Puppy was Maxine Crocker Williams yellow, Secret Moments at Alkamhurst. Best Veteran was Leigh Lesley's Sh Ch Steeleigh Star Performer.</w:t>
      </w:r>
    </w:p>
    <w:p>
      <w:r>
        <w:rPr>
          <w:b w:val="0"/>
          <w:i w:val="0"/>
        </w:rPr>
        <w:t>News has been broadcast that 70 dogs have died as a result of eating chicken jerky treats that were made in China. All brands concerned have been recalled, but perhaps it would be best to check the origins of any you have already in store and dispose of them safely, rather than risk making your dogs ill.</w:t>
      </w:r>
    </w:p>
    <w:p>
      <w:r>
        <w:rPr>
          <w:b w:val="0"/>
          <w:i w:val="0"/>
        </w:rPr>
        <w:t>With little news about, have a go at this wonderful exercise for people over 50. "Begin by standing on a comfortable surface, where you have plenty of room at each side. With a 5-lb potato bag in each hand, extend your arms straight out from your sides and hold them there as long as you can. Try to reach a full minute, and then relax.</w:t>
      </w:r>
    </w:p>
    <w:p>
      <w:r>
        <w:rPr>
          <w:b w:val="0"/>
          <w:i w:val="0"/>
        </w:rPr>
        <w:t>Each day you'll find that you can hold this position for just a bit longer. After a couple of weeks, move up to 10-lb potato bags.</w:t>
      </w:r>
    </w:p>
    <w:p>
      <w:r>
        <w:rPr>
          <w:b w:val="0"/>
          <w:i w:val="0"/>
        </w:rPr>
        <w:t>Then try 50-lb potato bags and then eventually try to get to where you can lift a 100-lb potato bag in each hand and hold your arms straight for more than a full minute.  (I'm at this level.)</w:t>
      </w:r>
    </w:p>
    <w:p>
      <w:r>
        <w:rPr>
          <w:b w:val="0"/>
          <w:i w:val="0"/>
        </w:rPr>
        <w:t>After you feel confident at that level, put a potato in each bag!"</w:t>
      </w:r>
    </w:p>
    <w:p>
      <w:r>
        <w:rPr>
          <w:b w:val="0"/>
          <w:i w:val="0"/>
        </w:rPr>
        <w:t>Hope that wasn't too much of a strain.</w:t>
      </w:r>
    </w:p>
    <w:p>
      <w:r>
        <w:rPr>
          <w:b w:val="0"/>
          <w:i w:val="0"/>
        </w:rPr>
        <w:t>The following is next years list of Championship show judges for Labradors. Please double check the dates at the time of entering:</w:t>
      </w:r>
    </w:p>
    <w:p>
      <w:r>
        <w:rPr>
          <w:b w:val="0"/>
          <w:i w:val="0"/>
        </w:rPr>
        <w:t>06/01/12, Boston and DCS - Frank Gawthorpe (dogs), Helen Steven (bitches). 22/01/12, Manchester DSS - Per Iversen, Norway (dogs and bitches) 04/02/12 LRC of Wales - Istvan Nagy, Hungary (dogs), Erica Jayes (Bitches) 03/03/12 East Anglian LRC - brian Parrot (dogs), Liz Cartledge (bitches) 09/03/12 Crufts - Richard Edwards (dogs), Chris Jury (Bitches) 17/03/12 Three Ridings LRC - Anthony Allen (dogs), Jane Rawlinson (bitches) 31/03/12 Joint Labrador Clubs Champ Show - Janet Cole (dogs), Lynda Heron (bitches) 01/04/12 Kent, Surrey and Sussex LRC - Sheelin Cuthbert (dogs), Jan Roger Sauge (bitches) 21/04/12 Midland Counties LRC - Margaret Grant (dogs), Karl Gawthorpe (bitches) 29/04/12 WELKS - Frank Kane (dogs), Janet Cole (bitches) 05/05/12 Lab Club Of NI - Alan Porter (dogs and bitches) 10/05/12 Birmingham DSS - Lorna Blackie (dogs and bitches) 18/05/12 Scottish KC - Elizabeth Hallgarth (dogs and bitches) 19/05/12 Lab Club Of Scotland - Mark Rawlinson (dogs), Caron Morton (bitches) 26/05/12 Bath CS - Karl Gawthorpe (dogs), Richard Stafford (bitches) 01/06/12 Southern Counties CA - David Wilmhurst (dogs and bitches) 08/06/12 Three Counties AS - Carole Coode (dogs and bitches) 09/06/12 The Lab Ret Club - Margaret Litherland (dogs), Shaun Williamson (bitches)17/06/12 Border Union.  AS - Sven Slettedal (dogs and bitches) 23/06/12 Blackpool and DCS - Mo Paremain (dogs), Gary Johnson (bitches) 29/06/12 Windsor Dog SS - Chris Bayliss  (dogs), Chris Bayliss (bitches) 04/0712 Cotswold and Wyevern LRC - Richard Stafford (dogs), David Craig (bitches) 07/07/12 East Of England AS- Chris Mills (dogs), Ian Ganney (bitches) 28/07/12 Leeds City and DCA - Anne Lavelle (dogs), Richard Wiles (bitches) 04/08/12 National Gundog Assn - Sue Marskell (dogs), Andrew Brown (bitches) 07/08/12 Paignton and Dist Fanciers Assn - Peter Taylor (dogs and bitches) 08/08/12 united Ret club -Andrew Brown (dogs), Jean Allen (bitches) 11/08/12 Bournemouth CA - Celia Turner (dogs), Anne Lavelle (bitches) 19/08/12 Welsh KC - judith Charlton (dogs and bitches) 28/08/12 Scottish KC - Valerie Foss (dogs and bitches) 02/09/12 City Of Birmingham CA - Lynda Miles (dogs and bitches) 09/09/12 Richmond DSS - Ann Britton (dogs and bitches) 16/09/12  Darlington DSS - Moa Persson (dogs and bitches) 21/09/12 Driffield Agricultural Soc  - Julia Lewis (dogs and bitches) 29/09/12 - Yellow Lab Club - Linda Harvey-Major (dogs) Tony Foyd (bitches) 29/09/12 Belfast Dog Show Soc - TBC. 06/10/12 northumberland and Durham LRC - Robin Pollock (dogs), Vic Cole (bitches) 07/10/12 North West LRC - Margaret Robinson (dogs), Jackie Hodge (bitches) 12/10/12 South Wales KA - Margaret Woods (dogs and bitches) 17/10/12 Gundog Soc of Wales  - TBC.  27/10/12 midland Counties CS - David Coode (dogs and bitches) West Of England Lab Club - TBC. 10/11/12 Gundog Breeds Assn Of scotland - Dogs TBC, Brian Lowe (bitches) 16/12/12 - LKA - Marion Hopkinson (dogs and bitchs)</w:t>
      </w:r>
    </w:p>
    <w:p>
      <w:r>
        <w:rPr>
          <w:b w:val="0"/>
          <w:i w:val="0"/>
        </w:rPr>
        <w:t>Ann Britton</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