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- 11/01/2019 - ISSUE"</w:t>
      </w:r>
      <w:r>
        <w:br/>
      </w:r>
      <w:r>
        <w:rPr>
          <w:b w:val="0"/>
          <w:i w:val="0"/>
        </w:rPr>
        <w:br/>
        <w:t>date_original: "11/01/2019 - ISSUE"</w:t>
      </w:r>
      <w:r>
        <w:br/>
      </w:r>
      <w:r>
        <w:rPr>
          <w:b w:val="0"/>
          <w:i w:val="0"/>
        </w:rPr>
        <w:br/>
        <w:t>source_url: "https://www.ourdogs.co.uk/members/breednotes/RetrieverLabradorMain.php"</w:t>
      </w:r>
      <w:r>
        <w:br/>
      </w:r>
      <w:r>
        <w:rPr>
          <w:b w:val="0"/>
          <w:i w:val="0"/>
        </w:rPr>
        <w:br/>
        <w:t>scraped_at: "2026-09-13T15:21:18"</w:t>
      </w:r>
      <w:r>
        <w:br/>
      </w:r>
      <w:r>
        <w:rPr>
          <w:b w:val="0"/>
          <w:i w:val="0"/>
        </w:rPr>
        <w:br/>
        <w:t>word_count: 2344</w:t>
      </w:r>
    </w:p>
    <w:p>
      <w:r>
        <w:t>――――――――――――――――――――――――――――――</w:t>
      </w:r>
    </w:p>
    <w:p>
      <w:r>
        <w:rPr>
          <w:b w:val="0"/>
          <w:i w:val="0"/>
        </w:rPr>
        <w:t>NEWS MEMBERS' AREA SHOP SUBSCRIBE UPCOMING SHOWS MORE</w:t>
      </w:r>
    </w:p>
    <w:p>
      <w:r>
        <w:rPr>
          <w:b w:val="0"/>
          <w:i w:val="0"/>
        </w:rPr>
        <w:t>RETRIEVER LABRADOR</w:t>
      </w:r>
    </w:p>
    <w:p>
      <w:r>
        <w:rPr>
          <w:b w:val="0"/>
          <w:i w:val="0"/>
        </w:rPr>
        <w:t>Issue: 11/01/2019</w:t>
      </w:r>
    </w:p>
    <w:p>
      <w:r>
        <w:rPr>
          <w:b w:val="0"/>
          <w:i w:val="0"/>
        </w:rPr>
        <w:t xml:space="preserve">Over Christmas news that the Hungarian Retriever Rescue, the Labrador Retriever Club of Hungary and Hungarian authorities, had raided a Hungarian puppy mill/Labrador breeding kennel came to light on social media, around the world. </w:t>
      </w:r>
    </w:p>
    <w:p>
      <w:r>
        <w:rPr>
          <w:b w:val="0"/>
          <w:i w:val="0"/>
        </w:rPr>
        <w:t xml:space="preserve">The Labrador show world is stunned; reeling in sheer horror.  29 emaciated dogs of retriever breeds, reported on the verge of complete starvation were removed in the raid, 23 of them well bred, pedigree, microchipped Labradors, some obviously obtained by deception as recently as 2018 from well- respected show kennels across Europe, USA and England. </w:t>
      </w:r>
    </w:p>
    <w:p>
      <w:r>
        <w:rPr>
          <w:b w:val="0"/>
          <w:i w:val="0"/>
        </w:rPr>
        <w:t>Gruesome photographs showing the skeletally thin yet still trusting animals, of breeding most of us know very well and whose type we recognise. It was hard to comprehend how this could happen on such a scale.</w:t>
      </w:r>
    </w:p>
    <w:p>
      <w:r>
        <w:rPr>
          <w:b w:val="0"/>
          <w:i w:val="0"/>
        </w:rPr>
        <w:t>They all appeared crammed together in tiny outdoor runs, in sub-zero temperatures, standing in  filth, bravely alive, these once handsome creatures, now starving and without water, just waiting and hoping that life surely must hold a better future for them.</w:t>
      </w:r>
    </w:p>
    <w:p>
      <w:r>
        <w:rPr>
          <w:b w:val="0"/>
          <w:i w:val="0"/>
        </w:rPr>
        <w:t>Tragically other Labradors were already dead, including a poor black Lab bitch, her body callously abandoned in a kennel, having apparently died during a lonely failed whelping. The bodies of others who hadn't made it were scattered around the premises, unburied.</w:t>
      </w:r>
    </w:p>
    <w:p>
      <w:r>
        <w:rPr>
          <w:b w:val="0"/>
          <w:i w:val="0"/>
        </w:rPr>
        <w:t>Such cruelty is impossible to comprehend.</w:t>
      </w:r>
    </w:p>
    <w:p>
      <w:r>
        <w:rPr>
          <w:b w:val="0"/>
          <w:i w:val="0"/>
        </w:rPr>
        <w:t>Once safely in Labrador rescue kennels, under the auspices of the Hungarian authorities, each microchipped animal underwent an in depth veterinary examination, including blood tests. In general, their microchips identified their breeding. The veterinary reports and photos of each dog were posted.</w:t>
      </w:r>
    </w:p>
    <w:p>
      <w:r>
        <w:rPr>
          <w:b w:val="0"/>
          <w:i w:val="0"/>
        </w:rPr>
        <w:t>When weighed, adults, mature in years were no heavier than five month old puppies, under 20 kilos, half their normal weight. It was doubtful as to whether they would all survive.</w:t>
      </w:r>
    </w:p>
    <w:p>
      <w:r>
        <w:rPr>
          <w:b w:val="0"/>
          <w:i w:val="0"/>
        </w:rPr>
        <w:t>If they do survive, many of the Labradors will require extensive ongoing veterinary treatment. A fund has been opened by the Hungarian Retriever Rescue and  I understand over 20,000 euros has so far been donated from all over Europe and the US.</w:t>
      </w:r>
    </w:p>
    <w:p>
      <w:r>
        <w:rPr>
          <w:b w:val="0"/>
          <w:i w:val="0"/>
        </w:rPr>
        <w:t>Here, in the UK Elaine Grummett has opened a Gofundme collection under the heading , "Support the Retriever Rescue of Hungary organised by Labrador Supporters UK" with donations in just a few days since opening, already nearing Â£1000.</w:t>
      </w:r>
    </w:p>
    <w:p>
      <w:r>
        <w:rPr>
          <w:b w:val="0"/>
          <w:i w:val="0"/>
        </w:rPr>
        <w:t>This tragic story has to be a wake-up call to everyone breeding a litter of Labradors to be doubly careful when selecting homes. If experienced breeders can be duped as to the authenticity of a purchaser with a good story, so can any of us.</w:t>
      </w:r>
    </w:p>
    <w:p>
      <w:r>
        <w:rPr>
          <w:b w:val="0"/>
          <w:i w:val="0"/>
        </w:rPr>
        <w:t>Certainly this must be the worst shock possible to those whose long standing, hard earned reputations have caused such a person to seek them out. The knowledge that their trusting animals ended up in this tragic, hell hole will forever be embedded on their minds, night and day.</w:t>
      </w:r>
    </w:p>
    <w:p>
      <w:r>
        <w:rPr>
          <w:b w:val="0"/>
          <w:i w:val="0"/>
        </w:rPr>
        <w:t xml:space="preserve">Our puppies do not ask to be born. I have heard adverse complaints over the years because I refuse to sell my puppies to show homes abroad and how silly that is. This saga is perfect proof to me that unless purchasers are actual longstanding personal friends of many years, where the dogs future environment is 100% guaranteed for life, my advice is, forget it!  </w:t>
      </w:r>
    </w:p>
    <w:p>
      <w:r>
        <w:rPr>
          <w:b w:val="0"/>
          <w:i w:val="0"/>
        </w:rPr>
        <w:t>My apologies to Arwyn Ellis and family whose home bred black dog, Dolwen Johnny Be Good won the CC and Best of Breed at Belfast in September under judge Mr Richardson (Darrochonna) and inadvertently got missed off my Dog CC winners list. Do let me know if there are any other unintended omissions or errors. In an ideal world without my ongoing dose of flu and bronchitis, hopefullly I would get it right first time!</w:t>
      </w:r>
    </w:p>
    <w:p>
      <w:r>
        <w:rPr>
          <w:b w:val="0"/>
          <w:i w:val="0"/>
        </w:rPr>
        <w:t>The championship show year of 2019 commenced at Boston. The judge was Liz Peggs taking on the role for her first time. From and entry of 180, her winners were :-</w:t>
      </w:r>
    </w:p>
    <w:p>
      <w:r>
        <w:rPr>
          <w:b w:val="0"/>
          <w:i w:val="0"/>
        </w:rPr>
        <w:t>Dog CC Fiona Braddons yellow Trendlewood Born to Run JW. Winning his second CC.</w:t>
      </w:r>
    </w:p>
    <w:p>
      <w:r>
        <w:rPr>
          <w:b w:val="0"/>
          <w:i w:val="0"/>
        </w:rPr>
        <w:t>Dog RCC - Christine Bailiss yellow, Sh Ch Tissalian Hi jack.</w:t>
      </w:r>
    </w:p>
    <w:p>
      <w:r>
        <w:rPr>
          <w:b w:val="0"/>
          <w:i w:val="0"/>
        </w:rPr>
        <w:t>Bitch CC, her second, the Hodge family's black, Naiken Dance Rhythm JW IR Jun Ch.</w:t>
      </w:r>
    </w:p>
    <w:p>
      <w:r>
        <w:rPr>
          <w:b w:val="0"/>
          <w:i w:val="0"/>
        </w:rPr>
        <w:t>Bitch RCC- Lulukellas Hometown Glory owned by Mrs J McFaull.</w:t>
      </w:r>
    </w:p>
    <w:p>
      <w:r>
        <w:rPr>
          <w:b w:val="0"/>
          <w:i w:val="0"/>
        </w:rPr>
        <w:t>Best Puppy - Fiona Braddons yellow Bitch Trendlewood Simply the Best.</w:t>
      </w:r>
    </w:p>
    <w:p>
      <w:r>
        <w:rPr>
          <w:b w:val="0"/>
          <w:i w:val="0"/>
        </w:rPr>
        <w:t>Best Special Beginner was Kirsty Smith and Bibbys yellow Bruxinho a Million Dreams who won the Best Special Beginners Group on Gundog Day and returned two days later to win Reserve Best Special Beginners in Show. Many congratulations.</w:t>
      </w:r>
    </w:p>
    <w:p>
      <w:r>
        <w:rPr>
          <w:b w:val="0"/>
          <w:i w:val="0"/>
        </w:rPr>
        <w:t>Best handler in the Young Kennel Club Handling 18-24 years was Becca Mills.</w:t>
      </w:r>
    </w:p>
    <w:p>
      <w:r>
        <w:rPr>
          <w:b w:val="0"/>
          <w:i w:val="0"/>
        </w:rPr>
        <w:t>The day following her success at Boston, Becci Hodge qualified Naiken Classic ClichÃ© at the Flat Coat Retriever Society's Shooting Dog Certificate and Gundog Working Certificate day. I do envy Beccis boundless energy!</w:t>
      </w:r>
    </w:p>
    <w:p>
      <w:r>
        <w:rPr>
          <w:b w:val="0"/>
          <w:i w:val="0"/>
        </w:rPr>
        <w:t xml:space="preserve">Becci writes- </w:t>
      </w:r>
    </w:p>
    <w:p>
      <w:r>
        <w:rPr>
          <w:b w:val="0"/>
          <w:i w:val="0"/>
        </w:rPr>
        <w:t>" The Flat Coat Retriever Society held a Shooting Dog Certificate and Kennel Club Show Gundog Working Certificate Day at Fretwell Shoot, Beckingham, Doncaster on 5th January 2019.</w:t>
      </w:r>
    </w:p>
    <w:p>
      <w:r>
        <w:rPr>
          <w:b w:val="0"/>
          <w:i w:val="0"/>
        </w:rPr>
        <w:t>There were only 4 dogs trying for the Show Gundog Working Certificate - 2 Flatcoats, 1 Golden and my Labrador. 5 Flat coated Retrievers were running in the SDC.</w:t>
      </w:r>
    </w:p>
    <w:p>
      <w:r>
        <w:rPr>
          <w:b w:val="0"/>
          <w:i w:val="0"/>
        </w:rPr>
        <w:t>The 2 judges were Steve (A panel) and Anne Crookes who put on a lovely test and were both very supportive.</w:t>
      </w:r>
    </w:p>
    <w:p>
      <w:r>
        <w:rPr>
          <w:b w:val="0"/>
          <w:i w:val="0"/>
        </w:rPr>
        <w:t>We were split into 2 groups as the shooting dog certificates needed at least 5 retrieves each.</w:t>
      </w:r>
    </w:p>
    <w:p>
      <w:r>
        <w:rPr>
          <w:b w:val="0"/>
          <w:i w:val="0"/>
        </w:rPr>
        <w:t>The dogs all sat steadily through a long first drive with a lot of birds falling and an added distraction of a hare running straight through the line of dogs that I was in!!!</w:t>
      </w:r>
    </w:p>
    <w:p>
      <w:r>
        <w:rPr>
          <w:b w:val="0"/>
          <w:i w:val="0"/>
        </w:rPr>
        <w:t>After the drive finished we all had our first retrieve, which we all successfully completed. We then headed to the water, which 3 of us completed. After that we  needed to sweep back across the field from the first drive and pick the remaining birds. Alll 4 dogs successfully found a lot more birds and delivered them back to their handlers without any issues.</w:t>
      </w:r>
    </w:p>
    <w:p>
      <w:r>
        <w:rPr>
          <w:b w:val="0"/>
          <w:i w:val="0"/>
        </w:rPr>
        <w:t>On the 2nd drive both groups joined together in line and steadiness was tested, with the majority of dogs being successful.</w:t>
      </w:r>
    </w:p>
    <w:p>
      <w:r>
        <w:rPr>
          <w:b w:val="0"/>
          <w:i w:val="0"/>
        </w:rPr>
        <w:t>Once the drive was over we waited to pick up on the 3rd drive, but nothing came our way.</w:t>
      </w:r>
    </w:p>
    <w:p>
      <w:r>
        <w:rPr>
          <w:b w:val="0"/>
          <w:i w:val="0"/>
        </w:rPr>
        <w:t xml:space="preserve">By lunch everyone had completed the required standards for the SGWC and FCR Shooting Dog Certificate (which looks really interesting by the way)!! </w:t>
      </w:r>
    </w:p>
    <w:p>
      <w:r>
        <w:rPr>
          <w:b w:val="0"/>
          <w:i w:val="0"/>
        </w:rPr>
        <w:t xml:space="preserve">Both the Flatcoats gained their Show Gundog Working Certificate- one becoming a full champion and so did the Labrador, my own Labrador, Naiken Classic Cliche. </w:t>
      </w:r>
    </w:p>
    <w:p>
      <w:r>
        <w:rPr>
          <w:b w:val="0"/>
          <w:i w:val="0"/>
        </w:rPr>
        <w:t xml:space="preserve">Of the Shooting Dog Cetrificate, only 2 out of the 5 passed, but to the highest standard and gained an 'A' certificate - one being the top Flat Coated Retriever for 2018. </w:t>
      </w:r>
    </w:p>
    <w:p>
      <w:r>
        <w:rPr>
          <w:b w:val="0"/>
          <w:i w:val="0"/>
        </w:rPr>
        <w:t xml:space="preserve">Thank you to the shoot keeper and Helen Fox for giving us access to their shoot; to the 2 judges and to the FCR society for holding the qualifier, which I was lucky enough to come across. I had been looking for a qualifier as I couldn't attended the one held in December by the Goldens. </w:t>
      </w:r>
    </w:p>
    <w:p>
      <w:r>
        <w:rPr>
          <w:b w:val="0"/>
          <w:i w:val="0"/>
        </w:rPr>
        <w:t>It was a lovely day (although cold!) and everyone was very friendly and welcoming and needless to say I floated home on the long drive back!!!"</w:t>
      </w:r>
    </w:p>
    <w:p>
      <w:r>
        <w:rPr>
          <w:b w:val="0"/>
          <w:i w:val="0"/>
        </w:rPr>
        <w:t>Thank you so much Becci for such an interesting report. It sounds a fabulous day.</w:t>
      </w:r>
    </w:p>
    <w:p>
      <w:r>
        <w:rPr>
          <w:b w:val="0"/>
          <w:i w:val="0"/>
        </w:rPr>
        <w:t>Would all Midland Counties Lab Club members please amend their standing orders as the subscriptions for 2019 have increased to Â£10 single membership and Â£15 for a Joint membership.</w:t>
      </w:r>
    </w:p>
    <w:p>
      <w:r>
        <w:rPr>
          <w:b w:val="0"/>
          <w:i w:val="0"/>
        </w:rPr>
        <w:t xml:space="preserve">Cotswold and Wyevern LRC Membership fees are due on 1st Jan. Â£6.00 single and Â£8 joint. Membership lapses if unpaid by 1st March 2019. The club Open Show where the judge is Judith Keating is on 9th February and will be held at a new venue. The hall at Norton we have become so accustomed to using for dog shows for very many years is sadly now removed from the list of halls available. Congratulations to the committee successfully seeking out a new venue, which is Forest Oak Farm, Purlieu, Lydney Gloucestershire GL15 4LN. Online Entries via Fosse Data close 17 th January 2019. Enquiries to Ms C Jenkins </w:t>
      </w:r>
    </w:p>
    <w:p>
      <w:r>
        <w:rPr>
          <w:b w:val="0"/>
          <w:i w:val="0"/>
        </w:rPr>
        <w:t>07813304660/ 01531 634183 The Club AGM will be held after</w:t>
      </w:r>
    </w:p>
    <w:p>
      <w:r>
        <w:rPr>
          <w:b w:val="0"/>
          <w:i w:val="0"/>
        </w:rPr>
        <w:t>Treasurer of the Yellow Labrador Club Paul Collins notes that members subs are increasing to Â£12 single and Â£17 Joint.</w:t>
      </w:r>
    </w:p>
    <w:p>
      <w:r>
        <w:rPr>
          <w:b w:val="0"/>
          <w:i w:val="0"/>
        </w:rPr>
        <w:t>Those intending to enter Crufts are reminded that whilst postal entries closed on Monday 7th January (postmarked), online entries can still be made up to Monday 21st January.</w:t>
      </w:r>
    </w:p>
    <w:p>
      <w:r>
        <w:rPr>
          <w:b w:val="0"/>
          <w:i w:val="0"/>
        </w:rPr>
        <w:t xml:space="preserve">The Gundog group will be shown on Thursday 7th March; The entry fee for breed classes is Â£30 per dog, with subsequent entries free. Full details of fees for the Gamekeepers' classes and Young Kennel Club classes are given in the schedule along with admission prices. </w:t>
      </w:r>
    </w:p>
    <w:p>
      <w:r>
        <w:rPr>
          <w:b w:val="0"/>
          <w:i w:val="0"/>
        </w:rPr>
        <w:t>Exhibitors are asked to note that the West car park is no longer part of the NEC site, so all parking will be in either the South or East car parks in which there is ample parking. The price, if booked with dog entry (exhibitors only), is Â£11 per day; booked in advance via the NEC website, Â£12 per day; paid on the day (online or at the NEC), Â£16 per day. These prices are set by the venue.</w:t>
      </w:r>
    </w:p>
    <w:p>
      <w:r>
        <w:rPr>
          <w:b w:val="0"/>
          <w:i w:val="0"/>
        </w:rPr>
        <w:t>After the long Christmas and New Year break and now suffering from a nasty flu bug, bronchitis and my head feeling as though its stuffed with cotton wool, I will attempt to complete the 2018 records with the list of the Bitch CC winners. They are set out in order of the number of CCs won. The awarding judges are listed behind the shows.</w:t>
      </w:r>
    </w:p>
    <w:p>
      <w:r>
        <w:rPr>
          <w:b w:val="0"/>
          <w:i w:val="0"/>
        </w:rPr>
        <w:t>In 2018 there were 28 different bitches sharing the CCs.</w:t>
      </w:r>
    </w:p>
    <w:p>
      <w:r>
        <w:rPr>
          <w:b w:val="0"/>
          <w:i w:val="0"/>
        </w:rPr>
        <w:t>Penny Carpaninis black bitch Sh Ch Carpenny Portia won 5 CCs at Southern Counties, Three Counties, Leeds, National Gundog and West of England Lab Club BIS. The awarding judges were Chris Atkinson, Enir Matulla, Ronwein Phillips, Lorraine Tooth and Jane Rawlinson</w:t>
      </w:r>
    </w:p>
    <w:p>
      <w:r>
        <w:rPr>
          <w:b w:val="0"/>
          <w:i w:val="0"/>
        </w:rPr>
        <w:t>Ed Casey and Cameron Cavellos yellow Sh Ch Lembas Kiss Me Kate at Moyglas won 4 CCs, 3BOBs and 2 x Group 4. The shows were WELKS -BOB, Bournemouth, Northumberland and Durham Lab Club -BIS and Midland Counties Canine Society BOB GP4. The judges were Keith Young, Sheila Walton, Rosemary Hewitt and Alison Scutcher. The Group wins were under Keith Nathan and Hilda Parkinson</w:t>
      </w:r>
    </w:p>
    <w:p>
      <w:r>
        <w:rPr>
          <w:b w:val="0"/>
          <w:i w:val="0"/>
        </w:rPr>
        <w:t>Linda Harvey Majors yellow Sh Ch Anuedis Everybody is Fine in Linjor won 3 CCs and 1 BOB at Boston, Driffield and Gundog Breeds of Scotland under judges Mairi Brown, Andrew Brown and Colin Woodward.</w:t>
      </w:r>
    </w:p>
    <w:p>
      <w:r>
        <w:rPr>
          <w:b w:val="0"/>
          <w:i w:val="0"/>
        </w:rPr>
        <w:t>Maxine Woodleys black Sh Ch A Sense of Pleasures Ylvi at Alkamhurst won 3 CCs and 1 BOB at Three Ridings, Lab Club of Scotland and Richmond under judges Sian Ellis, David Nightingale and Robin Pollock.</w:t>
      </w:r>
    </w:p>
    <w:p>
      <w:r>
        <w:rPr>
          <w:b w:val="0"/>
          <w:i w:val="0"/>
        </w:rPr>
        <w:t>Richard Staffords yellow Sh Ch Arrowmoy Fairytale to New York Farnfield won 2CCs and Group 1. The first at  SKC plus Group 1 - Judges breed - Kathy Gorman and Group - Moray Armstrong and the second at  Belfast under J Richardson.</w:t>
      </w:r>
    </w:p>
    <w:p>
      <w:r>
        <w:rPr>
          <w:b w:val="0"/>
          <w:i w:val="0"/>
        </w:rPr>
        <w:t>Karen Powells yellow Sh Ch Seatallan Yellow Archangel won 2 CCs both with BOB, at Darlington  and at North West Lab Club  under judges Mac Bedford and Richard Edwards.</w:t>
      </w:r>
    </w:p>
    <w:p>
      <w:r>
        <w:rPr>
          <w:b w:val="0"/>
          <w:i w:val="0"/>
        </w:rPr>
        <w:t xml:space="preserve">Marion Hopkinsons yellow Sh Ch Kilburnpark Miss Maureen won 2 CCs, at Kent Surrey and Sussex LRC and at Midland Counties Lab Club - BIS. Judges were Judith Charlton and Gary Johnson </w:t>
      </w:r>
    </w:p>
    <w:p>
      <w:r>
        <w:rPr>
          <w:b w:val="0"/>
          <w:i w:val="0"/>
        </w:rPr>
        <w:t>Carole and Mervyn Reynolds yellow Sh Ch  Carromer Shimmering Satin won 1CC BOB and Group 2  at Welsh Kennel Club under Christine Bailiss, breed judge and Group - Richard Bott</w:t>
      </w:r>
    </w:p>
    <w:p>
      <w:r>
        <w:rPr>
          <w:b w:val="0"/>
          <w:i w:val="0"/>
        </w:rPr>
        <w:t>Fiona Braddons yellow Sh Ch Trendlewood Silent Night won 1CC and 1BIS at Lab Club of Wales under Joan Woodall.</w:t>
      </w:r>
    </w:p>
    <w:p>
      <w:r>
        <w:rPr>
          <w:b w:val="0"/>
          <w:i w:val="0"/>
        </w:rPr>
        <w:t>The Rawlinsons yellow Shanorrel Soiree at Halshimoor won 1 CC and 1 BIS at East Anglian Lab Club under Mandy Stewart</w:t>
      </w:r>
    </w:p>
    <w:p>
      <w:r>
        <w:rPr>
          <w:b w:val="0"/>
          <w:i w:val="0"/>
        </w:rPr>
        <w:t>Anthony Allen and Guildfodrs yellow Allenies Athena at Mandursan won 1 CC and BOB at Birmingham National under  judge Liz Cartledge</w:t>
      </w:r>
    </w:p>
    <w:p>
      <w:r>
        <w:rPr>
          <w:b w:val="0"/>
          <w:i w:val="0"/>
        </w:rPr>
        <w:t>The Hodge familys chocolate Naiken Carinsia won 1 CC and BIS at Lab Club of Northern Ireland under Frank Gilroy</w:t>
      </w:r>
    </w:p>
    <w:p>
      <w:r>
        <w:rPr>
          <w:b w:val="0"/>
          <w:i w:val="0"/>
        </w:rPr>
        <w:t>Sussie Wiles black Ch Dolhamhalt Dazzler of Richbourne won 1 CC and BOB at Bath under Bruce Carter</w:t>
      </w:r>
    </w:p>
    <w:p>
      <w:r>
        <w:rPr>
          <w:b w:val="0"/>
          <w:i w:val="0"/>
        </w:rPr>
        <w:t>Aneudis Isobella won 1 CC and BOB at United Retriever Club under Karl Gawthorpe.</w:t>
      </w:r>
    </w:p>
    <w:p>
      <w:r>
        <w:rPr>
          <w:b w:val="0"/>
          <w:i w:val="0"/>
        </w:rPr>
        <w:t>The OBriens yellow Sh Ch Maxwell Maybelline won 1 CC at Blackpool under Fiona Braddon</w:t>
      </w:r>
    </w:p>
    <w:p>
      <w:r>
        <w:rPr>
          <w:b w:val="0"/>
          <w:i w:val="0"/>
        </w:rPr>
        <w:t>David Coodes black Warringahs Gurley won 1CC at Manchester under Wendy Manning</w:t>
      </w:r>
    </w:p>
    <w:p>
      <w:r>
        <w:rPr>
          <w:b w:val="0"/>
          <w:i w:val="0"/>
        </w:rPr>
        <w:t>Marion Hopkinsons yellow bitch Sh Ch Rocheby Sweet Sensation won 1CC, at Crufts under judge Richard Stafford.</w:t>
      </w:r>
    </w:p>
    <w:p>
      <w:r>
        <w:rPr>
          <w:b w:val="0"/>
          <w:i w:val="0"/>
        </w:rPr>
        <w:t>The black Brigburn Sonoran of Westerluston won 1 CC at SKC under Leigh Lesley</w:t>
      </w:r>
    </w:p>
    <w:p>
      <w:r>
        <w:rPr>
          <w:b w:val="0"/>
          <w:i w:val="0"/>
        </w:rPr>
        <w:t>The Hodge familys Naiken Classic Cliche won 1 CC at the Labrador Retriever Club under David Coode</w:t>
      </w:r>
    </w:p>
    <w:p>
      <w:r>
        <w:rPr>
          <w:b w:val="0"/>
          <w:i w:val="0"/>
        </w:rPr>
        <w:t>Ramsayville Rhubarb Rock at Kinchyle won 1 CC at Border Union judge Alex Douglas</w:t>
      </w:r>
    </w:p>
    <w:p>
      <w:r>
        <w:rPr>
          <w:b w:val="0"/>
          <w:i w:val="0"/>
        </w:rPr>
        <w:t>Kay Jenkins Yellow Sekada Miss Bianca won 1CC at Windsor under judge Mark Rawlinson</w:t>
      </w:r>
    </w:p>
    <w:p>
      <w:r>
        <w:rPr>
          <w:b w:val="0"/>
          <w:i w:val="0"/>
        </w:rPr>
        <w:t>Rusmairas Lambada won 1 CC at Cotswold and Wyevern LRC under Richard Bott</w:t>
      </w:r>
    </w:p>
    <w:p>
      <w:r>
        <w:rPr>
          <w:b w:val="0"/>
          <w:i w:val="0"/>
        </w:rPr>
        <w:t>The OBriens yellow Maxfield Arabella won 1CC at East of England under Ed Casey</w:t>
      </w:r>
    </w:p>
    <w:p>
      <w:r>
        <w:rPr>
          <w:b w:val="0"/>
          <w:i w:val="0"/>
        </w:rPr>
        <w:t>Trewinnard Pimlico won 1CC at Paignton under Bob Lane.</w:t>
      </w:r>
    </w:p>
    <w:p>
      <w:r>
        <w:rPr>
          <w:b w:val="0"/>
          <w:i w:val="0"/>
        </w:rPr>
        <w:t>Mervyn and Carole Reynolds yellow puppy, Carromer Shimmering in Pink won 1CC at City of Birmingham under Allan Taylor.</w:t>
      </w:r>
    </w:p>
    <w:p>
      <w:r>
        <w:rPr>
          <w:b w:val="0"/>
          <w:i w:val="0"/>
        </w:rPr>
        <w:t>Chris and Claire Mills black Sh Ch Lembas Go Gentle won 1 CC at South Wales under Eileen Dobson</w:t>
      </w:r>
    </w:p>
    <w:p>
      <w:r>
        <w:rPr>
          <w:b w:val="0"/>
          <w:i w:val="0"/>
        </w:rPr>
        <w:t>The Hodge familys black Naiken Dance Rhythm won 1 CC, at the Joint Lab Club under Judge Richard Stafford. (Into 2019 and many congratulations as she has started the year with another CC at Boston, but these are solely the records for 2018)</w:t>
      </w:r>
    </w:p>
    <w:p>
      <w:r>
        <w:rPr>
          <w:b w:val="0"/>
          <w:i w:val="0"/>
        </w:rPr>
        <w:t>Brian and Trish Parrotts black Lougin Lyin Eyes won 1CC under Anne Taylor at LKA.</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