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- 20 Jun 2008"</w:t>
      </w:r>
      <w:r>
        <w:br/>
      </w:r>
      <w:r>
        <w:rPr>
          <w:b w:val="0"/>
          <w:i w:val="0"/>
        </w:rPr>
        <w:br/>
        <w:t>date_original: "20 Jun 2008"</w:t>
      </w:r>
      <w:r>
        <w:br/>
      </w:r>
      <w:r>
        <w:rPr>
          <w:b w:val="0"/>
          <w:i w:val="0"/>
        </w:rPr>
        <w:br/>
        <w:t>source_url: "https://www.ourdogs.co.uk/members/breednotes/2008/RetrieverLabrador/RetrieverLabrador-jun20.htm"</w:t>
      </w:r>
      <w:r>
        <w:br/>
      </w:r>
      <w:r>
        <w:rPr>
          <w:b w:val="0"/>
          <w:i w:val="0"/>
        </w:rPr>
        <w:br/>
        <w:t>archive_type: "static_html"</w:t>
      </w:r>
      <w:r>
        <w:br/>
      </w:r>
      <w:r>
        <w:rPr>
          <w:b w:val="0"/>
          <w:i w:val="0"/>
        </w:rPr>
        <w:br/>
        <w:t>scraped_at: "2026-09-13T22:05:11"</w:t>
      </w:r>
      <w:r>
        <w:br/>
      </w:r>
      <w:r>
        <w:rPr>
          <w:b w:val="0"/>
          <w:i w:val="0"/>
        </w:rPr>
        <w:br/>
        <w:t>word_count: 1885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On 7th June the Labrador Retriever Club, the parent club of our breed, held their 65th championship show at Stoneleigh Park, which is situated in the beautiful Warwickshire countryside. The show ran like clockwork under the watchful eyes of Chairman Robin Wise, Vice Chairman Richard Stafford, Secretary Arwyn Ellis and their experienced team of committee members. There was an excellent entry of 415 dogs for judges Jane Palmer (Dogs) and Eva Mjelde (Bitches).</w:t>
      </w:r>
    </w:p>
    <w:p>
      <w:r>
        <w:rPr>
          <w:b w:val="0"/>
          <w:i w:val="0"/>
        </w:rPr>
        <w:t>Over the last few years, the show has experienced boiling hot weather with everyone normally jockeying for position in the limited shade of the ancient spreading oak tree in the centre of the ground next to the outside rings. This year, whilst it was dry all day, the sky was overcast; it was even a trifle chilly at times, which made for excellent dog showing conditions. The many spectators were able to sit comfortably around the rings and watch the judging without fear of getting sunstroke!</w:t>
      </w:r>
    </w:p>
    <w:p>
      <w:r>
        <w:rPr>
          <w:b w:val="0"/>
          <w:i w:val="0"/>
        </w:rPr>
        <w:t>As I find with the National at Stafford (where the County Agricultural show is just two weeks after the dog show) when hiring this venue, the committee has to take into account the fact that the Royal Agricultural Show will be using the same ground just a few weeks later. Hence, the club has no control over the quality of the rings or the maintenance or length of the grass; this is in the control of Stoneleigh. Yes, the grass was longer than we have come to expect, but so what, we are showing Labradors (with legs) and it certainly showed up those who were a trifle vertically challenged.</w:t>
      </w:r>
    </w:p>
    <w:p>
      <w:r>
        <w:rPr>
          <w:b w:val="0"/>
          <w:i w:val="0"/>
        </w:rPr>
        <w:t>Eva, the judge of the bitch entry, kept us all on our toes throughout the day. I shall remember with amusement her remonstration about the shape and direction of my triangle, “the most peculiarly shaped triangle ever observed!” (In my defence, running with a hip replacement on uneven ground is not the easiest… the aim is not to fall over). However, it did produce a few ringside chuckles though. I am glad to say that other handlers weren’t so perfect either and also came in for some stick for either standing in the wrong place or facing the wrong way round. It was all meant and taken in a very friendly way.</w:t>
      </w:r>
    </w:p>
    <w:p>
      <w:r>
        <w:rPr>
          <w:b w:val="0"/>
          <w:i w:val="0"/>
        </w:rPr>
        <w:t>On this special day, winning the Dog CC, his second, under Jane Palmer, was Claire and Chris Mills yellow, My Jack Sprat at Lembas (Hampsbeck Willies Choice x Tuppence a Bag at Hodexal), winner of the Mid Limit class. His sire, Hampsbeck Willies Choice is a son of Chris and Claire’s yellow dog Lembas to the Moon and Back JW. The Dog RCC was won by Leigh Lesley’s yellow dog Steeleigh Express Order JW (Steeleigh American Express x Donacre Odds On for Steeleigh), winner of the Yearling class.</w:t>
      </w:r>
    </w:p>
    <w:p>
      <w:r>
        <w:rPr>
          <w:b w:val="0"/>
          <w:i w:val="0"/>
        </w:rPr>
        <w:t>The Bitch CC under Eva Mjelde, was won by Sue Marskells black from Open, Sh Ch Berolee Moons Magic Star JW (Lembas to the Moon and Back JW x Berolee Black Magic), who went on to win Best in Show and won lots of trophies to keep her owner busy cleaning for the next 12 months! The Bitch RCC winner was John and Denise Timms’ yellow Remabeto Cherry Pip at Lejie (Rocheby Old Smokey x Lejie Sweet Medicine) who won the Post Graduate class. Best Puppy in Show was Christine Bailiss’s yellow dog Tissalian Hi Ho Silver (Sh Ch Silver Suede over Rocheby x Sh Ch Tissalain Oh Sanchia).</w:t>
      </w:r>
    </w:p>
    <w:p>
      <w:r>
        <w:rPr>
          <w:b w:val="0"/>
          <w:i w:val="0"/>
        </w:rPr>
        <w:t>The Labrador Club show started the busy show period of June and July, where shows come fast and furiously every few days. It will be interesting to see how the rising fuel costs affect the future entries. This morning on TV it even talked about them being doubled in the next twelve months.</w:t>
      </w:r>
    </w:p>
    <w:p>
      <w:r>
        <w:rPr>
          <w:b w:val="0"/>
          <w:i w:val="0"/>
        </w:rPr>
        <w:t>Following hot on the heels of the Labrador Retriever Club Ch show at Stoneleigh, two days later it was the Three Counties Championship show at Malvern. The showground was bathed in strong sunshine and saw the Malvern Hills looking at their very best under a pure blue sky. Gundog day, Monday 9th June, was the first day of the four day show. As the day progressed the temperature rose and rose towards the 30 degree mark. The ice cream stall and the sun hat stall did non-stop trade. There were certainly a few sunburnt exhibitors leaving the show by the end of the day.</w:t>
      </w:r>
    </w:p>
    <w:p>
      <w:r>
        <w:rPr>
          <w:b w:val="0"/>
          <w:i w:val="0"/>
        </w:rPr>
        <w:t>Three Counties have some new faces helping the existing dog show team. The new Show Manager, is our own David Coode, Warringah, who I believe joined the show committee last year. David was assisted by friends from the local Labrador world, Paul Collins (Kaspair) and Phil Goodall (Beaverbrook), who spent many hours during the days before the show building up the new show layout and ensuring everything went smoothly once the show opened. Two long pavilions now house all the benching and the spacious in and out rings. We were certainly glad of the cool shade they provided, as outside in the rings it was roasting all day long. The many interesting and varied trade stands were, as usual, situated in the centre of the show.</w:t>
      </w:r>
      <w:r>
        <w:br/>
      </w:r>
      <w:r>
        <w:rPr>
          <w:b w:val="0"/>
          <w:i w:val="0"/>
        </w:rPr>
        <w:br/>
        <w:t>Our Judge was Pat Harrison (Stebel) with an entry of 162 dogs and bitches, the fuel costs still making their mark on show entry numbers. There was a friendly relaxed atmosphere throughout the day and it was lovely to see so many top class traditional blacks and chocolates in the ring once again as well as yellows.</w:t>
      </w:r>
    </w:p>
    <w:p>
      <w:r>
        <w:rPr>
          <w:b w:val="0"/>
          <w:i w:val="0"/>
        </w:rPr>
        <w:t>Taking nothing at all from the huge successes of the typy yellows who are very much in the ascendancy in the show ring at the moment, one could be forgiven for thinking that we have come to a point where some exhibitors are often just leaving their good blacks and chocolates at home. Three Counties brought them out in force once again. It was lovely to see and perhaps a glimpse of times past; a reminder of the years when the blacks outnumbered the yellows and the offspring of well known black sires such as Ch Kupros Master Mariner and his son, Ch Sandylands My Guy dominated the show ring over several years, just as the progeny of the Rocheby kennel and Rocheby Old Smokey in particular are successfully doing today.</w:t>
      </w:r>
    </w:p>
    <w:p>
      <w:r>
        <w:rPr>
          <w:b w:val="0"/>
          <w:i w:val="0"/>
        </w:rPr>
        <w:t>The Dog CC his first, was won by Sue and David Forrington’s RCC winning 4-year-old black Limit class winner, Lightning Tango by Trentwith (Sh Ch Trentwith Sir Winston x Drumfarran Matilda). The Dog RCC went to Alison Scutchers yellow Sh Ch Winsleywood Waterloo JW ShCM (Ch Carpenny Walpole x Nonairbra Country Pride at Winsleywood), the winner of Open.</w:t>
      </w:r>
    </w:p>
    <w:p>
      <w:r>
        <w:rPr>
          <w:b w:val="0"/>
          <w:i w:val="0"/>
        </w:rPr>
        <w:t>The Bitch CC, her first, was won by Audrey Hallum’s 3? year old black, Keenes Betty Boo JW (Keenes Moonwalk JW x Keenes Betty Boothroyd JW), winner of the Open class. She had previously won the RCC at Manchester this year under Marion Hopkinson. Winning her third Bitch RCC, was my own 2? year old black, Bowstones Beattie (Sh Ch Llanstinan Buzby Bowstones JW x Llanstinan Morwenna of Bowstones JW). Best Puppy was Sue Marskells yellow dog Berolee Starcraft (Sh Ch Cambremer Craftsman x Sh Ch Berolee Moons Magic Star JW).</w:t>
      </w:r>
    </w:p>
    <w:p>
      <w:r>
        <w:rPr>
          <w:b w:val="0"/>
          <w:i w:val="0"/>
        </w:rPr>
        <w:t>Margaret Brown was delighted to win the Pedigree Veteran Stakes under judge Bert Easdon, with a favourite of mine, the black bitch Sh Ch Ramsayville Roisin, who was looking in fine fettle with a cheeky grin on her face and glint in her eye, looking as though she was thoroughly enjoying being in the limelight once again. On the downside, Margaret and daughter Mairi, having been at the Labrador Club show two days previously, had returned home to Scotland on Saturday night, only to come down again to Malvern on Monday morning for Three Counties. Now having won the stakes on the Monday they were obliged to go home to Scotland yet again and to work, only to return three days later, on the Thursday, for the stakes final. Where they get their energy from I do not know!</w:t>
      </w:r>
    </w:p>
    <w:p>
      <w:r>
        <w:rPr>
          <w:b w:val="0"/>
          <w:i w:val="0"/>
        </w:rPr>
        <w:t>In line with the KC General Committees recent campaign that judges must ensure their show winners are Fit for Purpose, I notice that the wording on the CC and RCC has been changed this year. It now includes the statement from the judge which reads, “Having assessed the dogs and penalised any features or exaggerations which I consider detrimental to their soundness, health or welfare, I am clearly of the opinion that...” The rest is all as before, naming the dog, the owner and signed by the judge.</w:t>
      </w:r>
    </w:p>
    <w:p>
      <w:r>
        <w:rPr>
          <w:b w:val="0"/>
          <w:i w:val="0"/>
        </w:rPr>
        <w:t>Further to my recent enquiry via these breed notes, asking if anyone would like to receive used but clean rosettes for future charitable use, I understand PAT dogs</w:t>
      </w:r>
    </w:p>
    <w:p>
      <w:r>
        <w:rPr>
          <w:b w:val="0"/>
          <w:i w:val="0"/>
        </w:rPr>
        <w:t>http://www.petsastherapy.org, would be delighted to receive them. From the website I gather one should contact Mel Davis, Pets As Therapy, 3a Grange Farm Cottage, Wycombe Road, Saunderton, Princes Risborough, Bucks HP27 9NS, tel 01844 345 445</w:t>
      </w:r>
    </w:p>
    <w:p>
      <w:r>
        <w:rPr>
          <w:b w:val="0"/>
          <w:i w:val="0"/>
        </w:rPr>
        <w:t>Another who will be happy to pass on used rosettes to ring craft classes is Donna Goodall who can be contacted on donna@dgss.demon.co.uk</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