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Dec 2007"</w:t>
      </w:r>
      <w:r>
        <w:br/>
      </w:r>
      <w:r>
        <w:rPr>
          <w:b w:val="0"/>
          <w:i w:val="0"/>
        </w:rPr>
        <w:br/>
        <w:t>date_original: "28 Dec 2007"</w:t>
      </w:r>
      <w:r>
        <w:br/>
      </w:r>
      <w:r>
        <w:rPr>
          <w:b w:val="0"/>
          <w:i w:val="0"/>
        </w:rPr>
        <w:br/>
        <w:t>source_url: "https://www.ourdogs.co.uk/members/breednotes/2007/RetrieverLabrador/RetrieverLabrador-dec28.htm"</w:t>
      </w:r>
      <w:r>
        <w:br/>
      </w:r>
      <w:r>
        <w:rPr>
          <w:b w:val="0"/>
          <w:i w:val="0"/>
        </w:rPr>
        <w:br/>
        <w:t>archive_type: "static_html"</w:t>
      </w:r>
      <w:r>
        <w:br/>
      </w:r>
      <w:r>
        <w:rPr>
          <w:b w:val="0"/>
          <w:i w:val="0"/>
        </w:rPr>
        <w:br/>
        <w:t>scraped_at: "2026-09-13T22:06:43"</w:t>
      </w:r>
      <w:r>
        <w:br/>
      </w:r>
      <w:r>
        <w:rPr>
          <w:b w:val="0"/>
          <w:i w:val="0"/>
        </w:rPr>
        <w:br/>
        <w:t>word_count: 1118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Hopefully you have all enjoyed a relaxing, drama free Christmas. In the short time between the Christmas and new year celebrations, a reminder that entries close next week, for at least four forthcoming shows.</w:t>
      </w:r>
    </w:p>
    <w:p>
      <w:r>
        <w:rPr>
          <w:b w:val="0"/>
          <w:i w:val="0"/>
        </w:rPr>
        <w:t>Three Ridings Lab Club Open show of 22 classes will be held on Sunday 27th January at Blackburn Hall, Rothwell, Leeds LS26 0AW, and will be judged by Mrs Liz Hallgarth. Entries close on Monday 7th January (postmark). Entry fees are - Members £4 and £1 for subsequent classes with the same dog; Non-Members £4.50 and subsequent entries £1.50. For more information contact Mrs MP Gill, 77 Cross Green, Otley, W Yorkshire, LS21 1HE tel 01943 467926.</w:t>
      </w:r>
    </w:p>
    <w:p>
      <w:r>
        <w:rPr>
          <w:b w:val="0"/>
          <w:i w:val="0"/>
        </w:rPr>
        <w:t>Cotswold and Wyevern LRC are holding their Open show at Norton Village Hall, near Worcester, on February 9th. Entries close on 5th January 2008 (postmark). The Judge for the 23class show is Mrs Lynda Miles, (Llanstinan). Schedules and further information are available from the club Secretary, Karl Gawthorpe, Willerby, Longcross Kennels, Chertsey, Surrey, KT16 0DN, to where entries should be sent. Entry fees are - Members £3 and for subsequent entries with the same dog £1.50, and Non-Members £3.50, with subsequent entries at £2.00. The event is generously sponsored by Royal Canin. Exhibitors can take advantage of excellent catering by the club committee, so no need to take your own fodder. The clubs AGM for Members will follow on later in the day after the show has closed.</w:t>
      </w:r>
    </w:p>
    <w:p>
      <w:r>
        <w:rPr>
          <w:b w:val="0"/>
          <w:i w:val="0"/>
        </w:rPr>
        <w:t>Entries for the Lab Club of Wales Championship Show at Cardiff on Saturday 2nd February also close on 5th Jan 2008. The judges will be Mrs Sussie Wiles (Dogs) and Mr A Ellis (Bitches). Entry fees are - Members £5 with Subsequent classes at £1, and - Non- Members £10 with subsequent classes at £1.50 each. For more information contact Mrs Margaret Barker, Haulwen, Nantgawr, Cardiff CF15 7TQ tel 01443 842585. Schedules may be downloaded from the club website www.labclubofwales.co.uk</w:t>
      </w:r>
    </w:p>
    <w:p>
      <w:r>
        <w:rPr>
          <w:b w:val="0"/>
          <w:i w:val="0"/>
        </w:rPr>
        <w:t>On 7th January entries for Crufts 2008 close. The Gundog Day is Friday 7th March. Our judges this year are Mrs Penny Carpanini (Dogs) and Mr Vic Cole (Bitches). Entry fees are £20 per dog, Catalogues are £5 and the car park, levied by the NEC but payable on your Crufts entry form, is £8. For those lucky enough to have a driver, there is a limited drop off facility, which enables exhibitors with helpers to be dropped off directly outside Hall 5, where the Labradors are benched. These vehicles then have to be parked in the South car-park. The cost for the drop off facility is £10, which includes the car-park fee.</w:t>
      </w:r>
    </w:p>
    <w:p>
      <w:r>
        <w:rPr>
          <w:b w:val="0"/>
          <w:i w:val="0"/>
        </w:rPr>
        <w:t>On 3rd February there will be a KC licensed, Urostomy Association Companion Dog Show sponsored by Skinners &amp; T.P.M.S.held at Mappleborough Green Village Hall, A435, Mappleborough Green B80 7BT in aid of the The Cinnamon Trust (registered charity number 293399). The judges will be - Pedigree / Novelty classes– Donna Goodall, (Beaverbrook) and Handling classes- Julia Marsden.</w:t>
      </w:r>
    </w:p>
    <w:p>
      <w:r>
        <w:rPr>
          <w:b w:val="0"/>
          <w:i w:val="0"/>
        </w:rPr>
        <w:t>Entries, which are taken on the day, may be made from 10.00am. Judging will be from 11.00am. Entry fees for all Classes are £1.00 per dog with Trophies for: BIS, RBIS, BPIS, Best Crossbreed, Best Veteran, Best Novelty, &amp; Best Handler.</w:t>
      </w:r>
    </w:p>
    <w:p>
      <w:r>
        <w:rPr>
          <w:b w:val="0"/>
          <w:i w:val="0"/>
        </w:rPr>
        <w:t>Rosettes: 1st – 5th in all classes. No Puppies under 6 months may be shown. Also no dogs with CCs, RCCs, or JWs may be entered in the pedigree classes although they can compete in the fun classes. For further enquiries contact Liz Young 01527 854774 email: lizyoung@care4free.net.</w:t>
      </w:r>
      <w:r>
        <w:br/>
      </w:r>
      <w:r>
        <w:rPr>
          <w:b w:val="0"/>
          <w:i w:val="0"/>
        </w:rPr>
        <w:br/>
        <w:t>Annual Breed Club subscriptions are now due. Those I have to hand to date are as follows:- Lab Club of Wales -Joint £8, Single £5, Junior £1.50 to be sent to Mr T A Barker, Haulwen, Nantgawr, Cardiff CF15 7TQ tel 01443 842585. Cots and Wye LRC – joint £6.50, single £4.50 to be sent to Mr P Palmer, Jayncourt, Cleobury Road, Bewdley, Worcs DY12 2QJ. Three Ridings Lab Club- Joint £7.00, and single £5.50 to be sent to the Treasurer, Mrs M Rooth, Stonebow, Cinder Lane, Kirkhouse Green, Doncaster. Midland Counties Lab Club Joint £10, Single £8.00 and Junior £3.00 to be sent to Mr AED Walters, Treasurer, Springvale, Pleasley Rd, Whiston, Rotherham S Yorks. S60 4HQ. East Anglian Lab Club Joint £8.00 and Single £6.00 to be sent to Mrs J Cole, Station Farm, Manea, Nr March, Cambs PE15 0HQ.</w:t>
      </w:r>
    </w:p>
    <w:p>
      <w:r>
        <w:rPr>
          <w:b w:val="0"/>
          <w:i w:val="0"/>
        </w:rPr>
        <w:t>Hoping that you all have a most enjoyable new year, and much pleasure from your dog showing throughout 2008.</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