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- 16/01/2015 - ISSUE"</w:t>
      </w:r>
      <w:r>
        <w:br/>
      </w:r>
      <w:r>
        <w:rPr>
          <w:b w:val="0"/>
          <w:i w:val="0"/>
        </w:rPr>
        <w:br/>
        <w:t>date_original: "16/01/2015 - ISSUE"</w:t>
      </w:r>
      <w:r>
        <w:br/>
      </w:r>
      <w:r>
        <w:rPr>
          <w:b w:val="0"/>
          <w:i w:val="0"/>
        </w:rPr>
        <w:br/>
        <w:t>source_url: "https://www.ourdogs.co.uk/members/breednotes/RetrieverLabradorMain.php"</w:t>
      </w:r>
      <w:r>
        <w:br/>
      </w:r>
      <w:r>
        <w:rPr>
          <w:b w:val="0"/>
          <w:i w:val="0"/>
        </w:rPr>
        <w:br/>
        <w:t>scraped_at: "2026-09-13T15:32:28"</w:t>
      </w:r>
      <w:r>
        <w:br/>
      </w:r>
      <w:r>
        <w:rPr>
          <w:b w:val="0"/>
          <w:i w:val="0"/>
        </w:rPr>
        <w:br/>
        <w:t>word_count: 1107</w:t>
      </w:r>
    </w:p>
    <w:p>
      <w:r>
        <w:t>――――――――――――――――――――――――――――――</w:t>
      </w:r>
    </w:p>
    <w:p>
      <w:r>
        <w:rPr>
          <w:b w:val="0"/>
          <w:i w:val="0"/>
        </w:rPr>
        <w:t>NEWS MEMBERS' AREA SHOP SUBSCRIBE UPCOMING SHOWS MORE</w:t>
      </w:r>
    </w:p>
    <w:p>
      <w:r>
        <w:rPr>
          <w:b w:val="0"/>
          <w:i w:val="0"/>
        </w:rPr>
        <w:t>RETRIEVER LABRADOR</w:t>
      </w:r>
    </w:p>
    <w:p>
      <w:r>
        <w:rPr>
          <w:b w:val="0"/>
          <w:i w:val="0"/>
        </w:rPr>
        <w:t>Issue: 16/01/2015</w:t>
      </w:r>
    </w:p>
    <w:p>
      <w:r>
        <w:rPr>
          <w:b w:val="0"/>
          <w:i w:val="0"/>
        </w:rPr>
        <w:t>Optigen are offering 30% discount off DNA tests, at Val Tiller's next Optigen 20/20 Clinic, on Tuesday, 24th February, 2015.</w:t>
      </w:r>
    </w:p>
    <w:p>
      <w:r>
        <w:rPr>
          <w:b w:val="0"/>
          <w:i w:val="0"/>
        </w:rPr>
        <w:t>Labradors are invited to be DNA tested for prcd-PRA, RD/OSD, NARC and HNPK.  You may attend the clinic at Epsom, Surrey, or be a Postal Participant.  For full details, please contact Val Tiller: val.tiller@talk21.com or Tel: (01372) 273597.</w:t>
      </w:r>
    </w:p>
    <w:p>
      <w:r>
        <w:rPr>
          <w:b w:val="0"/>
          <w:i w:val="0"/>
        </w:rPr>
        <w:t>The first show of 2015 was Boston, held at Peterborough on January 9th. Labradors were judged by Richard Bott taking on the breed for the second time. From an entry of 156 his winners were Dog CC the Hodges black Ch Naiken Zephyr JW, Dog RCC Richard Staffords yellow, Sh Ch Farnfield Topo Gigio JW SH CM.</w:t>
      </w:r>
    </w:p>
    <w:p>
      <w:r>
        <w:rPr>
          <w:b w:val="0"/>
          <w:i w:val="0"/>
        </w:rPr>
        <w:t>The Bitch CC, her crowning third went to Noelene Dodds black Brockburrow Breaking Dawn (Sh Ch Rocheby State Occasion x Eneleon Amethyst) shown by Shaun Williamson as Noelene had to work that day. Many congratulations. She won her previous two CCs under Margaret Brown at the Joint Labrador Club and Pat Harrison at LKA</w:t>
      </w:r>
    </w:p>
    <w:p>
      <w:r>
        <w:rPr>
          <w:b w:val="0"/>
          <w:i w:val="0"/>
        </w:rPr>
        <w:t>The Bitch RCC went Yoland Shirtons yellow Woolman Proper Fancy Free and</w:t>
      </w:r>
    </w:p>
    <w:p>
      <w:r>
        <w:rPr>
          <w:b w:val="0"/>
          <w:i w:val="0"/>
        </w:rPr>
        <w:t>Best puppy was  Carole Reynolds Carromers Shimmering Tiara.</w:t>
      </w:r>
    </w:p>
    <w:p>
      <w:r>
        <w:rPr>
          <w:b w:val="0"/>
          <w:i w:val="0"/>
        </w:rPr>
        <w:t>David Coodes yellow dog Warringahs Perth won the Special Yearling Stakes under judge Kirsty Miller</w:t>
      </w:r>
    </w:p>
    <w:p>
      <w:r>
        <w:rPr>
          <w:b w:val="0"/>
          <w:i w:val="0"/>
        </w:rPr>
        <w:t>It is the time of the year when I review the previous year's top winning show Labradors starting with the list of new Champions of which there were just 16. There were 8 males (6 yellows and 2 blacks) and 8 Females (5 yellows, 2 blacks and 1 chocolate).</w:t>
      </w:r>
    </w:p>
    <w:p>
      <w:r>
        <w:rPr>
          <w:b w:val="0"/>
          <w:i w:val="0"/>
        </w:rPr>
        <w:t>Many thanks to Michael Hewitt for compiling the list.</w:t>
      </w:r>
    </w:p>
    <w:p>
      <w:r>
        <w:rPr>
          <w:b w:val="0"/>
          <w:i w:val="0"/>
        </w:rPr>
        <w:t>Listed in order of the date they were made up, first to be crowned was Linda Harvey-Majors yellow import from Argentina. Made up at Lab Club of Wales.Sh.Ch.Arg.Ch.Tinlands Dumbledore Huaike To Linjor. (IMP) (Petrarch Seaman Huaike X India Ecocan)</w:t>
      </w:r>
    </w:p>
    <w:p>
      <w:r>
        <w:rPr>
          <w:b w:val="0"/>
          <w:i w:val="0"/>
        </w:rPr>
        <w:t>won his CCs under Mr.G.T.Allen, Mr.R.Oliveira And Mrs.C.M.Jury</w:t>
      </w:r>
    </w:p>
    <w:p>
      <w:r>
        <w:rPr>
          <w:b w:val="0"/>
          <w:i w:val="0"/>
        </w:rPr>
        <w:t>The Brown's yellow youngster Sh.Ch.Brighton Sarracenia (Fin.Ch.Devonshires London Edition X Ch.Pl.Lux.Ch.Annie Sarracenia Majestic Chameleon)</w:t>
      </w:r>
    </w:p>
    <w:p>
      <w:r>
        <w:rPr>
          <w:b w:val="0"/>
          <w:i w:val="0"/>
        </w:rPr>
        <w:t>was quickly made up, winning his first CC from Puppy under Mrs.E.Jayes in 2013 and once out of puppy under Mrs.C.Reynolds and Mr.R.W.Wiles</w:t>
      </w:r>
    </w:p>
    <w:p>
      <w:r>
        <w:rPr>
          <w:b w:val="0"/>
          <w:i w:val="0"/>
        </w:rPr>
        <w:t>Top winning Labrador of the year was Richard  Staffords  yellow Sh.Ch.Farnfield Topo Gigio. Jw.Sh.Cm. (Multy.Ch.Charm Bluveil Mr Darcy X Sh.Ch.Kimvalley Star Attraction of Farnfield JW Sh.CM) winning his first three crowning CCs under Dr.R.W.James Miss.C.L.Morton and Mrs.M.A.E.Persson. He went on to win several more CCs and RCCs in the following months and ended the year with an extra 8 CCs, 7 with Best of Breed, plus  a Group 1 and a Group 3 placing.</w:t>
      </w:r>
    </w:p>
    <w:p>
      <w:r>
        <w:rPr>
          <w:b w:val="0"/>
          <w:i w:val="0"/>
        </w:rPr>
        <w:t>Sheelin Cuthbert's black Sh.Ch.Ballyduff Marius (Sh.Ch.Naiken Way Out West JW Bradleyparva Dryad of Ballyduff) won his crowning CCs under Mrs.L.J.Kent, Mrs.E.Hallgarth  and Miss.B.A.Johnson.</w:t>
      </w:r>
    </w:p>
    <w:p>
      <w:r>
        <w:rPr>
          <w:b w:val="0"/>
          <w:i w:val="0"/>
        </w:rPr>
        <w:t xml:space="preserve">Michael Neachell's yellow Sh.Ch.Int.Du.Lex.Ch.Carpenny Micah At Suttonpark (Sh.Ch.Suttonpark Manifesto JW X Carpenny Far and Above) won under Mrs.L.C.Blunt, Mrs.L.Tooth and Mr.D.S.Hopkinson  </w:t>
      </w:r>
    </w:p>
    <w:p>
      <w:r>
        <w:rPr>
          <w:b w:val="0"/>
          <w:i w:val="0"/>
        </w:rPr>
        <w:t>The  Rawlinson family's black Sh.Ch.Fullwell Fair Trade With Halshimoor (Sh.Ch.Brigburn Farm Trader at Driffwold X Halshimoor Hi Five to Fullwell) won under Mr.R.A.Stafford, Mrs.S.A.Marskell  and Mr.V.Cole</w:t>
      </w:r>
    </w:p>
    <w:p>
      <w:r>
        <w:rPr>
          <w:b w:val="0"/>
          <w:i w:val="0"/>
        </w:rPr>
        <w:t>Mandy Stewart's yellow Sh.Ch.Streamanda Top Knotch. Jw. (Lembas Top Ranking JW X Ludalor Moonlight Over Streamanda) won under</w:t>
      </w:r>
    </w:p>
    <w:p>
      <w:r>
        <w:rPr>
          <w:b w:val="0"/>
          <w:i w:val="0"/>
        </w:rPr>
        <w:t>Mrs.A.R.Powell, Mrs.E.M.Cannon and Mrs.P.A.Blay</w:t>
      </w:r>
    </w:p>
    <w:p>
      <w:r>
        <w:rPr>
          <w:b w:val="0"/>
          <w:i w:val="0"/>
        </w:rPr>
        <w:t>Linda  Mcgillivray &amp; Vilamo's  yellow,  Sh.Ch.Waterline's Le Bon. (Int.Ch.Ahti Aspen Of Finnwoods X Waterline's Rosalie) won under Mrs.S.E.M.Wiles, Mrs.F.E.M.Braddon and Mrs.J.M.Green</w:t>
      </w:r>
    </w:p>
    <w:p>
      <w:r>
        <w:rPr>
          <w:b w:val="0"/>
          <w:i w:val="0"/>
        </w:rPr>
        <w:t>That concludes the details of the 8 new male champions.</w:t>
      </w:r>
    </w:p>
    <w:p>
      <w:r>
        <w:rPr>
          <w:b w:val="0"/>
          <w:i w:val="0"/>
        </w:rPr>
        <w:t>The 8 new champion bitches are detailed below. 6 are Show Champions whilst two have the accolade of losing the Sh and become full Champions as they have won their Show Gundog Working Certificates. I understand the chocolate bitch, Ch Afinmore Antora is the first chocolate bitch to become a full champion. Anthony ALLEN &amp; Linda Hess's yellow Sh.Ch.Am.Can.Ch.Salty's Surfer Girl Of Tampa Bay (Sh.Ch.Am.Can.Ch.Salty Dog of Tampa Bay JH X Tecate Something to Talk About) won under Mrs.Y.Shirton, Mrs.M.J.O'donoghue Mrs.A.Williams</w:t>
      </w:r>
    </w:p>
    <w:p>
      <w:r>
        <w:rPr>
          <w:b w:val="0"/>
          <w:i w:val="0"/>
        </w:rPr>
        <w:t>Balshaw &amp; Rawlinson's yellow Sh.Ch.Shanorrell Splendour At Halshimoor (Rocheby Old Smokey X Halshimoor Dizzy Heights at Shanorrell) won under Mrs.E.H.Rautala, Mrs.C.Reynolds and Mr.M.Reynolds</w:t>
      </w:r>
    </w:p>
    <w:p>
      <w:r>
        <w:rPr>
          <w:b w:val="0"/>
          <w:i w:val="0"/>
        </w:rPr>
        <w:t>Mr Nigel Woodburn's yellow Sh.Ch.Centenalee Sparkling Show (Gib.Port.UCH.Rocheby Suttonpark Travis X Rocheby Snow Scene) won under Mr.G.R.Johnson, Mrs.J.Charlton and Mr.D.S.Hopkinson</w:t>
      </w:r>
    </w:p>
    <w:p>
      <w:r>
        <w:rPr>
          <w:b w:val="0"/>
          <w:i w:val="0"/>
        </w:rPr>
        <w:t>Ann BRITTON'S yellow Sh.Ch.Martinstide Pastiche Of Bowstones. Jw.</w:t>
      </w:r>
    </w:p>
    <w:p>
      <w:r>
        <w:rPr>
          <w:b w:val="0"/>
          <w:i w:val="0"/>
        </w:rPr>
        <w:t>Sh Ch Rocheby State Occasion x Martinstide Pastiche of Bowstones) won under Mrs.M.A.Floyd, Mrs.M.J.WoodS and Mr.V.Cole</w:t>
      </w:r>
    </w:p>
    <w:p>
      <w:r>
        <w:rPr>
          <w:b w:val="0"/>
          <w:i w:val="0"/>
        </w:rPr>
        <w:t>Louise LEWIS'S yellow Sh.Ch.Crammondkirk's Morning Mist. Jw (Sh.Ch.Stormrose Morning Jewel JW.Sh.CM X Sh.Ch.Suttonpark Simone at Crammondkirk)</w:t>
      </w:r>
    </w:p>
    <w:p>
      <w:r>
        <w:rPr>
          <w:b w:val="0"/>
          <w:i w:val="0"/>
        </w:rPr>
        <w:t>won under Mrs.L.Miles, Mr.M.J.Armstrong and Mrs.L.Sutcliffe</w:t>
      </w:r>
    </w:p>
    <w:p>
      <w:r>
        <w:rPr>
          <w:b w:val="0"/>
          <w:i w:val="0"/>
        </w:rPr>
        <w:t>David Coode's black Ch.Warringah's Merriwagga. Jw. (Can.Ch.Beechcroft's Pardon Me Sir X Warringah's Kurri Kurri JW)  won under Mrs.L.J.Kent, Mr.A.C.Allen And Mrs.Z.Thorn-Andrews</w:t>
      </w:r>
    </w:p>
    <w:p>
      <w:r>
        <w:rPr>
          <w:b w:val="0"/>
          <w:i w:val="0"/>
        </w:rPr>
        <w:t>Di BEER'S black Sh.Ch.Tarkabby Embrace (Brigburn Sedge X Tarkabby Allspice) won under Mrs.B.Taylor, Mrs.M.Hepper and Miss.K.Powell</w:t>
      </w:r>
    </w:p>
    <w:p>
      <w:r>
        <w:rPr>
          <w:b w:val="0"/>
          <w:i w:val="0"/>
        </w:rPr>
        <w:t>Fiona Maclean's chocolate Ch.Afinmore Antora (Can.Ch. Beechcroft's Pardon Me Sir X Devonelite Utter Nonsense in Afinmore) won under Mr.K.E.Wallington, Mrs.M.A.Crocker-Williams and Mrs.P.M.Carpanini</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