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- 30/12/2022 - ISSUE"</w:t>
      </w:r>
      <w:r>
        <w:br/>
      </w:r>
      <w:r>
        <w:rPr>
          <w:b w:val="0"/>
          <w:i w:val="0"/>
        </w:rPr>
        <w:br/>
        <w:t>date_original: "30/12/2022 - ISSUE"</w:t>
      </w:r>
      <w:r>
        <w:br/>
      </w:r>
      <w:r>
        <w:rPr>
          <w:b w:val="0"/>
          <w:i w:val="0"/>
        </w:rPr>
        <w:br/>
        <w:t>source_url: "https://www.ourdogs.co.uk/members/breednotes/RetrieverLabradorMain.php"</w:t>
      </w:r>
      <w:r>
        <w:br/>
      </w:r>
      <w:r>
        <w:rPr>
          <w:b w:val="0"/>
          <w:i w:val="0"/>
        </w:rPr>
        <w:br/>
        <w:t>scraped_at: "2026-09-13T15:10:59"</w:t>
      </w:r>
      <w:r>
        <w:br/>
      </w:r>
      <w:r>
        <w:rPr>
          <w:b w:val="0"/>
          <w:i w:val="0"/>
        </w:rPr>
        <w:br/>
        <w:t>word_count: 530</w:t>
      </w:r>
    </w:p>
    <w:p>
      <w:r>
        <w:t>――――――――――――――――――――――――――――――</w:t>
      </w:r>
    </w:p>
    <w:p>
      <w:r>
        <w:rPr>
          <w:b w:val="0"/>
          <w:i w:val="0"/>
        </w:rPr>
        <w:t>NEWS MEMBERS' AREA SHOP SUBSCRIBE UPCOMING SHOWS MORE</w:t>
      </w:r>
    </w:p>
    <w:p>
      <w:r>
        <w:rPr>
          <w:b w:val="0"/>
          <w:i w:val="0"/>
        </w:rPr>
        <w:t>RETRIEVER LABRADOR</w:t>
      </w:r>
    </w:p>
    <w:p>
      <w:r>
        <w:rPr>
          <w:b w:val="0"/>
          <w:i w:val="0"/>
        </w:rPr>
        <w:t>Issue: 30/12/2022</w:t>
      </w:r>
    </w:p>
    <w:p>
      <w:r>
        <w:rPr>
          <w:b w:val="0"/>
          <w:i w:val="0"/>
        </w:rPr>
        <w:t xml:space="preserve">More sad news, we have lost yet another top international dog judge.  Rest in peace, Dan Ericsson. Dan died on December   after a period of illness. A well known popular  judge worldwide, who was often judging in the U.K. each year, Dan was Chairman of the Swedish Labrador Club from 2012 to 2016. His main lifetime breed was Scottish Terriers but latterly he also bred Labradors under his Raglan affix. </w:t>
      </w:r>
    </w:p>
    <w:p>
      <w:r>
        <w:rPr>
          <w:b w:val="0"/>
          <w:i w:val="0"/>
        </w:rPr>
        <w:t xml:space="preserve">He was respected throughout the canine world for his extensive knowledge of all breeds and judged Best in Show at Crufts a couple of years ago. </w:t>
      </w:r>
    </w:p>
    <w:p>
      <w:r>
        <w:rPr>
          <w:b w:val="0"/>
          <w:i w:val="0"/>
        </w:rPr>
        <w:t xml:space="preserve">Well known Carla Molinari from Portugal wrote a typical message, similar to very many tributes from around the globe:   Ã¢â‚¬Å"A friend is gone, a true dog person and one I admired and loved very much. He was witty, funny, sharp, and with a great sense of humorÃ¢â‚¬Â¦I shall miss you Dan Ericsson Ã¢â‚¬Â¦the dog world has lost one of its most prestigious ambassadorsÃ¢â‚¬Â. Well said Carla. </w:t>
      </w:r>
    </w:p>
    <w:p>
      <w:r>
        <w:rPr>
          <w:b w:val="0"/>
          <w:i w:val="0"/>
        </w:rPr>
        <w:t>It was only a few days before his passing that Dan wrote very aptly on Facebook.  Ã¢â‚¬Å"Breeding in an Art - Showing is a Game. LetÃ¢â‚¬â„¢s not lose the Art to the GameÃ¢â‚¬Â</w:t>
      </w:r>
    </w:p>
    <w:p>
      <w:r>
        <w:rPr>
          <w:b w:val="0"/>
          <w:i w:val="0"/>
        </w:rPr>
        <w:t>He passed on this sound advice to the dog showing community worldwide and continued, Ã¢â‚¬Å"It is more important now than ever, to reflect upon these words, at a time when many dedicated breeders are under attack  by various organisations in different countries,  and not least by those who would stop at nothing to win!Ã¢â‚¬Â Well said! We will miss your cheery greetings and bright conversations.</w:t>
      </w:r>
    </w:p>
    <w:p>
      <w:r>
        <w:rPr>
          <w:b w:val="0"/>
          <w:i w:val="0"/>
        </w:rPr>
        <w:t>The Labrador judges for Crufts 2025 have been announced and will be Linda Mcgillivray (Antonine) dogs and Jackie Hodge (Naiken) bitches. Congratulations to both judges on their appointments.</w:t>
      </w:r>
    </w:p>
    <w:p>
      <w:r>
        <w:rPr>
          <w:b w:val="0"/>
          <w:i w:val="0"/>
        </w:rPr>
        <w:t>The East Of England Agric Society Ch Show 2023 is moving to the Rutland Showground, Post Code LE15 7TW. Camping will be available, no electric hook ups. Show dates July 2023 6th Utility/Terrier, 7th Gundog, 8th Working/Pastoral, 9th Hound/Toy</w:t>
      </w:r>
    </w:p>
    <w:p>
      <w:r>
        <w:rPr>
          <w:b w:val="0"/>
          <w:i w:val="0"/>
        </w:rPr>
        <w:t>At this time of year, a sad warning regarding the danger to dogs of Snow Globe Christmas decorations has appeared on Facebook. Our condolences to the owner who bravely shared this information after the tragic death of  two of her dogs from ingesting the liquid in broken snow globes that her dogs had decided to pinch off a shelf and play with, ending in deathly results. Thank you for sharing your sad loss and for protecting others in so doing.</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