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- 03/04/2015 - ISSUE"</w:t>
      </w:r>
      <w:r>
        <w:br/>
      </w:r>
      <w:r>
        <w:rPr>
          <w:b w:val="0"/>
          <w:i w:val="0"/>
        </w:rPr>
        <w:br/>
        <w:t>date_original: "03/04/2015 - ISSUE"</w:t>
      </w:r>
      <w:r>
        <w:br/>
      </w:r>
      <w:r>
        <w:rPr>
          <w:b w:val="0"/>
          <w:i w:val="0"/>
        </w:rPr>
        <w:br/>
        <w:t>source_url: "https://www.ourdogs.co.uk/members/breednotes/RetrieverLabradorMain.php"</w:t>
      </w:r>
      <w:r>
        <w:br/>
      </w:r>
      <w:r>
        <w:rPr>
          <w:b w:val="0"/>
          <w:i w:val="0"/>
        </w:rPr>
        <w:br/>
        <w:t>scraped_at: "2026-09-13T15:31:52"</w:t>
      </w:r>
      <w:r>
        <w:br/>
      </w:r>
      <w:r>
        <w:rPr>
          <w:b w:val="0"/>
          <w:i w:val="0"/>
        </w:rPr>
        <w:br/>
        <w:t>word_count: 557</w:t>
      </w:r>
    </w:p>
    <w:p>
      <w:r>
        <w:t>――――――――――――――――――――――――――――――</w:t>
      </w:r>
    </w:p>
    <w:p>
      <w:r>
        <w:rPr>
          <w:b w:val="0"/>
          <w:i w:val="0"/>
        </w:rPr>
        <w:t>NEWS MEMBERS' AREA SHOP SUBSCRIBE UPCOMING SHOWS MORE</w:t>
      </w:r>
    </w:p>
    <w:p>
      <w:r>
        <w:rPr>
          <w:b w:val="0"/>
          <w:i w:val="0"/>
        </w:rPr>
        <w:t>RETRIEVER LABRADOR</w:t>
      </w:r>
    </w:p>
    <w:p>
      <w:r>
        <w:rPr>
          <w:b w:val="0"/>
          <w:i w:val="0"/>
        </w:rPr>
        <w:t>Issue: 03/04/2015</w:t>
      </w:r>
    </w:p>
    <w:p>
      <w:r>
        <w:rPr>
          <w:b w:val="0"/>
          <w:i w:val="0"/>
        </w:rPr>
        <w:t>The Yellow Lab Club 63rd Open show, strictly for yellow Labradors only, has for very many years been a special day in the dog showing social calendar and every year is eagerly anticipated  by many. It is always a light hearted, no stress day out with friends and dogs, or in fact without dogs, just for the lunch and a chit chat!</w:t>
      </w:r>
    </w:p>
    <w:p>
      <w:r>
        <w:rPr>
          <w:b w:val="0"/>
          <w:i w:val="0"/>
        </w:rPr>
        <w:t>This years show was no exception. It was, once again, most enjoyable. The Wiles family work so hard organising the event and ensure everyone has a happy day.</w:t>
      </w:r>
    </w:p>
    <w:p>
      <w:r>
        <w:rPr>
          <w:b w:val="0"/>
          <w:i w:val="0"/>
        </w:rPr>
        <w:t>Sussie Wiles is Secretary,  her husband, Richard, is Chairman and their daughter, Bonnie is the ring steward.</w:t>
      </w:r>
    </w:p>
    <w:p>
      <w:r>
        <w:rPr>
          <w:b w:val="0"/>
          <w:i w:val="0"/>
        </w:rPr>
        <w:t>In the kitchen Anne Lavelle and her jolly team of helpers, most of whom are committee members, served up much appreciated delicious food throughout the day, including at the lunch interval a choice of three hot main courses plus impressive puddings and cakes. Our culinary needs were certainly well catered for. No need to cook, once home!</w:t>
      </w:r>
    </w:p>
    <w:p>
      <w:r>
        <w:rPr>
          <w:b w:val="0"/>
          <w:i w:val="0"/>
        </w:rPr>
        <w:t>The show has been held at Southam Village Hall for very many years now, and the weather always seems to turn out well each year. Once again it was bright and sunny with a jaunty blue sky overhead, hopefully heralding spring.</w:t>
      </w:r>
    </w:p>
    <w:p>
      <w:r>
        <w:rPr>
          <w:b w:val="0"/>
          <w:i w:val="0"/>
        </w:rPr>
        <w:t>Keith Young and his wife June were visiting the show and it was interesting to learn that Keith used to be the Returning Officer for the Local Authority in that area and that he officiated at the count in the large adjacent office building whenever there was a Parliamentary or Local Government Election.</w:t>
      </w:r>
    </w:p>
    <w:p>
      <w:r>
        <w:rPr>
          <w:b w:val="0"/>
          <w:i w:val="0"/>
        </w:rPr>
        <w:t>The judge for the day was Caroline Cormack (Binnaig) who hails from Scotland. She had drawn a lovely entry of 109 which was strong, both in number and quality for a midweek show. The all yellow winners were -</w:t>
      </w:r>
    </w:p>
    <w:p>
      <w:r>
        <w:rPr>
          <w:b w:val="0"/>
          <w:i w:val="0"/>
        </w:rPr>
        <w:t>Best Bitch  and Best in Show - Fiona Braddons Trendlewood Silent Night JW.</w:t>
      </w:r>
    </w:p>
    <w:p>
      <w:r>
        <w:rPr>
          <w:b w:val="0"/>
          <w:i w:val="0"/>
        </w:rPr>
        <w:t>Reserve Best in Show and Best Dog - David Coodes Warringahs Perth JW.</w:t>
      </w:r>
    </w:p>
    <w:p>
      <w:r>
        <w:rPr>
          <w:b w:val="0"/>
          <w:i w:val="0"/>
        </w:rPr>
        <w:t>Best Puppy was Lynda and Derek Miles bitch, Llanstinan Macaroon whose sire Attikonak  Button Up Your Overcoat at Llanstinan (imp Swe) was Best Veteran in Show.</w:t>
      </w:r>
    </w:p>
    <w:p>
      <w:r>
        <w:rPr>
          <w:b w:val="0"/>
          <w:i w:val="0"/>
        </w:rPr>
        <w:t>The committee can pat themselves on the back having organised yet another top class Yellow show.</w:t>
      </w:r>
    </w:p>
    <w:p>
      <w:r>
        <w:rPr>
          <w:b w:val="0"/>
          <w:i w:val="0"/>
        </w:rPr>
        <w:t>Congratulations to Christine Hooper whose yellow bitch Tullochmohr Dream Of Me at Balcrist has recently gained her Junior Warrant. Bred by Diana Downey she is by Fin Ch Devonshires London Edition (imp USA) x Tullichmohr Steal the Scene at Balcrist.</w:t>
      </w:r>
    </w:p>
    <w:p>
      <w:r>
        <w:rPr>
          <w:b w:val="0"/>
          <w:i w:val="0"/>
        </w:rPr>
        <w:t>Shorter notes this week. I am busy planning WELKS show with little time to spare getting it all turned round quickly, plans drawn, lists completed and all sent on to Three Counties show-ground, plus the benching contractors and Fosse Data, the printers.</w:t>
      </w:r>
    </w:p>
    <w:p>
      <w:r>
        <w:rPr>
          <w:b w:val="0"/>
          <w:i w:val="0"/>
        </w:rPr>
        <w:t>Being a night owl, the clocks going forward last Saturday night doesn't help matters.</w:t>
      </w:r>
    </w:p>
    <w:p>
      <w:r>
        <w:rPr>
          <w:b w:val="0"/>
          <w:i w:val="0"/>
        </w:rPr>
        <w:t>Ann Britton</w:t>
      </w:r>
    </w:p>
    <w:p>
      <w:r>
        <w:rPr>
          <w:b w:val="0"/>
          <w:i w:val="0"/>
        </w:rPr>
        <w:t>0198972066</w:t>
      </w:r>
    </w:p>
    <w:p>
      <w:r>
        <w:rPr>
          <w:b w:val="0"/>
          <w:i w:val="0"/>
        </w:rPr>
        <w:t>email bowstones @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