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- 12/04/2013"</w:t>
      </w:r>
      <w:r>
        <w:br/>
      </w:r>
      <w:r>
        <w:rPr>
          <w:b w:val="0"/>
          <w:i w:val="0"/>
        </w:rPr>
        <w:br/>
        <w:t>date_original: "12/04/2013"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"2026-09-13T22:44:11"</w:t>
      </w:r>
      <w:r>
        <w:br/>
      </w:r>
      <w:r>
        <w:rPr>
          <w:b w:val="0"/>
          <w:i w:val="0"/>
        </w:rPr>
        <w:br/>
        <w:t>word_count: 1375</w:t>
      </w:r>
    </w:p>
    <w:p>
      <w:r>
        <w:t>――――――――――――――――――――――――――――――</w:t>
      </w:r>
    </w:p>
    <w:p>
      <w:r>
        <w:rPr>
          <w:b w:val="0"/>
          <w:i w:val="0"/>
        </w:rPr>
        <w:t>NEWS MEMBERS' AREA SHOP SUBSCRIBE UPCOMING SHOWS MORE</w:t>
      </w:r>
    </w:p>
    <w:p>
      <w:r>
        <w:rPr>
          <w:b w:val="0"/>
          <w:i w:val="0"/>
        </w:rPr>
        <w:t>RETRIEVER LABRADOR</w:t>
      </w:r>
    </w:p>
    <w:p>
      <w:r>
        <w:rPr>
          <w:b w:val="0"/>
          <w:i w:val="0"/>
        </w:rPr>
        <w:t>Issue: 12/04/2013</w:t>
      </w:r>
    </w:p>
    <w:p>
      <w:r>
        <w:rPr>
          <w:b w:val="0"/>
          <w:i w:val="0"/>
        </w:rPr>
        <w:t>For those attending WELKS in a couple of weeks, I understand our breed will be housed in Tent 3 which is a new tent, in a new position, this year. It is on the far side of the WELKS showground, adjacent to the Severn Hall and will be accessed via the Red carpark.</w:t>
      </w:r>
    </w:p>
    <w:p>
      <w:r>
        <w:rPr>
          <w:b w:val="0"/>
          <w:i w:val="0"/>
        </w:rPr>
        <w:t>My apologies for the lack of notes last week. I was recuperating from illness in bed at home. Almost back on track now, so to start this weeks notes here are the results of the shows I have missed.</w:t>
      </w:r>
    </w:p>
    <w:p>
      <w:r>
        <w:rPr>
          <w:b w:val="0"/>
          <w:i w:val="0"/>
        </w:rPr>
        <w:t>The Yellow Lab Club Open show, always such a favourite social event was held at Southam Warwickshire, on the last Wednesday of March. I gather the all-day catering, from bacon butties on arrival, through hot lunch to afternoon tea, organized by Anne Lavelle and her sunny team of helpers, was, as ever, much appreciated,.</w:t>
      </w:r>
    </w:p>
    <w:p>
      <w:r>
        <w:rPr>
          <w:b w:val="0"/>
          <w:i w:val="0"/>
        </w:rPr>
        <w:t>This year Chris Jury and her husband Tony, (who was Yellow Lab Club Secretary prior to present incumbent, Sussie Wiles), celebrate their 50th wedding anniversary and Erica Jayes had baked a special celebration cake which, washed down with champaigne, was enjoyed by all.</w:t>
      </w:r>
    </w:p>
    <w:p>
      <w:r>
        <w:rPr>
          <w:b w:val="0"/>
          <w:i w:val="0"/>
        </w:rPr>
        <w:t>The judge was Rebecca Hodge and her winners were Best in Show the Allen familys, dog. Sh Ch Allenies Maverick JW ShCm having a successful day out from retirement and obviously showing the youngsters how to do it right.</w:t>
      </w:r>
    </w:p>
    <w:p>
      <w:r>
        <w:rPr>
          <w:b w:val="0"/>
          <w:i w:val="0"/>
        </w:rPr>
        <w:t>Reserve Best in Show was Ian Dawsons bitch, Sh Ch Beskerby Larksong JW. Best Puppy was Jane Wojkics Courtrose Sweet Nell.</w:t>
      </w:r>
    </w:p>
    <w:p>
      <w:r>
        <w:rPr>
          <w:b w:val="0"/>
          <w:i w:val="0"/>
        </w:rPr>
        <w:t>The next show was the Kent, Surrey and Sussex Lab Club Championship show at Maidstone held on Easter Sunday. Here the judges were Meriel Hathaway and Mac Percival. I understand Best in Show had to be decided by the Referee and was Franco Barberi's Crufts winning yellow dog, It Ch Loch Mor Romeo winning his second CC on the day. I gather Reserve Best in Show was also male; the RCC winner, the yellow belonging to the Metcalfe's Bilbo Baggins by Baileydale JW.</w:t>
      </w:r>
    </w:p>
    <w:p>
      <w:r>
        <w:rPr>
          <w:b w:val="0"/>
          <w:i w:val="0"/>
        </w:rPr>
        <w:t>The Bitch CC went to Penny Carpanini's black Flossfalls Monopoly of Carpenny and the bitch RCC was won by the Rawlinsons yellow Shannorall Splendour at Halshimoor.</w:t>
      </w:r>
    </w:p>
    <w:p>
      <w:r>
        <w:rPr>
          <w:b w:val="0"/>
          <w:i w:val="0"/>
        </w:rPr>
        <w:t>Best Puppy was the Metcalfes yellow bitch Baileydale Miss Giggles.</w:t>
      </w:r>
    </w:p>
    <w:p>
      <w:r>
        <w:rPr>
          <w:b w:val="0"/>
          <w:i w:val="0"/>
        </w:rPr>
        <w:t>The following weekend, at the other end of the country, the Scottish Labrador Club held their championship show. The judges were Penny Carpanini (Dogs) and Eva Rautelen (Bitches).From an entry of 221 the Dog CC and BIS went to the Metcalfes yellow Bilbo Baggins by Baileydale JW; the Reserve Dog CC was the Pollock's Pollham Penny Royal. The Bitch CC was won by the Rawlinsons yellow, Shannorell Splendour at Halshimoor whilst Les Brabbans black Sh Ch Foulby Queenstown at Cambremer took the Bitch RCC. Best puppy was the Metcalfes yellow bitch, Baileydale Miss Giggles.</w:t>
      </w:r>
    </w:p>
    <w:p>
      <w:r>
        <w:rPr>
          <w:b w:val="0"/>
          <w:i w:val="0"/>
        </w:rPr>
        <w:t>A light thrown on the current questionable state of things in the Labrador showing world comes from one of our senior, well-respected breeders; international judge, David Coode, who writes:-</w:t>
      </w:r>
    </w:p>
    <w:p>
      <w:r>
        <w:rPr>
          <w:b w:val="0"/>
          <w:i w:val="0"/>
        </w:rPr>
        <w:t>"This time last year much comment was being made about unsound dogs being shown and winning, yet 12 months on little or nothing appears to have changed. Is this because judges do not see the problem or is it because they do not understand sound movement?</w:t>
      </w:r>
    </w:p>
    <w:p>
      <w:r>
        <w:rPr>
          <w:b w:val="0"/>
          <w:i w:val="0"/>
        </w:rPr>
        <w:t>The Swedish Kennel Club issues to judges Special Breed Specific Instructions, one of the items listed for Labradors is "Lameness and incorrect movement" it goes on to state "Particular attention must therefore be paid to correct movement"</w:t>
      </w:r>
    </w:p>
    <w:p>
      <w:r>
        <w:rPr>
          <w:b w:val="0"/>
          <w:i w:val="0"/>
        </w:rPr>
        <w:t>This document also makes reference to showing dogs that are on medication for joint problems and testing dogs for drugs.</w:t>
      </w:r>
    </w:p>
    <w:p>
      <w:r>
        <w:rPr>
          <w:b w:val="0"/>
          <w:i w:val="0"/>
        </w:rPr>
        <w:t>Perhaps it is time that the KC introduced a similar testing requirement here?"</w:t>
      </w:r>
    </w:p>
    <w:p>
      <w:r>
        <w:rPr>
          <w:b w:val="0"/>
          <w:i w:val="0"/>
        </w:rPr>
        <w:t>Thank you David; very interesting, of course winning dogs and bitches which are very likely to be used as future breeding specimens must be sound and it is up to the judges to spot lameness otherwise, in my book, they shouldn't be in the centre of the ring.</w:t>
      </w:r>
    </w:p>
    <w:p>
      <w:r>
        <w:rPr>
          <w:b w:val="0"/>
          <w:i w:val="0"/>
        </w:rPr>
        <w:t>Yes, I wrote in these notes last year about limping Labradors and No, from what I hear, the situation doesn't seem to have changed one iota.</w:t>
      </w:r>
    </w:p>
    <w:p>
      <w:r>
        <w:rPr>
          <w:b w:val="0"/>
          <w:i w:val="0"/>
        </w:rPr>
        <w:t>It is so sad for dog-showing as a whole and an embarrassment to any breed to see lame dogs winning in the ring; I recall seeing a Staffie on the television coverage of Crufts Terrier Group this year moving in what appeared to me to be a decidedly "uneven" fashion.</w:t>
      </w:r>
    </w:p>
    <w:p>
      <w:r>
        <w:rPr>
          <w:b w:val="0"/>
          <w:i w:val="0"/>
        </w:rPr>
        <w:t>Our Labrador judges are meant to be highly qualified in their task, but appear on occasion to take no notice whatsoever of unsoundness.</w:t>
      </w:r>
    </w:p>
    <w:p>
      <w:r>
        <w:rPr>
          <w:b w:val="0"/>
          <w:i w:val="0"/>
        </w:rPr>
        <w:t>I have felt really embarrassed and disappointed to watch limping dogs being placed over sound ones of similar quality.</w:t>
      </w:r>
    </w:p>
    <w:p>
      <w:r>
        <w:rPr>
          <w:b w:val="0"/>
          <w:i w:val="0"/>
        </w:rPr>
        <w:t>Interestingly, the ringside always picks up the " Limping Lab". Consequently they judge the judge but they also judge the owner and wonder why the limping Labrador is even at the show or, once there, why its owner has not withdrawn it from its classes and taken it home to recover in comfort. Do we not love our dogs?</w:t>
      </w:r>
    </w:p>
    <w:p>
      <w:r>
        <w:rPr>
          <w:b w:val="0"/>
          <w:i w:val="0"/>
        </w:rPr>
        <w:t>Exhibitors have long memories and unfortunately when their good, sound dogs are beaten by hopping dogs, in the end they say "Enough is Enough" and walk away from this very enjoyable but now rather expensive, time consuming hobby.</w:t>
      </w:r>
    </w:p>
    <w:p>
      <w:r>
        <w:rPr>
          <w:b w:val="0"/>
          <w:i w:val="0"/>
        </w:rPr>
        <w:t>In the past, we used to get entries in the 400-500s at breed club shows, now we are hard pressed to get 200-250; occasionally we get numbers under 200.</w:t>
      </w:r>
    </w:p>
    <w:p>
      <w:r>
        <w:rPr>
          <w:b w:val="0"/>
          <w:i w:val="0"/>
        </w:rPr>
        <w:t>As a show organiser this is the last thing I would wish to see, but it has happened in other breeds, which used to have large entries that are now decimated. The bulk of exhibitors have walked away, claiming the supposed level playing field is far from level.</w:t>
      </w:r>
    </w:p>
    <w:p>
      <w:r>
        <w:rPr>
          <w:b w:val="0"/>
          <w:i w:val="0"/>
        </w:rPr>
        <w:t>Never forget, in the end there would be little joy winning if there is no one left to compete against.</w:t>
      </w:r>
    </w:p>
    <w:p>
      <w:r>
        <w:rPr>
          <w:b w:val="0"/>
          <w:i w:val="0"/>
        </w:rPr>
        <w:t>Come on everyone, we have to sort this out; it just wont do!</w:t>
      </w:r>
    </w:p>
    <w:p>
      <w:r>
        <w:rPr>
          <w:b w:val="0"/>
          <w:i w:val="0"/>
        </w:rPr>
        <w:t>(Obviously these comments do not apply to the dog who was sound when he got into the car at the start of the journey and has gone lame on arrival at the show and is withdrawn from competition).</w:t>
      </w:r>
    </w:p>
    <w:p>
      <w:r>
        <w:rPr>
          <w:b w:val="0"/>
          <w:i w:val="0"/>
        </w:rPr>
        <w:t>Please, please, read and study books on movement if you intend to judge; study pictures of correct movement and watch your own dogs moving every single day when you exercise them on the lead and also when running freely.</w:t>
      </w:r>
    </w:p>
    <w:p>
      <w:r>
        <w:rPr>
          <w:b w:val="0"/>
          <w:i w:val="0"/>
        </w:rPr>
        <w:t>As David Coode implies above, don't ever be tempted to cover up unsoundness by administering painkillers/ Rymadil/ Metacam etc to get your dog through to the end of a show purely for the possibility of winning a cardboard prize card. It is just not worth it. Do we really want to end up with the scenario of Labrador show winners being drug tested at the end of the show?</w:t>
      </w:r>
    </w:p>
    <w:p>
      <w:r>
        <w:rPr>
          <w:b w:val="0"/>
          <w:i w:val="0"/>
        </w:rPr>
        <w:t>Remember, the dog limps because it is in pain; covering it up with medication so it can be shown is un-sportsmanlike and, apart from breaking KC rules, unkind to the dog who should be at home resting, not cramped into a vehicle for a long journey to and from the show or stuck in a crate or on a hard bench at the venue all day.</w:t>
      </w:r>
    </w:p>
    <w:p>
      <w:r>
        <w:rPr>
          <w:b w:val="0"/>
          <w:i w:val="0"/>
        </w:rPr>
        <w:t>The late Mary Roslin Williams Judges Prayer went "Dear God, let me have some really good dogs to go over; oh, and dear God, please don't let me miss them".</w:t>
      </w:r>
    </w:p>
    <w:p>
      <w:r>
        <w:rPr>
          <w:b w:val="0"/>
          <w:i w:val="0"/>
        </w:rPr>
        <w:t>Very true; Now the same Judges Prayer appears to need a little tweeking,</w:t>
      </w:r>
    </w:p>
    <w:p>
      <w:r>
        <w:rPr>
          <w:b w:val="0"/>
          <w:i w:val="0"/>
        </w:rPr>
        <w:t>"Dear God, let me have some really good, very sound dogs to go over; oh, and dear God, please don't let me miss, or worse still, place the limpers".</w:t>
      </w:r>
    </w:p>
    <w:p>
      <w:r>
        <w:rPr>
          <w:b w:val="0"/>
          <w:i w:val="0"/>
        </w:rPr>
        <w:t>Ann Britton</w:t>
      </w:r>
    </w:p>
    <w:p>
      <w:r>
        <w:rPr>
          <w:b w:val="0"/>
          <w:i w:val="0"/>
        </w:rPr>
        <w:t>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