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- 24/10/2014 - ISSUE"</w:t>
      </w:r>
      <w:r>
        <w:br/>
      </w:r>
      <w:r>
        <w:rPr>
          <w:b w:val="0"/>
          <w:i w:val="0"/>
        </w:rPr>
        <w:br/>
        <w:t>date_original: "24/10/2014 - ISSUE"</w:t>
      </w:r>
      <w:r>
        <w:br/>
      </w:r>
      <w:r>
        <w:rPr>
          <w:b w:val="0"/>
          <w:i w:val="0"/>
        </w:rPr>
        <w:br/>
        <w:t>source_url: "https://www.ourdogs.co.uk/members/breednotes/RetrieverLabradorMain.php"</w:t>
      </w:r>
      <w:r>
        <w:br/>
      </w:r>
      <w:r>
        <w:rPr>
          <w:b w:val="0"/>
          <w:i w:val="0"/>
        </w:rPr>
        <w:br/>
        <w:t>scraped_at: "2026-09-13T15:33:04"</w:t>
      </w:r>
      <w:r>
        <w:br/>
      </w:r>
      <w:r>
        <w:rPr>
          <w:b w:val="0"/>
          <w:i w:val="0"/>
        </w:rPr>
        <w:br/>
        <w:t>word_count: 866</w:t>
      </w:r>
    </w:p>
    <w:p>
      <w:r>
        <w:t>――――――――――――――――――――――――――――――</w:t>
      </w:r>
    </w:p>
    <w:p>
      <w:r>
        <w:rPr>
          <w:b w:val="0"/>
          <w:i w:val="0"/>
        </w:rPr>
        <w:t>NEWS MEMBERS' AREA SHOP SUBSCRIBE UPCOMING SHOWS MORE</w:t>
      </w:r>
    </w:p>
    <w:p>
      <w:r>
        <w:rPr>
          <w:b w:val="0"/>
          <w:i w:val="0"/>
        </w:rPr>
        <w:t>RETRIEVER LABRADOR</w:t>
      </w:r>
    </w:p>
    <w:p>
      <w:r>
        <w:rPr>
          <w:b w:val="0"/>
          <w:i w:val="0"/>
        </w:rPr>
        <w:t>Issue: 24/10/2014</w:t>
      </w:r>
    </w:p>
    <w:p>
      <w:r>
        <w:rPr>
          <w:b w:val="0"/>
          <w:i w:val="0"/>
        </w:rPr>
        <w:t>Very many congratulations to Mairi Brown and her partner Adam on the birth of their son weighing in at a bonny 8lb 7oz. It was lovely to see the photos on Facebook. Mairi had a hard time of it healthwise throughout most of her pregnancy, so all our good wishes for renewed health very soon.</w:t>
      </w:r>
    </w:p>
    <w:p>
      <w:r>
        <w:rPr>
          <w:b w:val="0"/>
          <w:i w:val="0"/>
        </w:rPr>
        <w:t>Well, the positive response to last weeks Our Dogs Labrador breed notes was phenomenal and certainly proof that these notes are read extensively across the dog world and not just by Labrador folk. Hopefully this response from disheartened breed club members may encourage the powers that be of the Breed Clubs and Health committees to put on their thinking caps and come up with some suggestions on how to remedy the sad  situation, otherwise there will be fewer and fewer exhibitors bothering to enter shows. I gather the KC are also aware. As I said at the time, "Its over to the Breed Clubs".</w:t>
      </w:r>
    </w:p>
    <w:p>
      <w:r>
        <w:rPr>
          <w:b w:val="0"/>
          <w:i w:val="0"/>
        </w:rPr>
        <w:t>Autumn does not know whether it is here or not. As I write these notes it is a lovely sunny, warm but amazingly windy day with brightly coloured autumn leaves flying by at great speed. The dogs seem to love tearing around in a gaily  abandoned manner with the wind making their ears flap like RAF pilots headgear from my childhood.</w:t>
      </w:r>
    </w:p>
    <w:p>
      <w:r>
        <w:rPr>
          <w:b w:val="0"/>
          <w:i w:val="0"/>
        </w:rPr>
        <w:t>This morning's dog walk in the warm, balmy sunshine on top of the local hilly ridge was superbly atmospheric; looking out across acres of cider apple orchards in countryside which hasnt changed for centuries, the wind tearing the autumn leaves off the trees so noisily I could hardly hear and the view towards the not so distant Malverns so extremely beautiful. It made me glad to be alive and walking with my lovely Labrador companions.</w:t>
      </w:r>
    </w:p>
    <w:p>
      <w:r>
        <w:rPr>
          <w:b w:val="0"/>
          <w:i w:val="0"/>
        </w:rPr>
        <w:t>Yet three days previously at the same Malvern, the Gundog Society of Wales Championship show was held indoors because the weather was so dreadfully wet, cold and awful. That day it was as though a hard autumn had arrived with a vengeance and was further demonstrated when I tried to get home at the end of the day, a bare twenty five minutes journey, only to find the local motorway flooded and closed because an oil tanker had turned over in the storms during the day and the road surface had had to be replaced. One takes hours to drive to Scotland and that's fine, but a delay in a normally short journey and having to resort to a cross country route is really annoying!</w:t>
      </w:r>
    </w:p>
    <w:p>
      <w:r>
        <w:rPr>
          <w:b w:val="0"/>
          <w:i w:val="0"/>
        </w:rPr>
        <w:t>Jenny Green judged Labradors and Linda McGillivray had a splendid day making up her and Mrs Valimo's yellow dog Waterlines Le Bon (Imp Fin) (Int Ch Ahti Aspen of Finnwoods x  Waterlines Rosalie). He won his first CC from Sussie Wiles at SKC in May 2013, his second from Fiona Braddon at Boston 2014 and now his third with Best of Breed at Gundog Society of Wales. Many congratulations.</w:t>
      </w:r>
    </w:p>
    <w:p>
      <w:r>
        <w:rPr>
          <w:b w:val="0"/>
          <w:i w:val="0"/>
        </w:rPr>
        <w:t>Penny Carpanini had a successful day taking both the Dog and Bitch CCs with her yellow dog Carpenny Melrose (Sh Ch Carpenny Made a Million x Carpenny  Albertine) and her yellow bitch Carpenny Pristine (Sh Ch Priorise Spending Time x Carpenny Wholly).</w:t>
      </w:r>
    </w:p>
    <w:p>
      <w:r>
        <w:rPr>
          <w:b w:val="0"/>
          <w:i w:val="0"/>
        </w:rPr>
        <w:t>The Bitch CC was won by the Graduate winner, Oakhouse Oscar Winner at Mossland (Ch Salty Dog of Tampa Bay x Trofarth Happy Go Lucky to Oakhouse) handled for his owners Mesdames Gannaway Jones and Green by Anthony Allen, who campaigned Salty to such success a few years ago. Best Puppy was Sharon Rogers yellow dog Woodmist Mulberry (Sh Ch Carpenny Made a Million x Woodmist Saffron).</w:t>
      </w:r>
    </w:p>
    <w:p>
      <w:r>
        <w:rPr>
          <w:b w:val="0"/>
          <w:i w:val="0"/>
        </w:rPr>
        <w:t>I was very sad to hear that two of our lovely classic bitches have passed away; the gorgeous yellow, Kya, Sh Ch Cambremer Ocean Breeze by Kilstron ShCm, (Tullochmohr Titanic at Kilstron x Blackfyne Swing'N'Time at Cambremer) owned and greatly  loved by Gemma Watson (Baillie) and her Mum, Audrey. I gave her and young Gemma their first RCC and was thrilled for both of them when Kya was made up. Such a great achievement.</w:t>
      </w:r>
    </w:p>
    <w:p>
      <w:r>
        <w:rPr>
          <w:b w:val="0"/>
          <w:i w:val="0"/>
        </w:rPr>
        <w:t>The classic black bitch owned and bred by the Brown family, Sh Ch Ramsayville Roisin (Sh Ch Poolstead Pumpkin x Talard Running Wild at Ramsayville) has also died. Roisin was born in 2001 and won 17 CCs plus 11RCCs. I recall giving her a CC in her early days at Three Counties at Malvern. It seems like only yesterday that these beautiful bitches commanded our show rings with such style and class. My sympathy is with you.</w:t>
      </w:r>
    </w:p>
    <w:p>
      <w:r>
        <w:rPr>
          <w:b w:val="0"/>
          <w:i w:val="0"/>
        </w:rPr>
        <w:t>Do remember your Breed Club yearbook adverts should be sent in to the editors very soon.</w:t>
      </w:r>
    </w:p>
    <w:p>
      <w:r>
        <w:rPr>
          <w:b w:val="0"/>
          <w:i w:val="0"/>
        </w:rPr>
        <w:t>Ann Britton</w:t>
      </w:r>
    </w:p>
    <w:p>
      <w:r>
        <w:rPr>
          <w:b w:val="0"/>
          <w:i w:val="0"/>
        </w:rPr>
        <w:t>bowstonesd@btinternet.com</w:t>
      </w:r>
    </w:p>
    <w:p>
      <w:r>
        <w:rPr>
          <w:b w:val="0"/>
          <w:i w:val="0"/>
        </w:rPr>
        <w:t xml:space="preserve">01989720665 </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