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- 04/11/2016 - ISSUE"</w:t>
      </w:r>
      <w:r>
        <w:br/>
      </w:r>
      <w:r>
        <w:rPr>
          <w:b w:val="0"/>
          <w:i w:val="0"/>
        </w:rPr>
        <w:br/>
        <w:t>date_original: "04/11/2016 - ISSUE"</w:t>
      </w:r>
      <w:r>
        <w:br/>
      </w:r>
      <w:r>
        <w:rPr>
          <w:b w:val="0"/>
          <w:i w:val="0"/>
        </w:rPr>
        <w:br/>
        <w:t>source_url: "https://www.ourdogs.co.uk/members/breednotes/RetrieverLabradorMain.php"</w:t>
      </w:r>
      <w:r>
        <w:br/>
      </w:r>
      <w:r>
        <w:rPr>
          <w:b w:val="0"/>
          <w:i w:val="0"/>
        </w:rPr>
        <w:br/>
        <w:t>scraped_at: "2026-09-13T15:27:33"</w:t>
      </w:r>
      <w:r>
        <w:br/>
      </w:r>
      <w:r>
        <w:rPr>
          <w:b w:val="0"/>
          <w:i w:val="0"/>
        </w:rPr>
        <w:br/>
        <w:t>word_count: 1056</w:t>
      </w:r>
    </w:p>
    <w:p>
      <w:r>
        <w:t>――――――――――――――――――――――――――――――</w:t>
      </w:r>
    </w:p>
    <w:p>
      <w:r>
        <w:rPr>
          <w:b w:val="0"/>
          <w:i w:val="0"/>
        </w:rPr>
        <w:t>NEWS MEMBERS' AREA SHOP SUBSCRIBE UPCOMING SHOWS MORE</w:t>
      </w:r>
    </w:p>
    <w:p>
      <w:r>
        <w:rPr>
          <w:b w:val="0"/>
          <w:i w:val="0"/>
        </w:rPr>
        <w:t>RETRIEVER LABRADOR</w:t>
      </w:r>
    </w:p>
    <w:p>
      <w:r>
        <w:rPr>
          <w:b w:val="0"/>
          <w:i w:val="0"/>
        </w:rPr>
        <w:t>Issue: 04/11/2016</w:t>
      </w:r>
    </w:p>
    <w:p>
      <w:r>
        <w:rPr>
          <w:b w:val="0"/>
          <w:i w:val="0"/>
        </w:rPr>
        <w:t xml:space="preserve">Midland Counties Canine Society championship show was held at Stafford over four days at the end of October. Gundogs this year were on the Saturday, whereas we have for many years been showing at this event on a Sunday. I recall this fact as it has always been the weekend the clocks go back on the Saturday night and therefore getting up and ready for the Sunday show was always relaxed and less of a rush as there was an extra hour to play with. </w:t>
      </w:r>
    </w:p>
    <w:p>
      <w:r>
        <w:rPr>
          <w:b w:val="0"/>
          <w:i w:val="0"/>
        </w:rPr>
        <w:t>In the years before the Sandylands, Argyll and Prestwood centres were built, Labradors were exhibited at this show in the roofed, but open sided sheep sheds, with earth floor and invariably, a howling freezing cold wind blasting its way through, seemingly from the North Pole. We all used to be chilled to the bone. The climate has warmed considerably since those years and the welcoming buildings were constructed with the financial assistance of the Midland Counties CS investments. Our usual location in the Sandylands Hall is most appreciated, especially as it has its own toilet facilities too. Its like a private breed club show rather than a hustling all breed event.</w:t>
      </w:r>
    </w:p>
    <w:p>
      <w:r>
        <w:rPr>
          <w:b w:val="0"/>
          <w:i w:val="0"/>
        </w:rPr>
        <w:t>Rosemary Hewitt was officiating in the centre of the ring and her winners were Dog CC and Best of Breed - the yellow Ramsayville Rock Festival at Farbrae, owned by Sadie Holliday and Robert Auld.</w:t>
      </w:r>
    </w:p>
    <w:p>
      <w:r>
        <w:rPr>
          <w:b w:val="0"/>
          <w:i w:val="0"/>
        </w:rPr>
        <w:t>The Dog RCC went to Mervyn and Carole Reynolds black Sh Ch Carromer Blue Lagoon</w:t>
      </w:r>
    </w:p>
    <w:p>
      <w:r>
        <w:rPr>
          <w:b w:val="0"/>
          <w:i w:val="0"/>
        </w:rPr>
        <w:t>The Bitch CC was a first for Anne Lavelles yellow Crosscroyde Choice Words and the Bitch RCC was won by the O'Briens yellow Maxfield Maybelline</w:t>
      </w:r>
    </w:p>
    <w:p>
      <w:r>
        <w:rPr>
          <w:b w:val="0"/>
          <w:i w:val="0"/>
        </w:rPr>
        <w:t>Best Puppy was Michael Neachells yellow Rocheby Daisychain at Suttonpark.</w:t>
      </w:r>
    </w:p>
    <w:p>
      <w:r>
        <w:rPr>
          <w:b w:val="0"/>
          <w:i w:val="0"/>
        </w:rPr>
        <w:t xml:space="preserve">It was great news to hear Ed Casey won the Gundog Group again with his imported English Springer Spaniel Australian Ch Sandicam The Look of Love owned in partnership with C Cavallo. </w:t>
      </w:r>
    </w:p>
    <w:p>
      <w:r>
        <w:rPr>
          <w:b w:val="0"/>
          <w:i w:val="0"/>
        </w:rPr>
        <w:t>I had not ventured to any shows recently having pups in the house at home but now they were getting older and up and about and also living nowhere near the kennelled show dogs, I decided to risk it and pay a visit to Stafford. The first thing I heard on arrival was a dog coughing! Its that time of year, but why oh why do people think it is alright to bring their coughing dogs to shows? It is not!</w:t>
      </w:r>
    </w:p>
    <w:p>
      <w:r>
        <w:rPr>
          <w:b w:val="0"/>
          <w:i w:val="0"/>
        </w:rPr>
        <w:t xml:space="preserve">Then a bitch threw up in the ring, right where everyone needed to stand their dogs in all the following classes. I remember when I judged Crufts, someone let their bitch pee right where I was standing them. So annoying for me and for those in the following classes having to avoid this damp smelly patch. We all know what it sounds like when a Labrador is about to be sick. That unforgettable scraping sound, Urrrughup, urrrughup is clear warning and should be enough notice to the handler if paying attention that their dog is going to throw up giving time enough before the actual vomit is expelled to get the dog out of everyone's way and hopefully out of the ring. </w:t>
      </w:r>
    </w:p>
    <w:p>
      <w:r>
        <w:rPr>
          <w:b w:val="0"/>
          <w:i w:val="0"/>
        </w:rPr>
        <w:t>Having not been anywhere for a while I honestly thought this is turning out like an afternoon at a kindergarten!</w:t>
      </w:r>
    </w:p>
    <w:p>
      <w:r>
        <w:rPr>
          <w:b w:val="0"/>
          <w:i w:val="0"/>
        </w:rPr>
        <w:t>Its always interesting to watch animals that are meant to have level top-lines, showing in the Sandylands Hall. The brick back wall against which exhibits stand on one side of the ring has clear, clean horizontal mortar joints and certainly highlights some really awful saggy top-lines. I found it amusing when one such saggy creature was moved from a less exposed position at the side of the ring to what the owner obviously thought was a more advantageous position against this wall. The dip in top-line was amazingly obvious and about the depth of a whole course of bricks, 3inches or 75mm!</w:t>
      </w:r>
    </w:p>
    <w:p>
      <w:r>
        <w:rPr>
          <w:b w:val="0"/>
          <w:i w:val="0"/>
        </w:rPr>
        <w:t xml:space="preserve">The breed standard calls for a level top-line. So why are these saggy animals even being selected for the show-ring as puppies when correct level top-lines should be the only ones kept. If the topline sags it is an inbred weakness of the animal's spine, probably not aided by poor conditioning and lack of exercise. </w:t>
      </w:r>
    </w:p>
    <w:p>
      <w:r>
        <w:rPr>
          <w:b w:val="0"/>
          <w:i w:val="0"/>
        </w:rPr>
        <w:t>North West Lab Club show was the day after Midland Counties.  Margaret Gawthorpe judged Dogs and Brian Parrot Bitches.</w:t>
      </w:r>
    </w:p>
    <w:p>
      <w:r>
        <w:rPr>
          <w:b w:val="0"/>
          <w:i w:val="0"/>
        </w:rPr>
        <w:t>The winners were Dog CC - Mrs A Wyatts Ch. Meadowline Brown Sugar, Dog RCC Linda McGillivrays black Antonine Cinderfella.</w:t>
      </w:r>
    </w:p>
    <w:p>
      <w:r>
        <w:rPr>
          <w:b w:val="0"/>
          <w:i w:val="0"/>
        </w:rPr>
        <w:t>Bitch CC Karen Powells black, Seatallen Waterlily. Bitch RCC - Marion Hopkinsons yellow Kilburnpark Miss Maureen at Rocheby. Best Puppy Marion Hopknsons yellow bitch Hayley Sun in their Eyes</w:t>
      </w:r>
    </w:p>
    <w:p>
      <w:r>
        <w:rPr>
          <w:b w:val="0"/>
          <w:i w:val="0"/>
        </w:rPr>
        <w:t>Margaret Barker kindly sent in this report of the Lab Club of Wales Open show. "The Labrador Retriever Club Of Wales held it's autumn Open Show in Caerphilly on Sunday October 23rd. Judge Sharon Rogers drew an entry of 37 dogs and 40 bitches making a total of 94 class entries with a pleasingly low number of absentees.</w:t>
      </w:r>
    </w:p>
    <w:p>
      <w:r>
        <w:rPr>
          <w:b w:val="0"/>
          <w:i w:val="0"/>
        </w:rPr>
        <w:t>Best in Show was David Coode's Chocolate Post Graduate Bitch winner Warringah's Gulwarra J.W. (Rayleas Hot-Shot At Warringah J.W. (Imp.Fr)/Warringah's Gurley J.W.), handled in the challenge by Carole. David also took Reserve Best In Show with his Yellow winner of Special Working, Ch. Warringah's Perth J.W., Sh.C.M. (Ch. Warringah's Gundaroo J.W./Warringah's Camira Creek).</w:t>
      </w:r>
    </w:p>
    <w:p>
      <w:r>
        <w:rPr>
          <w:b w:val="0"/>
          <w:i w:val="0"/>
        </w:rPr>
        <w:t>Best Puppy in Show went to Lucy Kent's 6 month old Yellow Minor Puppy Bitch winner, Trewinnard Piccadilly (Carpenny Primo/Trendlewood A Whisper At Trewinnard).</w:t>
      </w:r>
    </w:p>
    <w:p>
      <w:r>
        <w:rPr>
          <w:b w:val="0"/>
          <w:i w:val="0"/>
        </w:rPr>
        <w:t>Best Veteran was another win for David Coode with his Yellow Dog Ch. Warringah's Gundaroo J.W. (Ch. Ludalor Lunar Orbit/Ch. Warringah's Bunya J.W.)</w:t>
      </w:r>
    </w:p>
    <w:p>
      <w:r>
        <w:rPr>
          <w:b w:val="0"/>
          <w:i w:val="0"/>
        </w:rPr>
        <w:t>Full results are available at www.labclubofwales.co.uk"</w:t>
      </w:r>
    </w:p>
    <w:p>
      <w:r>
        <w:rPr>
          <w:b w:val="0"/>
          <w:i w:val="0"/>
        </w:rPr>
        <w:t>Ann Britton</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