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- 01/06/2012"</w:t>
      </w:r>
      <w:r>
        <w:br/>
      </w:r>
      <w:r>
        <w:rPr>
          <w:b w:val="0"/>
          <w:i w:val="0"/>
        </w:rPr>
        <w:br/>
        <w:t>date_original: "01/06/2012"</w:t>
      </w:r>
      <w:r>
        <w:br/>
      </w:r>
      <w:r>
        <w:rPr>
          <w:b w:val="0"/>
          <w:i w:val="0"/>
        </w:rPr>
        <w:br/>
        <w:t>source_url: "https://www.ourdogs.co.uk/members/breednotes/retlabarchive.php"</w:t>
      </w:r>
      <w:r>
        <w:br/>
      </w:r>
      <w:r>
        <w:rPr>
          <w:b w:val="0"/>
          <w:i w:val="0"/>
        </w:rPr>
        <w:br/>
        <w:t>archive_type: "retlabarchive_post"</w:t>
      </w:r>
      <w:r>
        <w:br/>
      </w:r>
      <w:r>
        <w:rPr>
          <w:b w:val="0"/>
          <w:i w:val="0"/>
        </w:rPr>
        <w:br/>
        <w:t>scraped_at: "2026-09-13T22:46:10"</w:t>
      </w:r>
      <w:r>
        <w:br/>
      </w:r>
      <w:r>
        <w:rPr>
          <w:b w:val="0"/>
          <w:i w:val="0"/>
        </w:rPr>
        <w:br/>
        <w:t>word_count: 404</w:t>
      </w:r>
    </w:p>
    <w:p>
      <w:r>
        <w:t>――――――――――――――――――――――――――――――</w:t>
      </w:r>
    </w:p>
    <w:p>
      <w:r>
        <w:rPr>
          <w:b w:val="0"/>
          <w:i w:val="0"/>
        </w:rPr>
        <w:t>NEWS MEMBERS' AREA SHOP SUBSCRIBE UPCOMING SHOWS MORE</w:t>
      </w:r>
    </w:p>
    <w:p>
      <w:r>
        <w:rPr>
          <w:b w:val="0"/>
          <w:i w:val="0"/>
        </w:rPr>
        <w:t>RETRIEVER LABRADOR</w:t>
      </w:r>
    </w:p>
    <w:p>
      <w:r>
        <w:rPr>
          <w:b w:val="0"/>
          <w:i w:val="0"/>
        </w:rPr>
        <w:t>Issue: 01/06/2012</w:t>
      </w:r>
    </w:p>
    <w:p>
      <w:r>
        <w:rPr>
          <w:b w:val="0"/>
          <w:i w:val="0"/>
        </w:rPr>
        <w:t>The months have flown by and June is upon us already; only six months to go till Christmas!</w:t>
      </w:r>
    </w:p>
    <w:p>
      <w:r>
        <w:rPr>
          <w:b w:val="0"/>
          <w:i w:val="0"/>
        </w:rPr>
        <w:t>Bath Championship show ticked all the boxes, both weather-wise and with its excellence of layout. The sun shone all day from a cloudless blue sky. The showground looked an absolute picture. Gleaming, shady benching pavilions with tightly mown grass in and out rings. A faultless layout on a perfect summer's day; a far cry from the year the showground flooded right up to the top of the benches after a prolonged sudden deluge and the only way to get down the gangways was to climb from one bench onto another. Since then, the Society has certainly put in much excellent work on their showground for we dog exhibitors to enjoy to the full.</w:t>
      </w:r>
    </w:p>
    <w:p>
      <w:r>
        <w:rPr>
          <w:b w:val="0"/>
          <w:i w:val="0"/>
        </w:rPr>
        <w:t>Our judges were Karl Gawthorpe (Dogs) and Richard Stafford (Bitches) with a joint entry of 142 dogs and bitches.</w:t>
      </w:r>
    </w:p>
    <w:p>
      <w:r>
        <w:rPr>
          <w:b w:val="0"/>
          <w:i w:val="0"/>
        </w:rPr>
        <w:t>The Dog CC was another for Mrs Hess's yellow, Sh Ch Am Ch Salty Dog of Tampa Bay shown by Anthony Allen. The Dog RCC went to the Hodges chocolate, Sh Ch Naiken Way Out West JW.</w:t>
      </w:r>
    </w:p>
    <w:p>
      <w:r>
        <w:rPr>
          <w:b w:val="0"/>
          <w:i w:val="0"/>
        </w:rPr>
        <w:t>The Bitch CC, Best of Breed and later 3rd in the Gundog Group under Jock Mackay was Linda Harvey Majors yellow Linjor Rhianna JW ShCM (Kimvalley Star Gazer at Farnfield x Heatherbourn Shakira at Linjor)</w:t>
      </w:r>
    </w:p>
    <w:p>
      <w:r>
        <w:rPr>
          <w:b w:val="0"/>
          <w:i w:val="0"/>
        </w:rPr>
        <w:t>The Bitch RCC went to Wendy Southalls black, Oakhouse on the Farm at Driffwold. whilst Best puppy was Linda Harvey Majors yellow dog, Linjor Taio .</w:t>
      </w:r>
    </w:p>
    <w:p>
      <w:r>
        <w:rPr>
          <w:b w:val="0"/>
          <w:i w:val="0"/>
        </w:rPr>
        <w:t>Congratulations to Katie Stewart, who won 1st in the YKC Members stakes from an entry of 22 with Streamanda Top Knotch JW.</w:t>
      </w:r>
    </w:p>
    <w:p>
      <w:r>
        <w:rPr>
          <w:b w:val="0"/>
          <w:i w:val="0"/>
        </w:rPr>
        <w:t>Penny Carpanini is hosting an eye-testing session at her home near junction 3 of the M50 motorway, on Monday 30th July 2012. Peter Bedford will be in attendance. Contact Penny to book appointments on 01989720790</w:t>
      </w:r>
    </w:p>
    <w:p>
      <w:r>
        <w:rPr>
          <w:b w:val="0"/>
          <w:i w:val="0"/>
        </w:rPr>
        <w:t>Ann Britton</w:t>
      </w:r>
    </w:p>
    <w:p>
      <w:r>
        <w:rPr>
          <w:b w:val="0"/>
          <w:i w:val="0"/>
        </w:rPr>
        <w:t>01989720665</w:t>
      </w:r>
    </w:p>
    <w:p>
      <w:r>
        <w:rPr>
          <w:b w:val="0"/>
          <w:i w:val="0"/>
        </w:rPr>
        <w:t>Email: 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