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- 02/02/2024 - ISSUE"</w:t>
      </w:r>
      <w:r>
        <w:br/>
      </w:r>
      <w:r>
        <w:rPr>
          <w:b w:val="0"/>
          <w:i w:val="0"/>
        </w:rPr>
        <w:br/>
        <w:t>date_original: "02/02/2024 - ISSUE"</w:t>
      </w:r>
      <w:r>
        <w:br/>
      </w:r>
      <w:r>
        <w:rPr>
          <w:b w:val="0"/>
          <w:i w:val="0"/>
        </w:rPr>
        <w:br/>
        <w:t>source_url: "https://www.ourdogs.co.uk/members/breednotes/RetrieverLabradorMain.php"</w:t>
      </w:r>
      <w:r>
        <w:br/>
      </w:r>
      <w:r>
        <w:rPr>
          <w:b w:val="0"/>
          <w:i w:val="0"/>
        </w:rPr>
        <w:br/>
        <w:t>scraped_at: "2026-09-13T15:08:52"</w:t>
      </w:r>
      <w:r>
        <w:br/>
      </w:r>
      <w:r>
        <w:rPr>
          <w:b w:val="0"/>
          <w:i w:val="0"/>
        </w:rPr>
        <w:br/>
        <w:t>word_count: 787</w:t>
      </w:r>
    </w:p>
    <w:p>
      <w:r>
        <w:t>――――――――――――――――――――――――――――――</w:t>
      </w:r>
    </w:p>
    <w:p>
      <w:r>
        <w:rPr>
          <w:b w:val="0"/>
          <w:i w:val="0"/>
        </w:rPr>
        <w:t>NEWS MEMBERS' AREA SHOP SUBSCRIBE UPCOMING SHOWS MORE</w:t>
      </w:r>
    </w:p>
    <w:p>
      <w:r>
        <w:rPr>
          <w:b w:val="0"/>
          <w:i w:val="0"/>
        </w:rPr>
        <w:t>RETRIEVER LABRADOR</w:t>
      </w:r>
    </w:p>
    <w:p>
      <w:r>
        <w:rPr>
          <w:b w:val="0"/>
          <w:i w:val="0"/>
        </w:rPr>
        <w:t>Issue: 02/02/2024</w:t>
      </w:r>
    </w:p>
    <w:p>
      <w:r>
        <w:rPr>
          <w:b w:val="0"/>
          <w:i w:val="0"/>
        </w:rPr>
        <w:t xml:space="preserve">The Judges at Lab Club of Wales Ch show this coming  Sunday 4th February, Maureen Rees and Huw Bishop have drawn a good entry of 198 (68 dogs and 130 bitches) making 282 entries, at Forest Oak Farm, Perlieu, Lydney, Gloucs GL15 4LN. It is a lovely indoor, carpeted, warm venue so why not pay a visit to watch even if not showing. Everyone is made very welcome by the friendly committee. </w:t>
      </w:r>
    </w:p>
    <w:p>
      <w:r>
        <w:rPr>
          <w:b w:val="0"/>
          <w:i w:val="0"/>
        </w:rPr>
        <w:t xml:space="preserve">Congratulations to Jayne and Becca Mills who have been enjoying a good time at local Open Shows. Jayne sent news of their successes at three recent Open shows,  Taunton, Wiveliscombe and Newton Abbot where their yellow bitch, Jaybec Winter Wispa JW  was shown. She won Best of Breed at all three shows plus One Group 3 placing and two group shortlistings.  </w:t>
      </w:r>
    </w:p>
    <w:p>
      <w:r>
        <w:rPr>
          <w:b w:val="0"/>
          <w:i w:val="0"/>
        </w:rPr>
        <w:t xml:space="preserve">Crufts extended entries closed at midnight on Monday 29th January. Sadly whilst all my dogs are Crufts qualified, including the new choc girl, as I have no help, I can no longer cope with parking miles away. Disabled passes in Herefordshire are like hens teeth so unless one is near dying thereÃ¢â‚¬â„¢s no assistance there, which might enable one  to get to a nearer Disabled carpark. Last year I was parked over by the M42 motorway, over half an hours walk each way and amazingly, walking proved quicker than the shuttle busses! Luckily, at least it was dry. So, I  hope someone videos the Crufts classes and/or the breed challenges and posts them online for we Ã¢â‚¬Å"stay at homesÃ¢â‚¬Â to watch. </w:t>
      </w:r>
    </w:p>
    <w:p>
      <w:r>
        <w:rPr>
          <w:b w:val="0"/>
          <w:i w:val="0"/>
        </w:rPr>
        <w:t>From Midland Counties Lab Club. Ã¢â‚¬Å"Just in case you needed a reminder, we have two lovely breed specialist judges, Fiona Braddon (dogs) and Mac Percival (bitches) at our championship show on 2 March. And if you do need another incentive to enter, the club is offering prize money as follows:</w:t>
      </w:r>
    </w:p>
    <w:p>
      <w:r>
        <w:rPr>
          <w:b w:val="0"/>
          <w:i w:val="0"/>
        </w:rPr>
        <w:t>Best in Show: Ã‚Â£25.  Reserve Best in Show: Ã‚Â£15. Best Puppy in Show: Ã‚Â£20. Best Veteran: Ã‚Â£20. Entries are live on Fosse DataÃ¢â‚¬Â.</w:t>
      </w:r>
    </w:p>
    <w:p>
      <w:r>
        <w:rPr>
          <w:b w:val="0"/>
          <w:i w:val="0"/>
        </w:rPr>
        <w:t>Alison Scutcher writes:- Ã¢â‚¬ËœI have arranged the following: Open To All  Kennel Club Labrador Breed Celebration Lunch Thursday 4th April 2024</w:t>
      </w:r>
    </w:p>
    <w:p>
      <w:r>
        <w:rPr>
          <w:b w:val="0"/>
          <w:i w:val="0"/>
        </w:rPr>
        <w:t xml:space="preserve">Schedule:  11:30 Tea/coffee upon arrival at the Kennel Club, 10 Clarges Street, London, W1J 8AB </w:t>
      </w:r>
    </w:p>
    <w:p>
      <w:r>
        <w:rPr>
          <w:b w:val="0"/>
          <w:i w:val="0"/>
        </w:rPr>
        <w:t xml:space="preserve">11:45 Library talk/Gallery tour - tailored to the respective breed or activity </w:t>
      </w:r>
    </w:p>
    <w:p>
      <w:r>
        <w:rPr>
          <w:b w:val="0"/>
          <w:i w:val="0"/>
        </w:rPr>
        <w:t xml:space="preserve">12.30 Pre-lunch drink in the bar </w:t>
      </w:r>
    </w:p>
    <w:p>
      <w:r>
        <w:rPr>
          <w:b w:val="0"/>
          <w:i w:val="0"/>
        </w:rPr>
        <w:t xml:space="preserve">13:00 Lunch in the dining room (Those choosing not to take the tour should arrive for 12:30) </w:t>
      </w:r>
    </w:p>
    <w:p>
      <w:r>
        <w:rPr>
          <w:b w:val="0"/>
          <w:i w:val="0"/>
        </w:rPr>
        <w:t xml:space="preserve">Dress Code: Club rules apply; gentlemen are required to wear a suit or jacket, trousers and tie, similar standards of dress are expected of ladies (smart trouser suits are acceptable). Jeans, leggings and trainers are not acceptable. </w:t>
      </w:r>
    </w:p>
    <w:p>
      <w:r>
        <w:rPr>
          <w:b w:val="0"/>
          <w:i w:val="0"/>
        </w:rPr>
        <w:t xml:space="preserve">How to Book: The cost of the event will be Ã‚Â£48.50 to include a glass of bubbles, a three course set lunch with a glass of wine, followed by coffee and chocolates. Payment will be in advance and can be made when you make your reservation , by bank transfer to: BARCLAYS BANK PLC ACCOUNT NO: 80771643 SORT CODE: 20-95-87 Ref. (breed name) Lunch </w:t>
      </w:r>
    </w:p>
    <w:p>
      <w:r>
        <w:rPr>
          <w:b w:val="0"/>
          <w:i w:val="0"/>
        </w:rPr>
        <w:t>Please let the Club Team know by email if you are paying by bank transfer and if you have any food allergy. Note our cancellation notice period is 36 hours. The full amount will be incurred for no-shows. All cancellations need to be confirmed by you via email.</w:t>
      </w:r>
    </w:p>
    <w:p>
      <w:r>
        <w:rPr>
          <w:b w:val="0"/>
          <w:i w:val="0"/>
        </w:rPr>
        <w:t>Bookings are already coming in, so a reminder to all if you make the payment then email breed.lunches@thekennelclub.org.uk to confirm you have booked.</w:t>
      </w:r>
    </w:p>
    <w:p>
      <w:r>
        <w:rPr>
          <w:b w:val="0"/>
          <w:i w:val="0"/>
        </w:rPr>
        <w:t xml:space="preserve">IÃ¢â‚¬â„¢ve just spent a whole afternoon grooming and hand stripping my 2 remaining Jack Russell pups and their Mum. ItÃ¢â‚¬â„¢s a very theraputic enjoyable occupation, but the many hours time taken grooming them does emphasise how easy life is with Labradors especially when normally well kept clean Labradors take only a few minutes extra grooming with a stiff brush, some kitchen towel and a shammy leather to be in fine pristine condition to enter the showring.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