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- 01/03/2013"</w:t>
      </w:r>
      <w:r>
        <w:br/>
      </w:r>
      <w:r>
        <w:rPr>
          <w:b w:val="0"/>
          <w:i w:val="0"/>
        </w:rPr>
        <w:br/>
        <w:t>date_original: "01/03/2013"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"2026-09-13T22:44:25"</w:t>
      </w:r>
      <w:r>
        <w:br/>
      </w:r>
      <w:r>
        <w:rPr>
          <w:b w:val="0"/>
          <w:i w:val="0"/>
        </w:rPr>
        <w:br/>
        <w:t>word_count: 1133</w:t>
      </w:r>
    </w:p>
    <w:p>
      <w:r>
        <w:t>――――――――――――――――――――――――――――――</w:t>
      </w:r>
    </w:p>
    <w:p>
      <w:r>
        <w:rPr>
          <w:b w:val="0"/>
          <w:i w:val="0"/>
        </w:rPr>
        <w:t>NEWS MEMBERS' AREA SHOP SUBSCRIBE UPCOMING SHOWS MORE</w:t>
      </w:r>
    </w:p>
    <w:p>
      <w:r>
        <w:rPr>
          <w:b w:val="0"/>
          <w:i w:val="0"/>
        </w:rPr>
        <w:t>RETRIEVER LABRADOR</w:t>
      </w:r>
    </w:p>
    <w:p>
      <w:r>
        <w:rPr>
          <w:b w:val="0"/>
          <w:i w:val="0"/>
        </w:rPr>
        <w:t>Issue: 01/03/2013</w:t>
      </w:r>
    </w:p>
    <w:p>
      <w:r>
        <w:rPr>
          <w:b w:val="0"/>
          <w:i w:val="0"/>
        </w:rPr>
        <w:t>The East Anglian Labrador Club have a show diary on the clubs website maintained by Richard Gill; http://ealrc.org.uk/showdiary.php</w:t>
      </w:r>
    </w:p>
    <w:p>
      <w:r>
        <w:rPr>
          <w:b w:val="0"/>
          <w:i w:val="0"/>
        </w:rPr>
        <w:t>Richard comments "The diary varies from similar championship show lists on other club websites the main difference being the inclusion of show closing dates, along with highlighting in red/pink/amber the shows for which entries are due to close in the next 1/2/3 weeks. Hopefully, it should help people not to miss entry-closing dates during the busy months.</w:t>
      </w:r>
    </w:p>
    <w:p>
      <w:r>
        <w:rPr>
          <w:b w:val="0"/>
          <w:i w:val="0"/>
        </w:rPr>
        <w:t>The other difference is the inclusion of the names of future championship show judges once their appointments have been confirmed and announced in the Kennel Gazette. When an appointment has been confirmed it should now appear in the EALRC diary.</w:t>
      </w:r>
    </w:p>
    <w:p>
      <w:r>
        <w:rPr>
          <w:b w:val="0"/>
          <w:i w:val="0"/>
        </w:rPr>
        <w:t>Linda Heron posted an in depth study on the Northumberland and Durham Lab Club Facebook page recently. It is about the negative effects on dogs future health prospects once they have been neutered. The study was conducted on Golden Retrievers but will apply, I am sure, to all related breeds such as Labradors.</w:t>
      </w:r>
    </w:p>
    <w:p>
      <w:r>
        <w:rPr>
          <w:b w:val="0"/>
          <w:i w:val="0"/>
        </w:rPr>
        <w:t>I found it very interesting, especially with many Vets pushing neutering of pets as young as six months of age to unsuspecting owners. I am totally opposed to this as the animals never visually mature in head and body if neutered before maturity. This study proves their health can be badly</w:t>
      </w:r>
    </w:p>
    <w:p>
      <w:r>
        <w:rPr>
          <w:b w:val="0"/>
          <w:i w:val="0"/>
        </w:rPr>
        <w:t>effected too.</w:t>
      </w:r>
    </w:p>
    <w:p>
      <w:r>
        <w:rPr>
          <w:b w:val="0"/>
          <w:i w:val="0"/>
        </w:rPr>
        <w:t>The article makes such good reading , I reproduce it here for those who have not already read it.</w:t>
      </w:r>
    </w:p>
    <w:p>
      <w:r>
        <w:rPr>
          <w:b w:val="0"/>
          <w:i w:val="0"/>
        </w:rPr>
        <w:t>"Golden retriever study suggests neutering affects dog health Neutering, and the age at which a dog is neutered, may affect the animal's risk for developing certain cancers and joint diseases, according to a new study of Golden Retrievers by a team of researchers at the University of California, Davis.</w:t>
      </w:r>
    </w:p>
    <w:p>
      <w:r>
        <w:rPr>
          <w:b w:val="0"/>
          <w:i w:val="0"/>
        </w:rPr>
        <w:t>The study, which examined the health records of 759 Golden Retrievers, found a surprising doubling of hip dysplasia among male dogs neutered before one year of age. This and other results were published on Feb. 13th in the online scientific journal PLOS ONE.</w:t>
      </w:r>
    </w:p>
    <w:p>
      <w:r>
        <w:rPr>
          <w:b w:val="0"/>
          <w:i w:val="0"/>
        </w:rPr>
        <w:t>"The study results indicate that dog owners and service-dog trainers should carefully consider when to have their male or female dogs neutered," said lead investigator Benjamin Hart, a distinguished professor emeritus in the UC Davis School of Veterinary Medicine.</w:t>
      </w:r>
    </w:p>
    <w:p>
      <w:r>
        <w:rPr>
          <w:b w:val="0"/>
          <w:i w:val="0"/>
        </w:rPr>
        <w:t>"It is important to remember, however, that because different dog breeds have different vulnerabilities to various diseases, the effects of early and late neutering also may vary from breed to breed," he said.</w:t>
      </w:r>
    </w:p>
    <w:p>
      <w:r>
        <w:rPr>
          <w:b w:val="0"/>
          <w:i w:val="0"/>
        </w:rPr>
        <w:t>While results of the new study are revealing, Hart said the relationship between neutering and disease-risk remains a complex issue. For example, the increased incidence of joint diseases among early-neutered dogs is likely a combination of the effect of neutering on the young dog's growth</w:t>
      </w:r>
    </w:p>
    <w:p>
      <w:r>
        <w:rPr>
          <w:b w:val="0"/>
          <w:i w:val="0"/>
        </w:rPr>
        <w:t>plates as well as the increase in weight on the joints that is commonly seen in neutered dogs.</w:t>
      </w:r>
    </w:p>
    <w:p>
      <w:r>
        <w:rPr>
          <w:b w:val="0"/>
          <w:i w:val="0"/>
        </w:rPr>
        <w:t>Dog owners in the United States are overwhelmingly choosing to neuter their dogs, in large part to prevent pet overpopulation or avoid unwanted behaviors. In the U.S., surgical neutering â€" known as spaying in females â€" is usually done when the dog is less than one year old.</w:t>
      </w:r>
    </w:p>
    <w:p>
      <w:r>
        <w:rPr>
          <w:b w:val="0"/>
          <w:i w:val="0"/>
        </w:rPr>
        <w:t>In Europe, however, neutering is generally avoided by owners and trainers and not promoted by animal health authorities, Hart said.</w:t>
      </w:r>
    </w:p>
    <w:p>
      <w:r>
        <w:rPr>
          <w:b w:val="0"/>
          <w:i w:val="0"/>
        </w:rPr>
        <w:t>During the past decade, some studies have indicated that neutering can have several adverse health effects for certain dog breeds. Those studies examined individual diseases using data drawn from one breed or pooled from several breeds.</w:t>
      </w:r>
    </w:p>
    <w:p>
      <w:r>
        <w:rPr>
          <w:b w:val="0"/>
          <w:i w:val="0"/>
        </w:rPr>
        <w:t>Against that backdrop, Hart and colleagues launched their study, using a single hospital database. The study was designed to examine the effects of neutering on the risks of several diseases in the same breed, distinguishing between males and females and between early or late neutering and</w:t>
      </w:r>
    </w:p>
    <w:p>
      <w:r>
        <w:rPr>
          <w:b w:val="0"/>
          <w:i w:val="0"/>
        </w:rPr>
        <w:t>non-neutering.</w:t>
      </w:r>
    </w:p>
    <w:p>
      <w:r>
        <w:rPr>
          <w:b w:val="0"/>
          <w:i w:val="0"/>
        </w:rPr>
        <w:t>The researchers chose to focus on the Golden Retriever because it is one of the most popular breeds in the U.S. and Europe and is vulnerable to various cancers and joint disorders. The breed also is favoured for work as a service dog.</w:t>
      </w:r>
    </w:p>
    <w:p>
      <w:r>
        <w:rPr>
          <w:b w:val="0"/>
          <w:i w:val="0"/>
        </w:rPr>
        <w:t>The research team reviewed the records of female and male Golden Retrievers, ranging in age from 1 to 8 years, that had been examined at UC Davis' William R. Pritchard Veterinary Medical Teaching Hospital for two joint disorders and three cancers: hip dysplasia, cranial cruciate ligament</w:t>
      </w:r>
    </w:p>
    <w:p>
      <w:r>
        <w:rPr>
          <w:b w:val="0"/>
          <w:i w:val="0"/>
        </w:rPr>
        <w:t>tear, lymphosarcoma, hemangiosarcoma and mast cell tumor. The dogs were classified as intact (not neutered), neutered early (before 12 months age), or neutered late (at or after 12 months age).</w:t>
      </w:r>
    </w:p>
    <w:p>
      <w:r>
        <w:rPr>
          <w:b w:val="0"/>
          <w:i w:val="0"/>
        </w:rPr>
        <w:t>Joint disorders and cancers are of particular interest because neutering removes the male dog's testes and the female's ovaries, interrupting production of certain hormones that play key roles in important body processes such as closure of bone growth plates, and regulation of the oestrous cycle in female dogs.</w:t>
      </w:r>
    </w:p>
    <w:p>
      <w:r>
        <w:rPr>
          <w:b w:val="0"/>
          <w:i w:val="0"/>
        </w:rPr>
        <w:t>The study revealed that, for all five diseases analysed, the disease rates were significantly higher in both males and females that were neutered either early or late compared with intact (non-neutered) dogs.</w:t>
      </w:r>
    </w:p>
    <w:p>
      <w:r>
        <w:rPr>
          <w:b w:val="0"/>
          <w:i w:val="0"/>
        </w:rPr>
        <w:t>Specifically, early neutering was associated with an increase in the occurrence of hip dysplasia, cranial cruciate ligament tear and lymphosarcoma in males and of cranial cruciate ligament tear in females.</w:t>
      </w:r>
    </w:p>
    <w:p>
      <w:r>
        <w:rPr>
          <w:b w:val="0"/>
          <w:i w:val="0"/>
        </w:rPr>
        <w:t>Late neutering was associated with the subsequent occurrence of mast cell tumors and hemangiosarcoma in females.</w:t>
      </w:r>
    </w:p>
    <w:p>
      <w:r>
        <w:rPr>
          <w:b w:val="0"/>
          <w:i w:val="0"/>
        </w:rPr>
        <w:t>In most areas, the findings of this study were consistent with earlier studies, suggesting similar increases in disease risks. The new study, however, was the first to specifically report an increased risk of late neutering for mast cell tumors and hemangiosarcoma.</w:t>
      </w:r>
    </w:p>
    <w:p>
      <w:r>
        <w:rPr>
          <w:b w:val="0"/>
          <w:i w:val="0"/>
        </w:rPr>
        <w:t>Furthermore, the new study showed a surprising 100 percent increase, or doubling, of the incidence of hip dysplasia among early-neutered males.</w:t>
      </w:r>
    </w:p>
    <w:p>
      <w:r>
        <w:rPr>
          <w:b w:val="0"/>
          <w:i w:val="0"/>
        </w:rPr>
        <w:t>Earlier studies had reported a 17 percent increase among all neutered dogs compared to all non-neutered dogs, indicating the importance of the new study in making gender and age-of-neutering comparisons."</w:t>
      </w:r>
    </w:p>
    <w:p>
      <w:r>
        <w:rPr>
          <w:b w:val="0"/>
          <w:i w:val="0"/>
        </w:rPr>
        <w:t>Common sense therefore would surely encourage Labrador breeders to make sure their puppy purchasers are fully aware of the effects of early neutering when an enthusiastic young Vet tries to get them to agree to neuter their 6 month old puppy. Now they can be fully armed with their answer; the reason Why Not To Neuter Early.</w:t>
      </w:r>
    </w:p>
    <w:p>
      <w:r>
        <w:rPr>
          <w:b w:val="0"/>
          <w:i w:val="0"/>
        </w:rPr>
        <w:t>Ann Britton</w:t>
      </w:r>
    </w:p>
    <w:p>
      <w:r>
        <w:rPr>
          <w:b w:val="0"/>
          <w:i w:val="0"/>
        </w:rPr>
        <w:t>01989720 665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