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- 19/07/2024 - ISSUE"</w:t>
      </w:r>
      <w:r>
        <w:br/>
      </w:r>
      <w:r>
        <w:rPr>
          <w:b w:val="0"/>
          <w:i w:val="0"/>
        </w:rPr>
        <w:br/>
        <w:t>date_original: "19/07/2024 - ISSUE"</w:t>
      </w:r>
      <w:r>
        <w:br/>
      </w:r>
      <w:r>
        <w:rPr>
          <w:b w:val="0"/>
          <w:i w:val="0"/>
        </w:rPr>
        <w:br/>
        <w:t>source_url: "https://www.ourdogs.co.uk/members/breednotes/RetrieverLabradorMain.php"</w:t>
      </w:r>
      <w:r>
        <w:br/>
      </w:r>
      <w:r>
        <w:rPr>
          <w:b w:val="0"/>
          <w:i w:val="0"/>
        </w:rPr>
        <w:br/>
        <w:t>scraped_at: "2026-09-13T15:07:47"</w:t>
      </w:r>
      <w:r>
        <w:br/>
      </w:r>
      <w:r>
        <w:rPr>
          <w:b w:val="0"/>
          <w:i w:val="0"/>
        </w:rPr>
        <w:br/>
        <w:t>word_count: 285</w:t>
      </w:r>
    </w:p>
    <w:p>
      <w:r>
        <w:t>――――――――――――――――――――――――――――――</w:t>
      </w:r>
    </w:p>
    <w:p>
      <w:r>
        <w:rPr>
          <w:b w:val="0"/>
          <w:i w:val="0"/>
        </w:rPr>
        <w:t>NEWS MEMBERS' AREA SHOP SUBSCRIBE UPCOMING SHOWS MORE</w:t>
      </w:r>
    </w:p>
    <w:p>
      <w:r>
        <w:rPr>
          <w:b w:val="0"/>
          <w:i w:val="0"/>
        </w:rPr>
        <w:t>RETRIEVER LABRADOR</w:t>
      </w:r>
    </w:p>
    <w:p>
      <w:r>
        <w:rPr>
          <w:b w:val="0"/>
          <w:i w:val="0"/>
        </w:rPr>
        <w:t>Issue: 19/07/2024</w:t>
      </w:r>
    </w:p>
    <w:p>
      <w:r>
        <w:rPr>
          <w:b w:val="0"/>
          <w:i w:val="0"/>
        </w:rPr>
        <w:t>Brief notes this week.  Sorry. Laid low with horrid migraine for a few days. Not conducive to typing text. I managed the following before it started.</w:t>
      </w:r>
    </w:p>
    <w:p>
      <w:r>
        <w:rPr>
          <w:b w:val="0"/>
          <w:i w:val="0"/>
        </w:rPr>
        <w:t xml:space="preserve">The committee of the Labrador Retriever Club held a weekend of shows and entertainment for exhibitors near Newark. There was championship show on both days, Saturday and Sunday and an Open Show on the Saturday.  At the Saturday Championship show on 13/7/2024, there were 99 dogs for Glenice McClure from Australia to go over and 129 bitches entered under Brian Hayward. A total of 228 exhibits making 313 class entries. </w:t>
      </w:r>
    </w:p>
    <w:p>
      <w:r>
        <w:rPr>
          <w:b w:val="0"/>
          <w:i w:val="0"/>
        </w:rPr>
        <w:t xml:space="preserve">Special Award Classes had 41 entries </w:t>
      </w:r>
    </w:p>
    <w:p>
      <w:r>
        <w:rPr>
          <w:b w:val="0"/>
          <w:i w:val="0"/>
        </w:rPr>
        <w:t>At the Open Show judged by Debbie Bishop on Saturday 13/07/2024</w:t>
      </w:r>
    </w:p>
    <w:p>
      <w:r>
        <w:rPr>
          <w:b w:val="0"/>
          <w:i w:val="0"/>
        </w:rPr>
        <w:t>There were 39 dogs and 48 bitches entered. A total of 113 exhibits making 134 entries.</w:t>
      </w:r>
    </w:p>
    <w:p>
      <w:r>
        <w:rPr>
          <w:b w:val="0"/>
          <w:i w:val="0"/>
        </w:rPr>
        <w:t>At the Championship Show the next day on Sunday 14/07/2024 there were 87 dogs entered under Mark Rawlinson and 127 Bitches once again under Glenice McClure totalling 214 dogs and bitches making 254 class entries</w:t>
      </w:r>
    </w:p>
    <w:p>
      <w:r>
        <w:rPr>
          <w:b w:val="0"/>
          <w:i w:val="0"/>
        </w:rPr>
        <w:t xml:space="preserve">Hopefully the clubs report of proceedings will be available soon, until then the Full Results are available on fosse data. </w:t>
      </w:r>
    </w:p>
    <w:p>
      <w:r>
        <w:rPr>
          <w:b w:val="0"/>
          <w:i w:val="0"/>
        </w:rPr>
        <w:t xml:space="preserve">Ann Britton </w:t>
      </w:r>
    </w:p>
    <w:p>
      <w:r>
        <w:rPr>
          <w:b w:val="0"/>
          <w:i w:val="0"/>
        </w:rPr>
        <w:t>bowstones@btinternet.com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