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- 16/08/2013"</w:t>
      </w:r>
      <w:r>
        <w:br/>
      </w:r>
      <w:r>
        <w:rPr>
          <w:b w:val="0"/>
          <w:i w:val="0"/>
        </w:rPr>
        <w:br/>
        <w:t>date_original: "16/08/2013"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"2026-09-13T22:43:22"</w:t>
      </w:r>
      <w:r>
        <w:br/>
      </w:r>
      <w:r>
        <w:rPr>
          <w:b w:val="0"/>
          <w:i w:val="0"/>
        </w:rPr>
        <w:br/>
        <w:t>word_count: 847</w:t>
      </w:r>
    </w:p>
    <w:p>
      <w:r>
        <w:t>――――――――――――――――――――――――――――――</w:t>
      </w:r>
    </w:p>
    <w:p>
      <w:r>
        <w:rPr>
          <w:b w:val="0"/>
          <w:i w:val="0"/>
        </w:rPr>
        <w:t>NEWS MEMBERS' AREA SHOP SUBSCRIBE UPCOMING SHOWS MORE</w:t>
      </w:r>
    </w:p>
    <w:p>
      <w:r>
        <w:rPr>
          <w:b w:val="0"/>
          <w:i w:val="0"/>
        </w:rPr>
        <w:t>RETRIEVER LABRADOR</w:t>
      </w:r>
    </w:p>
    <w:p>
      <w:r>
        <w:rPr>
          <w:b w:val="0"/>
          <w:i w:val="0"/>
        </w:rPr>
        <w:t>Issue: 16/08/2013</w:t>
      </w:r>
    </w:p>
    <w:p>
      <w:r>
        <w:rPr>
          <w:b w:val="0"/>
          <w:i w:val="0"/>
        </w:rPr>
        <w:t>More good news of success for Labradors on the Open show scene. Judith Keatings eighteen months old bitch, Whistletyne Magnolia Tree (Rewari Enterprise to Whistletyne ShCM x Whistletyne Mistle Thrush) went Best of Breed at Garstang &amp; District Agricultural Society on 3rd August, under Mr Fred Ellingford (Klugmaus/Afterglow) and later won Best in Show under Mr Jeff Thomas (Richjoy). A great thrill for Judith.</w:t>
      </w:r>
    </w:p>
    <w:p>
      <w:r>
        <w:rPr>
          <w:b w:val="0"/>
          <w:i w:val="0"/>
        </w:rPr>
        <w:t>Magnolia Tree was also successful at all breed level earlier in the year, when she won the Manchester heat of Proplan &amp; Dog World Pup of the Year Stakes. Very well done.</w:t>
      </w:r>
    </w:p>
    <w:p>
      <w:r>
        <w:rPr>
          <w:b w:val="0"/>
          <w:i w:val="0"/>
        </w:rPr>
        <w:t>A reminder that Val Tiller is holding an Optigen Clinic with 30% off DNA tests on Tuesday, 17th September 2013, in Epsom, Surrey.</w:t>
      </w:r>
    </w:p>
    <w:p>
      <w:r>
        <w:rPr>
          <w:b w:val="0"/>
          <w:i w:val="0"/>
        </w:rPr>
        <w:t>Labradors are invited to be DNA tested for prcd-PRA, RD/OSD &amp; NARC.  Clients may attend the clinic, or be Postal Participants. Contact Val Tiller direct for further details and to book places. E-mail: val.tiller@talk21.com or Tel: (01372) 273597.</w:t>
      </w:r>
    </w:p>
    <w:p>
      <w:r>
        <w:rPr>
          <w:b w:val="0"/>
          <w:i w:val="0"/>
        </w:rPr>
        <w:t>Margaret Barker, Secretary of the Labrador Club of Wales writes: "The Labrador Retriever Club Of Wales will be holding two Novice Field Trials on the 10th and 17th of December near Hereford at which we can accept a limited number of entries for the Show Gundog Working Certificate from suitably qualified dogs. Please note that this is not a training day, entrants will be expected to take part in the trial. Details and entry forms can be found on www.labclubofwales.co.uk."</w:t>
      </w:r>
    </w:p>
    <w:p>
      <w:r>
        <w:rPr>
          <w:b w:val="0"/>
          <w:i w:val="0"/>
        </w:rPr>
        <w:t>Labradors at Bournemouth championship show, with an entry of 160 dogs and bitches, were judged by Gary Johnson (Dogs) and Pam Blay (Bitches). Pam was awarding Labrador CCs for the first time.</w:t>
      </w:r>
    </w:p>
    <w:p>
      <w:r>
        <w:rPr>
          <w:b w:val="0"/>
          <w:i w:val="0"/>
        </w:rPr>
        <w:t>The winners under Gary were Dog CC - Jo and Andy Metcalfes yellow, Ch Bilbo Baggins by Baileydale JW ShCM; Dog RCC Shaun Williamsons yellow Sharouns Incognito JW.</w:t>
      </w:r>
    </w:p>
    <w:p>
      <w:r>
        <w:rPr>
          <w:b w:val="0"/>
          <w:i w:val="0"/>
        </w:rPr>
        <w:t>Pam Blay awarded the Bitch CC to Franco Barberi's yellow, Sh Ch It Ch Loc Mor Guilietta, traveling all the way from Italy once again just seven days after her Best in Show success at National Gundog championship show at Malvern.</w:t>
      </w:r>
    </w:p>
    <w:p>
      <w:r>
        <w:rPr>
          <w:b w:val="0"/>
          <w:i w:val="0"/>
        </w:rPr>
        <w:t>The Bitch RCC went to Sally Playles yellow, Streamanda Tip Top for Triplecroft. Best Puppy and Puppy Group 2 under Jeff Horswell was Shaun Williamsons yellow dog, Sharouns Life of Riley.</w:t>
      </w:r>
    </w:p>
    <w:p>
      <w:r>
        <w:rPr>
          <w:b w:val="0"/>
          <w:i w:val="0"/>
        </w:rPr>
        <w:t>My yellow dog, Todd, alias Beetroot Boy, of the tale last week where he opened a thick polythene packet of 4 large cooked beetroots in their liquid, and played football with each one around the kitchen, on the fawn carpet tiles, before eating them all, has not learnt from his experienceâ€¦.and, for that matter, neither have I.!</w:t>
      </w:r>
    </w:p>
    <w:p>
      <w:r>
        <w:rPr>
          <w:b w:val="0"/>
          <w:i w:val="0"/>
        </w:rPr>
        <w:t>I forgot the "dear boy" had stolen off the worktop the previous week when left to his own devices.</w:t>
      </w:r>
    </w:p>
    <w:p>
      <w:r>
        <w:rPr>
          <w:b w:val="0"/>
          <w:i w:val="0"/>
        </w:rPr>
        <w:t>On the following Sunday evening he lay quietly snoozing beside me in the kitchen as I fiddled about with the TV remote control, trying to sort out the kitchen TVs picture, which was showing the admittedly dark and atmospheric setting of the BBC serial, "The White Queen", in almost total blackness.</w:t>
      </w:r>
    </w:p>
    <w:p>
      <w:r>
        <w:rPr>
          <w:b w:val="0"/>
          <w:i w:val="0"/>
        </w:rPr>
        <w:t>I was trying to get the picture more visible and popped upstairs for no more than four minutes to fetch the TV handbook.</w:t>
      </w:r>
    </w:p>
    <w:p>
      <w:r>
        <w:rPr>
          <w:b w:val="0"/>
          <w:i w:val="0"/>
        </w:rPr>
        <w:t>I returned to a now wide awake Todd, lying, all smiley faced and guilty looking, in the middle of the kitchen floor with his latest stolen prize, not quite so tasty as the previous weeks beetroots, but nevertheless worth pinching and exploring.</w:t>
      </w:r>
    </w:p>
    <w:p>
      <w:r>
        <w:rPr>
          <w:b w:val="0"/>
          <w:i w:val="0"/>
        </w:rPr>
        <w:t>What had he got this time? A polythene squeezy bottle of Heinz Mustard, which he was licking up from the carpet with great glee and saying with almost raised eyebrows, "I really, really am enjoying this" even if it wasn't actually quite true.</w:t>
      </w:r>
    </w:p>
    <w:p>
      <w:r>
        <w:rPr>
          <w:b w:val="0"/>
          <w:i w:val="0"/>
        </w:rPr>
        <w:t>Having pinched the bottle from the worktop in my four minutes absence, (yet again will I ever learn?), he had chewed the top off the bottle and then obviously thought to play football with the remains of the bottle, but the mustard contents had flown out as he played, so he licked that up and finding it initially rather tasty he then decided to suck the rest out of the remains of the bottle, where upon I had come back into the kitchen. His expressionâ€¦"Oops, Oh dear, Have I been pinching again? Sorry".</w:t>
      </w:r>
    </w:p>
    <w:p>
      <w:r>
        <w:rPr>
          <w:b w:val="0"/>
          <w:i w:val="0"/>
        </w:rPr>
        <w:t>Was he ill in the next 24 hours being full of mustard? No. He must have a stomach of an ox.</w:t>
      </w:r>
    </w:p>
    <w:p>
      <w:r>
        <w:rPr>
          <w:b w:val="0"/>
          <w:i w:val="0"/>
        </w:rPr>
        <w:t>Did the kitchen stink of mustard the next day. Yes!</w:t>
      </w:r>
    </w:p>
    <w:p>
      <w:r>
        <w:rPr>
          <w:b w:val="0"/>
          <w:i w:val="0"/>
        </w:rPr>
        <w:t>Will I leave him in the kitchen again? Hopefully not, but probably Yes!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