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- 25/03/2022 - ISSUE"</w:t>
      </w:r>
      <w:r>
        <w:br/>
      </w:r>
      <w:r>
        <w:rPr>
          <w:b w:val="0"/>
          <w:i w:val="0"/>
        </w:rPr>
        <w:br/>
        <w:t>date_original: "25/03/2022 - ISSUE"</w:t>
      </w:r>
      <w:r>
        <w:br/>
      </w:r>
      <w:r>
        <w:rPr>
          <w:b w:val="0"/>
          <w:i w:val="0"/>
        </w:rPr>
        <w:br/>
        <w:t>source_url: "https://www.ourdogs.co.uk/members/breednotes/RetrieverLabradorMain.php"</w:t>
      </w:r>
      <w:r>
        <w:br/>
      </w:r>
      <w:r>
        <w:rPr>
          <w:b w:val="0"/>
          <w:i w:val="0"/>
        </w:rPr>
        <w:br/>
        <w:t>scraped_at: "2026-09-13T15:12:40"</w:t>
      </w:r>
      <w:r>
        <w:br/>
      </w:r>
      <w:r>
        <w:rPr>
          <w:b w:val="0"/>
          <w:i w:val="0"/>
        </w:rPr>
        <w:br/>
        <w:t>word_count: 1132</w:t>
      </w:r>
    </w:p>
    <w:p>
      <w:r>
        <w:t>――――――――――――――――――――――――――――――</w:t>
      </w:r>
    </w:p>
    <w:p>
      <w:r>
        <w:rPr>
          <w:b w:val="0"/>
          <w:i w:val="0"/>
        </w:rPr>
        <w:t>NEWS MEMBERS' AREA SHOP SUBSCRIBE UPCOMING SHOWS MORE</w:t>
      </w:r>
    </w:p>
    <w:p>
      <w:r>
        <w:rPr>
          <w:b w:val="0"/>
          <w:i w:val="0"/>
        </w:rPr>
        <w:t>RETRIEVER LABRADOR</w:t>
      </w:r>
    </w:p>
    <w:p>
      <w:r>
        <w:rPr>
          <w:b w:val="0"/>
          <w:i w:val="0"/>
        </w:rPr>
        <w:t>Issue: 25/03/2022</w:t>
      </w:r>
    </w:p>
    <w:p>
      <w:r>
        <w:rPr>
          <w:b w:val="0"/>
          <w:i w:val="0"/>
        </w:rPr>
        <w:t>The Labrador Retriever Club of Wales have extended the entry closing date to Saturday March 26th for their April 9th Open Show in Caerphilly. The judge is Stephanie Perkins.</w:t>
      </w:r>
    </w:p>
    <w:p>
      <w:r>
        <w:rPr>
          <w:b w:val="0"/>
          <w:i w:val="0"/>
        </w:rPr>
        <w:t>Schedules and entry forms are downloadable at labclubofwales.co.uk</w:t>
      </w:r>
    </w:p>
    <w:p>
      <w:r>
        <w:rPr>
          <w:b w:val="0"/>
          <w:i w:val="0"/>
        </w:rPr>
        <w:t xml:space="preserve">At Three Ridings LRC Ch show the judges were Dennis Mclellan (dogs) awarding CCs  for the first time and Shaun Williamson (bitches). </w:t>
      </w:r>
    </w:p>
    <w:p>
      <w:r>
        <w:rPr>
          <w:b w:val="0"/>
          <w:i w:val="0"/>
        </w:rPr>
        <w:t xml:space="preserve">Unfortunately Dennis reported on Facebook the following day that having had a really bad headache come on during the judging, he tested positive for Covid once home. There are several Labrador exhibitors suffering from confirmed Covid since Crufts too. </w:t>
      </w:r>
    </w:p>
    <w:p>
      <w:r>
        <w:rPr>
          <w:b w:val="0"/>
          <w:i w:val="0"/>
        </w:rPr>
        <w:t>It appears that some are having five days of clear tests when they are already far from well and only after the sixth day test do they confirm positive for Covid. It has been said frequently on t and radio  recently, if you have cold symptoms, rather than a cold, it is highly likely that in a few days you will test positive for Covid.</w:t>
      </w:r>
    </w:p>
    <w:p>
      <w:r>
        <w:rPr>
          <w:b w:val="0"/>
          <w:i w:val="0"/>
        </w:rPr>
        <w:t xml:space="preserve">Back to the Three Ridings show results. The Hodges black, ShCh Naiken East Meets West JW won the Dog CC and Reserve Best in Show whilst the Browns black Ramsayville Revolver, won the Reserve Dog CC . Under Shaun Williamson the Bitch CC went to Charlotte Rowes yellow Sh Ch Rochevales Once Upon a Time who went Best in Show. The Bitch RCC went to Erica Jayes and Ed CaseyÃ¢â‚¬â„¢s yellow, Sh Ch Lapema Masquerade at Sandylands. </w:t>
      </w:r>
    </w:p>
    <w:p>
      <w:r>
        <w:rPr>
          <w:b w:val="0"/>
          <w:i w:val="0"/>
        </w:rPr>
        <w:t>Best Puppy was Marion HopkinsonÃ¢â‚¬â„¢s Rocheby Havana andBestVeteran Sh Ch Millroseglen Make My Day with Meadowvillabs.</w:t>
      </w:r>
    </w:p>
    <w:p>
      <w:r>
        <w:rPr>
          <w:b w:val="0"/>
          <w:i w:val="0"/>
        </w:rPr>
        <w:t xml:space="preserve">Wendy Southall Secretary of Three Ridings LRC writes, Ã¢â‚¬Å"Further to the recent AGM IÃ¢â‚¬â„¢m pleased to announce it was agreed that Three Ridings Labrador Club make a donation of Ã‚Â£1000 to the charity supporting dogs in the Ukraine that have been caught up in the atrocities. In addition, the takings from the raffle held at the Championship Show on 19 March, which includes a large Beswick Dog that has been donated to the club and for which some tickets were sold during the AGM, plus the raffle to be held at Rosedale Working Tests on 20 March will be added to the donation. </w:t>
      </w:r>
    </w:p>
    <w:p>
      <w:r>
        <w:rPr>
          <w:b w:val="0"/>
          <w:i w:val="0"/>
        </w:rPr>
        <w:t>If anyone would like to make a further donation to this fund please contact one of the clubs officials.</w:t>
      </w:r>
    </w:p>
    <w:p>
      <w:r>
        <w:rPr>
          <w:b w:val="0"/>
          <w:i w:val="0"/>
        </w:rPr>
        <w:t>Sadly the notes for last week didnÃ¢â‚¬â„¢t make it to the press. So here they are once again, my apologies.</w:t>
      </w:r>
    </w:p>
    <w:p>
      <w:r>
        <w:rPr>
          <w:b w:val="0"/>
          <w:i w:val="0"/>
        </w:rPr>
        <w:t>For those of us not at Crufts, wasnÃ¢â‚¬â„¢t it brilliantly covered this year, both on TV, or via the FosseData instant online results service, plus so many exhibitors online videos.</w:t>
      </w:r>
    </w:p>
    <w:p>
      <w:r>
        <w:rPr>
          <w:b w:val="0"/>
          <w:i w:val="0"/>
        </w:rPr>
        <w:t>The final Best in Show winner was the absolutely stunning Flatcoat, a superb showman Int Ch, Nord Ch, Dan Ch Almanza Backseat Driver  owned by Ms R Ulin and Mr P Oware. His handler was truly amazed to win the Gundog Group let alone Crufts Best in Show, but if any dog ever  showed his socks off at the perfect moment, this one certainly did. A beautiful dog. Many Congratulations!</w:t>
      </w:r>
    </w:p>
    <w:p>
      <w:r>
        <w:rPr>
          <w:b w:val="0"/>
          <w:i w:val="0"/>
        </w:rPr>
        <w:t>In the huge Labrador rings, Lynda Harvey Major (Dogs) and Ronwein Phillips (Bitches) were the Judges this year and looked very smart, calm and professional going over the entry of 192 dogs and 264 bitches. The second highest Gundog entry of the show. The exciting final winners were:-</w:t>
      </w:r>
    </w:p>
    <w:p>
      <w:r>
        <w:rPr>
          <w:b w:val="0"/>
          <w:i w:val="0"/>
        </w:rPr>
        <w:t>Best of Breed having won the Dog CC , was a classic young black, A Sense of Pleasures John Boy to Frewlings (imp Deu) owned by Mary Mcculoch from Stirling. He was born on 1st June 2019, bred by the Korffs in Germany; (Ned Ch Chablais Your Place or Mine x Kim Wilde Von Der Kaiserleiten) .</w:t>
      </w:r>
    </w:p>
    <w:p>
      <w:r>
        <w:rPr>
          <w:b w:val="0"/>
          <w:i w:val="0"/>
        </w:rPr>
        <w:t>The Dog RCC went to Victor Victorias Stand by Me owned by Mrs E Sprite from Belgium.</w:t>
      </w:r>
    </w:p>
    <w:p>
      <w:r>
        <w:rPr>
          <w:b w:val="0"/>
          <w:i w:val="0"/>
        </w:rPr>
        <w:t>The Bitch CC was won by Miss C Rowes Sh Ch Rochevale Once upon a Time, with the RCC going to Penny Carpaninis Carpenny Berry.</w:t>
      </w:r>
    </w:p>
    <w:p>
      <w:r>
        <w:rPr>
          <w:b w:val="0"/>
          <w:i w:val="0"/>
        </w:rPr>
        <w:t>Best Puppy was Tullochmohr Final Hurrah owned by Diana Downey Tulloch whilst Best Veteran was Gail Flocktons , Dysonleigh Tickled Pink.</w:t>
      </w:r>
    </w:p>
    <w:p>
      <w:r>
        <w:rPr>
          <w:b w:val="0"/>
          <w:i w:val="0"/>
        </w:rPr>
        <w:t>From Gary Johnson, Ã¢â‚¬Å" I am very sorry to advise that Jean Reader (Elowood labs) has passed away following a short spell in hospital. Condolences to Ray, Lois and John.Ã¢â‚¬Â</w:t>
      </w:r>
    </w:p>
    <w:p>
      <w:r>
        <w:rPr>
          <w:b w:val="0"/>
          <w:i w:val="0"/>
        </w:rPr>
        <w:t xml:space="preserve">Sad news also from Sarah Hutton,  daughter of Bob and the late Didi Hepworth. </w:t>
      </w:r>
    </w:p>
    <w:p>
      <w:r>
        <w:rPr>
          <w:b w:val="0"/>
          <w:i w:val="0"/>
        </w:rPr>
        <w:t>Ã¢â‚¬Å"Bob Hepworth (Poolstead Labradors) sadly died on Sunday 6th March at the grand age of 101 following a short stay in hospital. There will be a private family Cremation followed by a Memorial Service at a later date.Ã¢â‚¬Â</w:t>
      </w:r>
    </w:p>
    <w:p>
      <w:r>
        <w:rPr>
          <w:b w:val="0"/>
          <w:i w:val="0"/>
        </w:rPr>
        <w:t>Linda Heron wrote on Facebook and reflected the thoughts of us all. Ã¢â‚¬Å"I will  remember Bob with huge fondness.  I was always benched next to The PoolsteadÃ¢â‚¬â„¢s and as everyone who met Bob will know he was the most amazing husband to Didi and the most wonderful, charming and patient fetcher, carrier and skilled Kennel Boy for The Poolsteads. A true gentleman.   I canÃ¢â‚¬â„¢t help recalling, with a smile, how much my mother thought he had film star good looks and so wish I could remember which film star it was! Gods speed. Ã¢â‚¬Å"</w:t>
      </w:r>
    </w:p>
    <w:p>
      <w:r>
        <w:rPr>
          <w:b w:val="0"/>
          <w:i w:val="0"/>
        </w:rPr>
        <w:t>It seems ages ago, but actually just the weekend before Crufts.</w:t>
      </w:r>
    </w:p>
    <w:p>
      <w:r>
        <w:rPr>
          <w:b w:val="0"/>
          <w:i w:val="0"/>
        </w:rPr>
        <w:t xml:space="preserve">East Anglian Labrador Club had a good entry of 208 dogs and bitches for judges Sian Evans (dogs) and Joan Woodall (bitches). The Bitch CC winner and Best in Show on the referees decision, winning her first CC on the day was  Maxrose Daisy Belle (SH CH Carromer Jack Flash To Baileydale JW,BEL JNR X Driffwold Daisy Baggins Sh CM) </w:t>
      </w:r>
    </w:p>
    <w:p>
      <w:r>
        <w:rPr>
          <w:b w:val="0"/>
          <w:i w:val="0"/>
        </w:rPr>
        <w:t>The Dog CC and Res BIS was I believe Laura Reardons Othamcourt Heathcliff.</w:t>
      </w:r>
    </w:p>
    <w:p>
      <w:r>
        <w:rPr>
          <w:b w:val="0"/>
          <w:i w:val="0"/>
        </w:rPr>
        <w:t xml:space="preserve">Unfortunately no other results to hand. Do remember to let me know, via the email below, if you wish your show results to be included in the Our Dogs Breed notes. There are still very many readers who enjoy reading  the actual printed paper but have never used an  iPhone, iPad or computer and donÃ¢â‚¬â„¢t intend to, so will never learn of your exhibitors exciting show results. </w:t>
      </w:r>
    </w:p>
    <w:p>
      <w:r>
        <w:rPr>
          <w:b w:val="0"/>
          <w:i w:val="0"/>
        </w:rPr>
        <w:t>Ann Britton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