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――――――――――――――――――――――――――――――</w:t>
      </w:r>
    </w:p>
    <w:p>
      <w:r>
        <w:rPr>
          <w:b w:val="0"/>
          <w:i w:val="0"/>
        </w:rPr>
        <w:t>title: "Labrador Breed Notes - 27/03/2015 - ISSUE"</w:t>
      </w:r>
      <w:r>
        <w:br/>
      </w:r>
      <w:r>
        <w:rPr>
          <w:b w:val="0"/>
          <w:i w:val="0"/>
        </w:rPr>
        <w:br/>
        <w:t>date_original: "27/03/2015 - ISSUE"</w:t>
      </w:r>
      <w:r>
        <w:br/>
      </w:r>
      <w:r>
        <w:rPr>
          <w:b w:val="0"/>
          <w:i w:val="0"/>
        </w:rPr>
        <w:br/>
        <w:t>source_url: "https://www.ourdogs.co.uk/members/breednotes/RetrieverLabradorMain.php"</w:t>
      </w:r>
      <w:r>
        <w:br/>
      </w:r>
      <w:r>
        <w:rPr>
          <w:b w:val="0"/>
          <w:i w:val="0"/>
        </w:rPr>
        <w:br/>
        <w:t>scraped_at: "2026-09-13T15:31:55"</w:t>
      </w:r>
      <w:r>
        <w:br/>
      </w:r>
      <w:r>
        <w:rPr>
          <w:b w:val="0"/>
          <w:i w:val="0"/>
        </w:rPr>
        <w:br/>
        <w:t>word_count: 1264</w:t>
      </w:r>
    </w:p>
    <w:p>
      <w:r>
        <w:t>――――――――――――――――――――――――――――――</w:t>
      </w:r>
    </w:p>
    <w:p>
      <w:r>
        <w:rPr>
          <w:b w:val="0"/>
          <w:i w:val="0"/>
        </w:rPr>
        <w:t>NEWS MEMBERS' AREA SHOP SUBSCRIBE UPCOMING SHOWS MORE</w:t>
      </w:r>
    </w:p>
    <w:p>
      <w:r>
        <w:rPr>
          <w:b w:val="0"/>
          <w:i w:val="0"/>
        </w:rPr>
        <w:t>RETRIEVER LABRADOR</w:t>
      </w:r>
    </w:p>
    <w:p>
      <w:r>
        <w:rPr>
          <w:b w:val="0"/>
          <w:i w:val="0"/>
        </w:rPr>
        <w:t>Issue: 27/03/2015</w:t>
      </w:r>
    </w:p>
    <w:p>
      <w:r>
        <w:rPr>
          <w:b w:val="0"/>
          <w:i w:val="0"/>
        </w:rPr>
        <w:t>As I reported last week, Linda Cooper (Larkvalley) has sadly lost her</w:t>
      </w:r>
    </w:p>
    <w:p>
      <w:r>
        <w:rPr>
          <w:b w:val="0"/>
          <w:i w:val="0"/>
        </w:rPr>
        <w:t>long, yet stoically brave fight against cancer. Paul, her husband writes</w:t>
      </w:r>
    </w:p>
    <w:p>
      <w:r>
        <w:rPr>
          <w:b w:val="0"/>
          <w:i w:val="0"/>
        </w:rPr>
        <w:t>"Linda's Funeral Service will be held at; West Suffolk Crematorium IP28</w:t>
      </w:r>
    </w:p>
    <w:p>
      <w:r>
        <w:rPr>
          <w:b w:val="0"/>
          <w:i w:val="0"/>
        </w:rPr>
        <w:t>6RR on Wednesday 8 April at 12.45pm, followed by her wake at The Priory</w:t>
      </w:r>
    </w:p>
    <w:p>
      <w:r>
        <w:rPr>
          <w:b w:val="0"/>
          <w:i w:val="0"/>
        </w:rPr>
        <w:t>Hotel, Mildenhall Road Bury St Edmunds IP32 6EH. The hotel is easy to</w:t>
      </w:r>
    </w:p>
    <w:p>
      <w:r>
        <w:rPr>
          <w:b w:val="0"/>
          <w:i w:val="0"/>
        </w:rPr>
        <w:t>find and only a couple of miles from the crematorium.</w:t>
      </w:r>
    </w:p>
    <w:p>
      <w:r>
        <w:rPr>
          <w:b w:val="0"/>
          <w:i w:val="0"/>
        </w:rPr>
        <w:t>Sarah, Mark, Simon and I, hope you will be able to join us there to</w:t>
      </w:r>
    </w:p>
    <w:p>
      <w:r>
        <w:rPr>
          <w:b w:val="0"/>
          <w:i w:val="0"/>
        </w:rPr>
        <w:t>raise a glass in Linda's memory and have a few 'Linda laughs'.</w:t>
      </w:r>
    </w:p>
    <w:p>
      <w:r>
        <w:rPr>
          <w:b w:val="0"/>
          <w:i w:val="0"/>
        </w:rPr>
        <w:t>At Linda's request, please wear bright colours. (I am even thinking of</w:t>
      </w:r>
    </w:p>
    <w:p>
      <w:r>
        <w:rPr>
          <w:b w:val="0"/>
          <w:i w:val="0"/>
        </w:rPr>
        <w:t>wearing my Linda's Little Helper apron!)</w:t>
      </w:r>
    </w:p>
    <w:p>
      <w:r>
        <w:rPr>
          <w:b w:val="0"/>
          <w:i w:val="0"/>
        </w:rPr>
        <w:t>Family flowers only. However, you are invited to bring a single red rose</w:t>
      </w:r>
    </w:p>
    <w:p>
      <w:r>
        <w:rPr>
          <w:b w:val="0"/>
          <w:i w:val="0"/>
        </w:rPr>
        <w:t>which will be placed near Linda.</w:t>
      </w:r>
    </w:p>
    <w:p>
      <w:r>
        <w:rPr>
          <w:b w:val="0"/>
          <w:i w:val="0"/>
        </w:rPr>
        <w:t>If you would like to write a message to Linda, please send them on a</w:t>
      </w:r>
    </w:p>
    <w:p>
      <w:r>
        <w:rPr>
          <w:b w:val="0"/>
          <w:i w:val="0"/>
        </w:rPr>
        <w:t>heart shaped tag to A.E.Thurlow and Son who will then attach them to the</w:t>
      </w:r>
    </w:p>
    <w:p>
      <w:r>
        <w:rPr>
          <w:b w:val="0"/>
          <w:i w:val="0"/>
        </w:rPr>
        <w:t>casket. The more colourful the better.</w:t>
      </w:r>
    </w:p>
    <w:p>
      <w:r>
        <w:rPr>
          <w:b w:val="0"/>
          <w:i w:val="0"/>
        </w:rPr>
        <w:t>Donations in her memory to St Nicholas Hospice may be sent to</w:t>
      </w:r>
    </w:p>
    <w:p>
      <w:r>
        <w:rPr>
          <w:b w:val="0"/>
          <w:i w:val="0"/>
        </w:rPr>
        <w:t>A.E.Thurlow and Son, 1 High Street, Ixworth, Suffolk, IP31 2HH or made</w:t>
      </w:r>
    </w:p>
    <w:p>
      <w:r>
        <w:rPr>
          <w:b w:val="0"/>
          <w:i w:val="0"/>
        </w:rPr>
        <w:t>on the day."</w:t>
      </w:r>
    </w:p>
    <w:p>
      <w:r>
        <w:rPr>
          <w:b w:val="0"/>
          <w:i w:val="0"/>
        </w:rPr>
        <w:t>Three Ridings Labrador Club held their championship show at Cleckheaton</w:t>
      </w:r>
    </w:p>
    <w:p>
      <w:r>
        <w:rPr>
          <w:b w:val="0"/>
          <w:i w:val="0"/>
        </w:rPr>
        <w:t>on March 21st. I understand, that it is the last time the show will be</w:t>
      </w:r>
    </w:p>
    <w:p>
      <w:r>
        <w:rPr>
          <w:b w:val="0"/>
          <w:i w:val="0"/>
        </w:rPr>
        <w:t>held at this particular venue as the site is destined for redevelopment.</w:t>
      </w:r>
    </w:p>
    <w:p>
      <w:r>
        <w:rPr>
          <w:b w:val="0"/>
          <w:i w:val="0"/>
        </w:rPr>
        <w:t>The judges were Agnes May Pollock (Dogs) and Lesley Dantinnes (Bitches).</w:t>
      </w:r>
    </w:p>
    <w:p>
      <w:r>
        <w:rPr>
          <w:b w:val="0"/>
          <w:i w:val="0"/>
        </w:rPr>
        <w:t>The winners were Dog CC and BIS the Rawlinson family's black, Sh Ch</w:t>
      </w:r>
    </w:p>
    <w:p>
      <w:r>
        <w:rPr>
          <w:b w:val="0"/>
          <w:i w:val="0"/>
        </w:rPr>
        <w:t>Fullwell Fly High to Halshimoor, which must have brightened their week</w:t>
      </w:r>
    </w:p>
    <w:p>
      <w:r>
        <w:rPr>
          <w:b w:val="0"/>
          <w:i w:val="0"/>
        </w:rPr>
        <w:t>as they had had to say a sad goodbye to Sh Ch Halshimore Linclon, at</w:t>
      </w:r>
    </w:p>
    <w:p>
      <w:r>
        <w:rPr>
          <w:b w:val="0"/>
          <w:i w:val="0"/>
        </w:rPr>
        <w:t>just nine years of age only a few days previously.</w:t>
      </w:r>
    </w:p>
    <w:p>
      <w:r>
        <w:rPr>
          <w:b w:val="0"/>
          <w:i w:val="0"/>
        </w:rPr>
        <w:t>The Dog RCC went to Penny Carpaninis yellow, Carpenny Melrose.</w:t>
      </w:r>
    </w:p>
    <w:p>
      <w:r>
        <w:rPr>
          <w:b w:val="0"/>
          <w:i w:val="0"/>
        </w:rPr>
        <w:t>The Bitch CC winner and Best Opposite Sex was Sharon Rogers yellow</w:t>
      </w:r>
    </w:p>
    <w:p>
      <w:r>
        <w:rPr>
          <w:b w:val="0"/>
          <w:i w:val="0"/>
        </w:rPr>
        <w:t>Veteran, Woodmist Saffron whilst the Bitch RCC went to Kay Jenkins</w:t>
      </w:r>
    </w:p>
    <w:p>
      <w:r>
        <w:rPr>
          <w:b w:val="0"/>
          <w:i w:val="0"/>
        </w:rPr>
        <w:t>yellow, Secada Miss Bianca JW. Best Puppy was Sharon Lamberts yellow</w:t>
      </w:r>
    </w:p>
    <w:p>
      <w:r>
        <w:rPr>
          <w:b w:val="0"/>
          <w:i w:val="0"/>
        </w:rPr>
        <w:t>dog, Mattand Exodus</w:t>
      </w:r>
    </w:p>
    <w:p>
      <w:r>
        <w:rPr>
          <w:b w:val="0"/>
          <w:i w:val="0"/>
        </w:rPr>
        <w:t>I remember the first time I went to a Three Ridings Championship show at</w:t>
      </w:r>
    </w:p>
    <w:p>
      <w:r>
        <w:rPr>
          <w:b w:val="0"/>
          <w:i w:val="0"/>
        </w:rPr>
        <w:t>the Cleckheaton hall, it was certainly a grade up from the previous</w:t>
      </w:r>
    </w:p>
    <w:p>
      <w:r>
        <w:rPr>
          <w:b w:val="0"/>
          <w:i w:val="0"/>
        </w:rPr>
        <w:t>urban venue at Armley, where my main lasting recollection was the sight</w:t>
      </w:r>
    </w:p>
    <w:p>
      <w:r>
        <w:rPr>
          <w:b w:val="0"/>
          <w:i w:val="0"/>
        </w:rPr>
        <w:t>of row on row of washing, blowing high up in the wind above a cobbled</w:t>
      </w:r>
    </w:p>
    <w:p>
      <w:r>
        <w:rPr>
          <w:b w:val="0"/>
          <w:i w:val="0"/>
        </w:rPr>
        <w:t>street where we parked for the show. The washing lines spanned right</w:t>
      </w:r>
    </w:p>
    <w:p>
      <w:r>
        <w:rPr>
          <w:b w:val="0"/>
          <w:i w:val="0"/>
        </w:rPr>
        <w:t>across the street below, fixed from the upstairs of one house on one</w:t>
      </w:r>
    </w:p>
    <w:p>
      <w:r>
        <w:rPr>
          <w:b w:val="0"/>
          <w:i w:val="0"/>
        </w:rPr>
        <w:t>side of the street, to the upstairs of another house on the opposite</w:t>
      </w:r>
    </w:p>
    <w:p>
      <w:r>
        <w:rPr>
          <w:b w:val="0"/>
          <w:i w:val="0"/>
        </w:rPr>
        <w:t>side. It so reminded me of JS Lowry's well known inner city, industrial</w:t>
      </w:r>
    </w:p>
    <w:p>
      <w:r>
        <w:rPr>
          <w:b w:val="0"/>
          <w:i w:val="0"/>
        </w:rPr>
        <w:t>landscape, stick men paintings and has never left my memory. Now the</w:t>
      </w:r>
    </w:p>
    <w:p>
      <w:r>
        <w:rPr>
          <w:b w:val="0"/>
          <w:i w:val="0"/>
        </w:rPr>
        <w:t>Clekheaton venue is to be no more either.</w:t>
      </w:r>
    </w:p>
    <w:p>
      <w:r>
        <w:rPr>
          <w:b w:val="0"/>
          <w:i w:val="0"/>
        </w:rPr>
        <w:t>I gather, another suitable venue has already been located nearby for</w:t>
      </w:r>
    </w:p>
    <w:p>
      <w:r>
        <w:rPr>
          <w:b w:val="0"/>
          <w:i w:val="0"/>
        </w:rPr>
        <w:t>future year's shows.</w:t>
      </w:r>
    </w:p>
    <w:p>
      <w:r>
        <w:rPr>
          <w:b w:val="0"/>
          <w:i w:val="0"/>
        </w:rPr>
        <w:t>Linda Heron writes " Northumberland and Durham Labrador Club are holding</w:t>
      </w:r>
    </w:p>
    <w:p>
      <w:r>
        <w:rPr>
          <w:b w:val="0"/>
          <w:i w:val="0"/>
        </w:rPr>
        <w:t>a seminar on the 25th April 2015 at Croft Veterinary Hospital,</w:t>
      </w:r>
    </w:p>
    <w:p>
      <w:r>
        <w:rPr>
          <w:b w:val="0"/>
          <w:i w:val="0"/>
        </w:rPr>
        <w:t>Northumberland Business Park, West Cramlington, Northumberland, NE23</w:t>
      </w:r>
    </w:p>
    <w:p>
      <w:r>
        <w:rPr>
          <w:b w:val="0"/>
          <w:i w:val="0"/>
        </w:rPr>
        <w:t>7RH.</w:t>
      </w:r>
    </w:p>
    <w:p>
      <w:r>
        <w:rPr>
          <w:b w:val="0"/>
          <w:i w:val="0"/>
        </w:rPr>
        <w:t>Arrive at any time after 9.30 for a 10am start. Tea and Coffee will be</w:t>
      </w:r>
    </w:p>
    <w:p>
      <w:r>
        <w:rPr>
          <w:b w:val="0"/>
          <w:i w:val="0"/>
        </w:rPr>
        <w:t>available on arrival.</w:t>
      </w:r>
    </w:p>
    <w:p>
      <w:r>
        <w:rPr>
          <w:b w:val="0"/>
          <w:i w:val="0"/>
        </w:rPr>
        <w:t>The programme is:-</w:t>
      </w:r>
    </w:p>
    <w:p>
      <w:r>
        <w:rPr>
          <w:b w:val="0"/>
          <w:i w:val="0"/>
        </w:rPr>
        <w:t>10 am - Dr Tom Lewis- The science behind Mate Select and population</w:t>
      </w:r>
    </w:p>
    <w:p>
      <w:r>
        <w:rPr>
          <w:b w:val="0"/>
          <w:i w:val="0"/>
        </w:rPr>
        <w:t>Genetics principles.</w:t>
      </w:r>
    </w:p>
    <w:p>
      <w:r>
        <w:rPr>
          <w:b w:val="0"/>
          <w:i w:val="0"/>
        </w:rPr>
        <w:t>The first part of the day will cover Estimated Breeding Values and</w:t>
      </w:r>
    </w:p>
    <w:p>
      <w:r>
        <w:rPr>
          <w:b w:val="0"/>
          <w:i w:val="0"/>
        </w:rPr>
        <w:t>Coefficient of Inbreeding.</w:t>
      </w:r>
    </w:p>
    <w:p>
      <w:r>
        <w:rPr>
          <w:b w:val="0"/>
          <w:i w:val="0"/>
        </w:rPr>
        <w:t>Dr Lewis has been involved in the development of The Kennel Club's MyKC</w:t>
      </w:r>
    </w:p>
    <w:p>
      <w:r>
        <w:rPr>
          <w:b w:val="0"/>
          <w:i w:val="0"/>
        </w:rPr>
        <w:t>and is responsible for the development of Estimated Breeding Values,</w:t>
      </w:r>
    </w:p>
    <w:p>
      <w:r>
        <w:rPr>
          <w:b w:val="0"/>
          <w:i w:val="0"/>
        </w:rPr>
        <w:t>which are now available for 25 breeds.</w:t>
      </w:r>
    </w:p>
    <w:p>
      <w:r>
        <w:rPr>
          <w:b w:val="0"/>
          <w:i w:val="0"/>
        </w:rPr>
        <w:t>If you're not sure what they are, you definitely need to put the date in</w:t>
      </w:r>
    </w:p>
    <w:p>
      <w:r>
        <w:rPr>
          <w:b w:val="0"/>
          <w:i w:val="0"/>
        </w:rPr>
        <w:t>your diary and if you do know what they are - you will definitely want</w:t>
      </w:r>
    </w:p>
    <w:p>
      <w:r>
        <w:rPr>
          <w:b w:val="0"/>
          <w:i w:val="0"/>
        </w:rPr>
        <w:t>to be there!</w:t>
      </w:r>
    </w:p>
    <w:p>
      <w:r>
        <w:rPr>
          <w:b w:val="0"/>
          <w:i w:val="0"/>
        </w:rPr>
        <w:t>We will then have a hot lunch, followed at 1.30 pm by a not-to-be-missed</w:t>
      </w:r>
    </w:p>
    <w:p>
      <w:r>
        <w:rPr>
          <w:b w:val="0"/>
          <w:i w:val="0"/>
        </w:rPr>
        <w:t>talk by the breeds leading historian Richard Edwards. "The Early</w:t>
      </w:r>
    </w:p>
    <w:p>
      <w:r>
        <w:rPr>
          <w:b w:val="0"/>
          <w:i w:val="0"/>
        </w:rPr>
        <w:t>Development of the Labrador."</w:t>
      </w:r>
    </w:p>
    <w:p>
      <w:r>
        <w:rPr>
          <w:b w:val="0"/>
          <w:i w:val="0"/>
        </w:rPr>
        <w:t>Richard has been invited to give this talk as far afield as Australia</w:t>
      </w:r>
    </w:p>
    <w:p>
      <w:r>
        <w:rPr>
          <w:b w:val="0"/>
          <w:i w:val="0"/>
        </w:rPr>
        <w:t>and we are delighted that he has agreed to join us for what I know will</w:t>
      </w:r>
    </w:p>
    <w:p>
      <w:r>
        <w:rPr>
          <w:b w:val="0"/>
          <w:i w:val="0"/>
        </w:rPr>
        <w:t>be a wonderful afternoon and of interest to owners and breeders of all</w:t>
      </w:r>
    </w:p>
    <w:p>
      <w:r>
        <w:rPr>
          <w:b w:val="0"/>
          <w:i w:val="0"/>
        </w:rPr>
        <w:t>breeds.</w:t>
      </w:r>
    </w:p>
    <w:p>
      <w:r>
        <w:rPr>
          <w:b w:val="0"/>
          <w:i w:val="0"/>
        </w:rPr>
        <w:t>Tickets for the full day are Â£20, which include refreshments on arrival,</w:t>
      </w:r>
    </w:p>
    <w:p>
      <w:r>
        <w:rPr>
          <w:b w:val="0"/>
          <w:i w:val="0"/>
        </w:rPr>
        <w:t>a hot lunch, and tea and cake mid-afternoon.</w:t>
      </w:r>
    </w:p>
    <w:p>
      <w:r>
        <w:rPr>
          <w:b w:val="0"/>
          <w:i w:val="0"/>
        </w:rPr>
        <w:t>Morning and/or afternoon tickets without lunch can be purchased for Â£7</w:t>
      </w:r>
    </w:p>
    <w:p>
      <w:r>
        <w:rPr>
          <w:b w:val="0"/>
          <w:i w:val="0"/>
        </w:rPr>
        <w:t>per session.</w:t>
      </w:r>
    </w:p>
    <w:p>
      <w:r>
        <w:rPr>
          <w:b w:val="0"/>
          <w:i w:val="0"/>
        </w:rPr>
        <w:t>Tickets can be bought online (using the payment buttons above) or by</w:t>
      </w:r>
    </w:p>
    <w:p>
      <w:r>
        <w:rPr>
          <w:b w:val="0"/>
          <w:i w:val="0"/>
        </w:rPr>
        <w:t>contacting Lynda Heron on Tel: 01665 570631 email: brigburn@gmail.com.</w:t>
      </w:r>
    </w:p>
    <w:p>
      <w:r>
        <w:rPr>
          <w:b w:val="0"/>
          <w:i w:val="0"/>
        </w:rPr>
        <w:t>01665 570631 email: brigburn@gmail.com http://www.ndlabclub.co.uk"</w:t>
      </w:r>
    </w:p>
    <w:p>
      <w:r>
        <w:rPr>
          <w:b w:val="0"/>
          <w:i w:val="0"/>
        </w:rPr>
        <w:t>Having heard Richard Edwards wonderful talk when he gave it only last</w:t>
      </w:r>
    </w:p>
    <w:p>
      <w:r>
        <w:rPr>
          <w:b w:val="0"/>
          <w:i w:val="0"/>
        </w:rPr>
        <w:t>year at the Lab Club of Wales, I can thoroughly recommend it. Richard is</w:t>
      </w:r>
    </w:p>
    <w:p>
      <w:r>
        <w:rPr>
          <w:b w:val="0"/>
          <w:i w:val="0"/>
        </w:rPr>
        <w:t>such an engaging speaker, 100% passionate about his topic. I know we</w:t>
      </w:r>
    </w:p>
    <w:p>
      <w:r>
        <w:rPr>
          <w:b w:val="0"/>
          <w:i w:val="0"/>
        </w:rPr>
        <w:t>were all immensely sad when time ran out and the talk had to come to a</w:t>
      </w:r>
    </w:p>
    <w:p>
      <w:r>
        <w:rPr>
          <w:b w:val="0"/>
          <w:i w:val="0"/>
        </w:rPr>
        <w:t>close; we could all have listened forever. So, once again, a chance not</w:t>
      </w:r>
    </w:p>
    <w:p>
      <w:r>
        <w:rPr>
          <w:b w:val="0"/>
          <w:i w:val="0"/>
        </w:rPr>
        <w:t>to be missed!</w:t>
      </w:r>
    </w:p>
    <w:p>
      <w:r>
        <w:rPr>
          <w:b w:val="0"/>
          <w:i w:val="0"/>
        </w:rPr>
        <w:t>At the risk of readers thinking my home is always in chaos, I have to</w:t>
      </w:r>
    </w:p>
    <w:p>
      <w:r>
        <w:rPr>
          <w:b w:val="0"/>
          <w:i w:val="0"/>
        </w:rPr>
        <w:t>explain that I appear to have a very clever, yet ingeniously naughty</w:t>
      </w:r>
    </w:p>
    <w:p>
      <w:r>
        <w:rPr>
          <w:b w:val="0"/>
          <w:i w:val="0"/>
        </w:rPr>
        <w:t>Labrador, who seems to be one step ahead of me most of the time.</w:t>
      </w:r>
    </w:p>
    <w:p>
      <w:r>
        <w:rPr>
          <w:b w:val="0"/>
          <w:i w:val="0"/>
        </w:rPr>
        <w:t>I wrote a few weeks ago about the plastic bottle of black liquid shoe</w:t>
      </w:r>
    </w:p>
    <w:p>
      <w:r>
        <w:rPr>
          <w:b w:val="0"/>
          <w:i w:val="0"/>
        </w:rPr>
        <w:t>polish she removed from a drawer and what a holy mess she made as she</w:t>
      </w:r>
    </w:p>
    <w:p>
      <w:r>
        <w:rPr>
          <w:b w:val="0"/>
          <w:i w:val="0"/>
        </w:rPr>
        <w:t>squirted the black polish hither and thither all over the walls and</w:t>
      </w:r>
    </w:p>
    <w:p>
      <w:r>
        <w:rPr>
          <w:b w:val="0"/>
          <w:i w:val="0"/>
        </w:rPr>
        <w:t>floor of the dog room, before she lay in it!</w:t>
      </w:r>
    </w:p>
    <w:p>
      <w:r>
        <w:rPr>
          <w:b w:val="0"/>
          <w:i w:val="0"/>
        </w:rPr>
        <w:t>Well, since then I have fitted magnetic catches to the drawers and in</w:t>
      </w:r>
    </w:p>
    <w:p>
      <w:r>
        <w:rPr>
          <w:b w:val="0"/>
          <w:i w:val="0"/>
        </w:rPr>
        <w:t>addition, have added hooks and eyes to the side of them as well.</w:t>
      </w:r>
    </w:p>
    <w:p>
      <w:r>
        <w:rPr>
          <w:b w:val="0"/>
          <w:i w:val="0"/>
        </w:rPr>
        <w:t>Not to be deterred, Madam wasn't put off by this drawer-closing armoury</w:t>
      </w:r>
    </w:p>
    <w:p>
      <w:r>
        <w:rPr>
          <w:b w:val="0"/>
          <w:i w:val="0"/>
        </w:rPr>
        <w:t>at all. On a bright sunny Saturday morning, she found that if she</w:t>
      </w:r>
    </w:p>
    <w:p>
      <w:r>
        <w:rPr>
          <w:b w:val="0"/>
          <w:i w:val="0"/>
        </w:rPr>
        <w:t>bounced the hooks with her nose, they would eventually fly open. She</w:t>
      </w:r>
    </w:p>
    <w:p>
      <w:r>
        <w:rPr>
          <w:b w:val="0"/>
          <w:i w:val="0"/>
        </w:rPr>
        <w:t>then managed to overcome the magnetic catches, presumably with her own</w:t>
      </w:r>
    </w:p>
    <w:p>
      <w:r>
        <w:rPr>
          <w:b w:val="0"/>
          <w:i w:val="0"/>
        </w:rPr>
        <w:t>magnetic personality, and with her teeth gently drew the drawer forward.</w:t>
      </w:r>
    </w:p>
    <w:p>
      <w:r>
        <w:rPr>
          <w:b w:val="0"/>
          <w:i w:val="0"/>
        </w:rPr>
        <w:t>Bingo!</w:t>
      </w:r>
    </w:p>
    <w:p>
      <w:r>
        <w:rPr>
          <w:b w:val="0"/>
          <w:i w:val="0"/>
        </w:rPr>
        <w:t>She grabbed hold of another treasured plastic bottle of shoe cleaning</w:t>
      </w:r>
    </w:p>
    <w:p>
      <w:r>
        <w:rPr>
          <w:b w:val="0"/>
          <w:i w:val="0"/>
        </w:rPr>
        <w:t>liquid, this time navy blue, crunched it up, pulled off the foam</w:t>
      </w:r>
    </w:p>
    <w:p>
      <w:r>
        <w:rPr>
          <w:b w:val="0"/>
          <w:i w:val="0"/>
        </w:rPr>
        <w:t>applicator top and as it was a sunny day, repeated her previous "hurling</w:t>
      </w:r>
    </w:p>
    <w:p>
      <w:r>
        <w:rPr>
          <w:b w:val="0"/>
          <w:i w:val="0"/>
        </w:rPr>
        <w:t>the bottle around" game, but this time the thick navy blue liquid ended</w:t>
      </w:r>
    </w:p>
    <w:p>
      <w:r>
        <w:rPr>
          <w:b w:val="0"/>
          <w:i w:val="0"/>
        </w:rPr>
        <w:t>up mainly outside, spread all over the newly pressure-washed, pristinely</w:t>
      </w:r>
    </w:p>
    <w:p>
      <w:r>
        <w:rPr>
          <w:b w:val="0"/>
          <w:i w:val="0"/>
        </w:rPr>
        <w:t>clean, paved terrace and the plants!!!!</w:t>
      </w:r>
    </w:p>
    <w:p>
      <w:r>
        <w:rPr>
          <w:b w:val="0"/>
          <w:i w:val="0"/>
        </w:rPr>
        <w:t>I had given her a bath only the day before as she looked decidedly</w:t>
      </w:r>
    </w:p>
    <w:p>
      <w:r>
        <w:rPr>
          <w:b w:val="0"/>
          <w:i w:val="0"/>
        </w:rPr>
        <w:t>terracotta after the long wet winter. Now she had spectacular permanent</w:t>
      </w:r>
    </w:p>
    <w:p>
      <w:r>
        <w:rPr>
          <w:b w:val="0"/>
          <w:i w:val="0"/>
        </w:rPr>
        <w:t>dyed blue stockings and a very fetching, large navy blue spot on her</w:t>
      </w:r>
    </w:p>
    <w:p>
      <w:r>
        <w:rPr>
          <w:b w:val="0"/>
          <w:i w:val="0"/>
        </w:rPr>
        <w:t>quarters!</w:t>
      </w:r>
    </w:p>
    <w:p>
      <w:r>
        <w:rPr>
          <w:b w:val="0"/>
          <w:i w:val="0"/>
        </w:rPr>
        <w:t>You've got to laugh!  My late Mothers oft withering comment rang loudly</w:t>
      </w:r>
    </w:p>
    <w:p>
      <w:r>
        <w:rPr>
          <w:b w:val="0"/>
          <w:i w:val="0"/>
        </w:rPr>
        <w:t>in my ears,"Those dogs think you are a GREAT BIG JOKE!"  Probably</w:t>
      </w:r>
    </w:p>
    <w:p>
      <w:r>
        <w:rPr>
          <w:b w:val="0"/>
          <w:i w:val="0"/>
        </w:rPr>
        <w:t>rightâ€¦.but they are extremely happy!</w:t>
      </w:r>
    </w:p>
    <w:p>
      <w:r>
        <w:rPr>
          <w:b w:val="0"/>
          <w:i w:val="0"/>
        </w:rPr>
        <w:t>Ann Britton</w:t>
      </w:r>
    </w:p>
    <w:p>
      <w:r>
        <w:rPr>
          <w:b w:val="0"/>
          <w:i w:val="0"/>
        </w:rPr>
        <w:t>01989720665</w:t>
      </w:r>
    </w:p>
    <w:p>
      <w:r>
        <w:rPr>
          <w:b w:val="0"/>
          <w:i w:val="0"/>
        </w:rPr>
        <w:t>email bowstones@btinternet</w:t>
      </w:r>
    </w:p>
    <w:p>
      <w:r>
        <w:rPr>
          <w:b w:val="0"/>
          <w:i w:val="0"/>
        </w:rPr>
        <w:t>Back to Archive</w:t>
      </w:r>
    </w:p>
    <w:p>
      <w:r>
        <w:rPr>
          <w:b w:val="0"/>
          <w:i w:val="0"/>
        </w:rPr>
        <w:t>Back to Breed Notes Index</w:t>
      </w:r>
    </w:p>
    <w:p>
      <w:r>
        <w:rPr>
          <w:b w:val="0"/>
          <w:i w:val="0"/>
        </w:rPr>
        <w:t>Tel</w:t>
      </w:r>
      <w:r>
        <w:br/>
      </w:r>
      <w:r>
        <w:rPr>
          <w:b w:val="0"/>
          <w:i w:val="0"/>
        </w:rPr>
        <w:br/>
        <w:t>0161 709 4550</w:t>
      </w:r>
      <w:r>
        <w:br/>
      </w:r>
      <w:r>
        <w:rPr>
          <w:b w:val="0"/>
          <w:i w:val="0"/>
        </w:rPr>
        <w:br/>
        <w:t>Advertising</w:t>
      </w:r>
      <w:r>
        <w:br/>
      </w:r>
      <w:r>
        <w:rPr>
          <w:b w:val="0"/>
          <w:i w:val="0"/>
        </w:rPr>
        <w:br/>
        <w:t>0161 709 4576</w:t>
      </w:r>
      <w:r>
        <w:br/>
      </w:r>
      <w:r>
        <w:rPr>
          <w:b w:val="0"/>
          <w:i w:val="0"/>
        </w:rPr>
        <w:br/>
        <w:t>Editorial</w:t>
      </w:r>
      <w:r>
        <w:br/>
      </w:r>
      <w:r>
        <w:rPr>
          <w:b w:val="0"/>
          <w:i w:val="0"/>
        </w:rPr>
        <w:br/>
        <w:t>0161 709 4550</w:t>
      </w:r>
      <w:r>
        <w:br/>
      </w:r>
      <w:r>
        <w:rPr>
          <w:b w:val="0"/>
          <w:i w:val="0"/>
        </w:rPr>
        <w:br/>
        <w:t>Subscriptions</w:t>
      </w:r>
      <w:r>
        <w:br/>
      </w:r>
      <w:r>
        <w:rPr>
          <w:b w:val="0"/>
          <w:i w:val="0"/>
        </w:rPr>
        <w:br/>
        <w:t>0161 709 4559</w:t>
      </w:r>
      <w:r>
        <w:br/>
      </w:r>
      <w:r>
        <w:rPr>
          <w:b w:val="0"/>
          <w:i w:val="0"/>
        </w:rPr>
        <w:br/>
        <w:t>Mail Order</w:t>
      </w:r>
      <w:r>
        <w:br/>
      </w:r>
      <w:r>
        <w:rPr>
          <w:b w:val="0"/>
          <w:i w:val="0"/>
        </w:rPr>
        <w:br/>
        <w:t>0161 709 4562</w:t>
      </w:r>
      <w:r>
        <w:br/>
      </w:r>
      <w:r>
        <w:rPr>
          <w:b w:val="0"/>
          <w:i w:val="0"/>
        </w:rPr>
        <w:br/>
        <w:t>Show Reports</w:t>
      </w:r>
      <w:r>
        <w:br/>
      </w:r>
      <w:r>
        <w:rPr>
          <w:b w:val="0"/>
          <w:i w:val="0"/>
        </w:rPr>
        <w:br/>
        <w:t>0161 709 4571</w:t>
      </w:r>
      <w:r>
        <w:br/>
      </w:r>
      <w:r>
        <w:rPr>
          <w:b w:val="0"/>
          <w:i w:val="0"/>
        </w:rPr>
        <w:br/>
        <w:t>SEND YOUR REPORT</w:t>
      </w:r>
      <w:r>
        <w:br/>
      </w:r>
      <w:r>
        <w:rPr>
          <w:b w:val="0"/>
          <w:i w:val="0"/>
        </w:rPr>
        <w:br/>
        <w:t>Competitions</w:t>
      </w:r>
      <w:r>
        <w:br/>
      </w:r>
      <w:r>
        <w:rPr>
          <w:b w:val="0"/>
          <w:i w:val="0"/>
        </w:rPr>
        <w:br/>
        <w:t>TOP DOG</w:t>
      </w:r>
      <w:r>
        <w:br/>
      </w:r>
      <w:r>
        <w:rPr>
          <w:b w:val="0"/>
          <w:i w:val="0"/>
        </w:rPr>
        <w:br/>
        <w:t>TOP PUPPY</w:t>
      </w:r>
      <w:r>
        <w:br/>
      </w:r>
      <w:r>
        <w:rPr>
          <w:b w:val="0"/>
          <w:i w:val="0"/>
        </w:rPr>
        <w:br/>
        <w:t>TOP BREEDER</w:t>
      </w:r>
      <w:r>
        <w:br/>
      </w:r>
      <w:r>
        <w:rPr>
          <w:b w:val="0"/>
          <w:i w:val="0"/>
        </w:rPr>
        <w:br/>
        <w:t>TOP STUD</w:t>
      </w:r>
      <w:r>
        <w:br/>
      </w:r>
      <w:r>
        <w:rPr>
          <w:b w:val="0"/>
          <w:i w:val="0"/>
        </w:rPr>
        <w:br/>
        <w:t>TOP BROOD</w:t>
      </w:r>
      <w:r>
        <w:br/>
      </w:r>
      <w:r>
        <w:rPr>
          <w:b w:val="0"/>
          <w:i w:val="0"/>
        </w:rPr>
        <w:br/>
        <w:t>Members' Area</w:t>
      </w:r>
      <w:r>
        <w:br/>
      </w:r>
      <w:r>
        <w:rPr>
          <w:b w:val="0"/>
          <w:i w:val="0"/>
        </w:rPr>
        <w:br/>
        <w:t>BREED NOTES</w:t>
      </w:r>
      <w:r>
        <w:br/>
      </w:r>
      <w:r>
        <w:rPr>
          <w:b w:val="0"/>
          <w:i w:val="0"/>
        </w:rPr>
        <w:br/>
        <w:t>CHAMP SHOWS</w:t>
      </w:r>
      <w:r>
        <w:br/>
      </w:r>
      <w:r>
        <w:rPr>
          <w:b w:val="0"/>
          <w:i w:val="0"/>
        </w:rPr>
        <w:br/>
        <w:t>GENERAL SHOWS</w:t>
      </w:r>
      <w:r>
        <w:br/>
      </w:r>
      <w:r>
        <w:rPr>
          <w:b w:val="0"/>
          <w:i w:val="0"/>
        </w:rPr>
        <w:br/>
        <w:t>REGULAR FEATURES</w:t>
      </w:r>
      <w:r>
        <w:br/>
      </w:r>
      <w:r>
        <w:rPr>
          <w:b w:val="0"/>
          <w:i w:val="0"/>
        </w:rPr>
        <w:br/>
        <w:t>DIGITAL EDITION</w:t>
      </w:r>
      <w:r>
        <w:br/>
      </w:r>
      <w:r>
        <w:rPr>
          <w:b w:val="0"/>
          <w:i w:val="0"/>
        </w:rPr>
        <w:br/>
        <w:t>Sign up for our newsletter</w:t>
      </w:r>
      <w:r>
        <w:br/>
      </w:r>
      <w:r>
        <w:rPr>
          <w:b w:val="0"/>
          <w:i w:val="0"/>
        </w:rPr>
        <w:br/>
        <w:t>Subscribe</w:t>
      </w:r>
      <w:r>
        <w:br/>
      </w:r>
      <w:r>
        <w:rPr>
          <w:b w:val="0"/>
          <w:i w:val="0"/>
        </w:rPr>
        <w:br/>
        <w:t>Follow Us</w:t>
      </w:r>
    </w:p>
    <w:p>
      <w:r>
        <w:rPr>
          <w:b w:val="0"/>
          <w:i w:val="0"/>
        </w:rPr>
        <w:t>© Our Dogs Publishing All Rights Reserved. | Privacy Policy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