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- 07/12/2018 - ISSUE"</w:t>
      </w:r>
      <w:r>
        <w:br/>
      </w:r>
      <w:r>
        <w:rPr>
          <w:b w:val="0"/>
          <w:i w:val="0"/>
        </w:rPr>
        <w:br/>
        <w:t>date_original: "07/12/2018 - ISSUE"</w:t>
      </w:r>
      <w:r>
        <w:br/>
      </w:r>
      <w:r>
        <w:rPr>
          <w:b w:val="0"/>
          <w:i w:val="0"/>
        </w:rPr>
        <w:br/>
        <w:t>source_url: "https://www.ourdogs.co.uk/members/breednotes/RetrieverLabradorMain.php"</w:t>
      </w:r>
      <w:r>
        <w:br/>
      </w:r>
      <w:r>
        <w:rPr>
          <w:b w:val="0"/>
          <w:i w:val="0"/>
        </w:rPr>
        <w:br/>
        <w:t>scraped_at: "2026-09-13T15:21:35"</w:t>
      </w:r>
      <w:r>
        <w:br/>
      </w:r>
      <w:r>
        <w:rPr>
          <w:b w:val="0"/>
          <w:i w:val="0"/>
        </w:rPr>
        <w:br/>
        <w:t>word_count: 1484</w:t>
      </w:r>
    </w:p>
    <w:p>
      <w:r>
        <w:t>――――――――――――――――――――――――――――――</w:t>
      </w:r>
    </w:p>
    <w:p>
      <w:r>
        <w:rPr>
          <w:b w:val="0"/>
          <w:i w:val="0"/>
        </w:rPr>
        <w:t>NEWS MEMBERS' AREA SHOP SUBSCRIBE UPCOMING SHOWS MORE</w:t>
      </w:r>
    </w:p>
    <w:p>
      <w:r>
        <w:rPr>
          <w:b w:val="0"/>
          <w:i w:val="0"/>
        </w:rPr>
        <w:t>RETRIEVER LABRADOR</w:t>
      </w:r>
    </w:p>
    <w:p>
      <w:r>
        <w:rPr>
          <w:b w:val="0"/>
          <w:i w:val="0"/>
        </w:rPr>
        <w:t>Issue: 07/12/2018</w:t>
      </w:r>
    </w:p>
    <w:p>
      <w:r>
        <w:rPr>
          <w:b w:val="0"/>
          <w:i w:val="0"/>
        </w:rPr>
        <w:t>West of England LRC championship show, held on December 1st was judged by Caron Morton (dogs) and Jane Rawlinson (Bitches). There were 187 dogs entered, 73dogs and 114 bitches. Always a pleasant relaxed affair, run by an experienced and welcoming committee, the venue was the excellent Hutton Moor Leisure Centre, Weston super Mare and how lovely to enjoy a benched  event. Committee member Lucy Kent has kindly sent in the show report,</w:t>
      </w:r>
    </w:p>
    <w:p>
      <w:r>
        <w:rPr>
          <w:b w:val="0"/>
          <w:i w:val="0"/>
        </w:rPr>
        <w:t>'West of England LRC held their Championship show on Sat 1st December at Hutton Moor Leisure Centre, Weston-Super-Mare. Our judges were Caron Morton (Dakross) judging the dogs and Jane Rawlinson (Halshimoor) judging bitches. The judges were in agreement on all joint decisions and the principle winners were BIS Carpanini's Sh Ch Carpenny Portia, RBIS Lesley's Aramis Britannica Archipelago at Steeleigh (Imp Ltu), BPIS Braddon's Trendlewood Simply The Best, BVIS Rogers' Woodmist Saffron. Other awards went to RDCC Braddon's Trendlewood Born To Run JW, RBCC Jones' Hafnau Georgette, Best Puppy Dog Percival's Wynfaul The Wicked, Best Chocolate Kennett's Magnavalleys Man On The Moon. Thank you to our two judges and to all the exhibitors and friends who came to the show. We hope you had a good day win or lose and hope to see you again next year."</w:t>
      </w:r>
    </w:p>
    <w:p>
      <w:r>
        <w:rPr>
          <w:b w:val="0"/>
          <w:i w:val="0"/>
        </w:rPr>
        <w:t>Many thanks Lucy.</w:t>
      </w:r>
    </w:p>
    <w:p>
      <w:r>
        <w:rPr>
          <w:b w:val="0"/>
          <w:i w:val="0"/>
        </w:rPr>
        <w:t xml:space="preserve">Following four weeks inactivity, due to trapped nerve in my back, from which painful complaint our noble WELRC steward, Lucy Kent is also suffering, I attended the WELRC show with some trepidation as to how I would actually manage three effervescent young Labradors, two males and one female, on my own. I had entered four but fortunately one came in season, so she stayed at home. Many thanks to those kind exhibitors, who helped me from the carpark and assisted with benching them all. </w:t>
      </w:r>
    </w:p>
    <w:p>
      <w:r>
        <w:rPr>
          <w:b w:val="0"/>
          <w:i w:val="0"/>
        </w:rPr>
        <w:t>The two young  males certainly took advantage of my somewhat restricted movement in their classes and when asked to move on the short length of rubber matting, they happily went off at breakneck speed with their usual long powerful strides; a pace perhaps more in common with our friends at the FCI shows abroad, where the rings are enormous, but not here, with a handler who could barely move and two acute angles of a triangle to negotiate around the ring.</w:t>
      </w:r>
    </w:p>
    <w:p>
      <w:r>
        <w:rPr>
          <w:b w:val="0"/>
          <w:i w:val="0"/>
        </w:rPr>
        <w:t xml:space="preserve">Just to keep my balance without wincing or falling over, I kept having to put the brake on and check their enthusiastic stride, which was a shame, but needs must. Younger handlers would have kept up with their charges, stride for long stride, and done them proud. I felt I let mine down, but even so, I had some smashing compliments, photos and a video to enjoy once home, taken by friends ringside and it didn't look as bad as it felt. </w:t>
      </w:r>
    </w:p>
    <w:p>
      <w:r>
        <w:rPr>
          <w:b w:val="0"/>
          <w:i w:val="0"/>
        </w:rPr>
        <w:t>At least by the time my bitch's class came around I was mightily thrilled that young Becca Mills was free for a moment and when I asked, she  kindly offered to take her and show her, which she accomplished very well . What bliss to just watch.  Big thank you, Becca, who has her own lovely yellow Trendlewood puppy waiting in the wings to impress at next years shows. Good luck with her, shes a beauty, full of charming character, Becca.</w:t>
      </w:r>
    </w:p>
    <w:p>
      <w:r>
        <w:rPr>
          <w:b w:val="0"/>
          <w:i w:val="0"/>
        </w:rPr>
        <w:t xml:space="preserve">Which all brings to mind a question. Are we older exhibitors completely insane insisting on showing and moving our dogs and by so doing, do we do them justice or in fact a dis-service when competing against younger, more able bodied, skilled handlers? </w:t>
      </w:r>
    </w:p>
    <w:p>
      <w:r>
        <w:rPr>
          <w:b w:val="0"/>
          <w:i w:val="0"/>
        </w:rPr>
        <w:t xml:space="preserve">To my mind, at a mature age, the majority of breeders only have the energy to retain, rear and show the very best of our breeding, there's no point in keeping "maybees". However, if we make a hash of the moving and handling, we can make a wonderful animal look nothing, whereas in the hands of athletic young handlers the same animals can outperform the best. My Dad used to say it was up to the judge to know his topic, inside-out and find the good dogs, whatever the handling, which is hopefully how I judge, but I tend to think in some cases, handling is the final arbiter when the chips are really  down. </w:t>
      </w:r>
    </w:p>
    <w:p>
      <w:r>
        <w:rPr>
          <w:b w:val="0"/>
          <w:i w:val="0"/>
        </w:rPr>
        <w:t>This episode made me reflect back to when I was showing in my 20s, with the inexperience, impatience and enthusiasm of youth and a presumed lifetime of endless days stretching out ahead, ill prepared for the shocks and turmoil's life would bring. I used to think it peculiar that "older" people showing dogs resorted to using "runners" to move their dogs and often held everyone up whilst they , A) found a runner from the ringside audience and b) waited to swop over the dog twice. Once from the owner to the handler and then again after moving, back to the owner, when the dog was returned all fizzed up. Remember in those days entries of 300 plus were not rare. Time was of the essence. It crossed my mind, "Why didn't they just get a handler in the first place to do the whole job, standing and moving?"</w:t>
      </w:r>
    </w:p>
    <w:p>
      <w:r>
        <w:rPr>
          <w:b w:val="0"/>
          <w:i w:val="0"/>
        </w:rPr>
        <w:t xml:space="preserve">Ah the simplicity of youth! The years passed very quickly and, sooner than expected, one became an "older exhibitor". I realised what enjoyment there still was in breeding a really top class puppy and being with it in the ring, showing him/her to success as he/she grows on with the potential witnessed when first assessed, into a really handsome adult. I found out like so many others of a similar age, that I still want to be the show ring handler of the dog I've carefully bred and selected. It's just that moving them well with the freedom of one's youth is not now guaranteed. So, decisions have to be made. Either quit the show ring completely, or give the excellent specimen to a professional handler who would do a far better job, or, finally, do just what those elder experienced breeders of my youth did; keep the enjoyment, stand in the ring and resort to the do it yourself method, which includes  a runner. What are your thoughts? </w:t>
      </w:r>
    </w:p>
    <w:p>
      <w:r>
        <w:rPr>
          <w:b w:val="0"/>
          <w:i w:val="0"/>
        </w:rPr>
        <w:t>In the summer Jenny King (Linthwaite) and I were talking about her lovely Labrador Lily who was an amazing 17 years old. I have just received the sad news that Lily has passed away, or as Jenny more fittingly says "has skipped over the Rainbow Bridge".</w:t>
      </w:r>
    </w:p>
    <w:p>
      <w:r>
        <w:rPr>
          <w:b w:val="0"/>
          <w:i w:val="0"/>
        </w:rPr>
        <w:t>Jenny writes, "Lily - Carpenny Which One for Linthwaite (Hawksmoor Webster X Sh Ch Carpenny Rustina) would have been 18 years old in December. She was one of seven black bitches whom I seem to remember all went to show homes. Lily won BPIS at the Isle of Wight Gundog Club back in 2001 and Henry (L. Excalibur) managed to achieve this as well in March 2018. She was the dam of L. Fleur who produced L. Apollo ShCM, L. Maximus &amp; L. Andromeda JW who all gained their Stud Book numbers. Lily has left me a lovely legacy as Henry is now Lily's great-great-great Grandson. She was a real character and will be sadly missed."</w:t>
      </w:r>
    </w:p>
    <w:p>
      <w:r>
        <w:rPr>
          <w:b w:val="0"/>
          <w:i w:val="0"/>
        </w:rPr>
        <w:t>News of top success at Open show level comes from Maureen Rees (Eremos) . On Sat. 17th November at Crystal Palace C.A. her puppy bitch who was born on 22nd February 2018, Eremos Moment in Thyme (A Sense of Pleasures ZZ TOP (imp Deu) x Eremos Perfect Pascali)</w:t>
      </w:r>
    </w:p>
    <w:p>
      <w:r>
        <w:rPr>
          <w:b w:val="0"/>
          <w:i w:val="0"/>
        </w:rPr>
        <w:t>went Best Puppy in Breed under breed judge, Mark Boswell (Marquell). Then won Puppy Group 1 under Gareth Lawler (Roqfolly) and most excitingly went on to win Reserve Best Puppy in Show under Dr Andreas Schemel (Bentwood.) A great achievement. Well done, Maureen!</w:t>
      </w:r>
    </w:p>
    <w:p>
      <w:r>
        <w:rPr>
          <w:b w:val="0"/>
          <w:i w:val="0"/>
        </w:rPr>
        <w:t>Sad news from Julie White - Lunarpet . Her much loved, yellow dog, Lunarpet Calypso has recently passed away aged 14. Bred by Julie in February 2004, he was a son of Lembas Mr Bojangles x  Lembas Moonlight Sonata. Julie would like to thank Chris and Claire Mills who bred Calypso's parents and all the judges and friends who appreciated him over the years. Julie says he is much missed and was a great character. He has gone to heaven partnered by his favourite toy, a stuffed duck, tucked under his paw. We are sorry for your loss, Julie.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