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- 07/06/2024 - ISSUE"</w:t>
      </w:r>
      <w:r>
        <w:br/>
      </w:r>
      <w:r>
        <w:rPr>
          <w:b w:val="0"/>
          <w:i w:val="0"/>
        </w:rPr>
        <w:br/>
        <w:t>date_original: "07/06/2024 - ISSUE"</w:t>
      </w:r>
      <w:r>
        <w:br/>
      </w:r>
      <w:r>
        <w:rPr>
          <w:b w:val="0"/>
          <w:i w:val="0"/>
        </w:rPr>
        <w:br/>
        <w:t>source_url: "https://www.ourdogs.co.uk/members/breednotes/RetrieverLabradorMain.php"</w:t>
      </w:r>
      <w:r>
        <w:br/>
      </w:r>
      <w:r>
        <w:rPr>
          <w:b w:val="0"/>
          <w:i w:val="0"/>
        </w:rPr>
        <w:br/>
        <w:t>scraped_at: "2026-09-13T15:08:03"</w:t>
      </w:r>
      <w:r>
        <w:br/>
      </w:r>
      <w:r>
        <w:rPr>
          <w:b w:val="0"/>
          <w:i w:val="0"/>
        </w:rPr>
        <w:br/>
        <w:t>word_count: 1370</w:t>
      </w:r>
    </w:p>
    <w:p>
      <w:r>
        <w:t>――――――――――――――――――――――――――――――</w:t>
      </w:r>
    </w:p>
    <w:p>
      <w:r>
        <w:rPr>
          <w:b w:val="0"/>
          <w:i w:val="0"/>
        </w:rPr>
        <w:t>NEWS MEMBERS' AREA SHOP SUBSCRIBE UPCOMING SHOWS MORE</w:t>
      </w:r>
    </w:p>
    <w:p>
      <w:r>
        <w:rPr>
          <w:b w:val="0"/>
          <w:i w:val="0"/>
        </w:rPr>
        <w:t>RETRIEVER LABRADOR</w:t>
      </w:r>
    </w:p>
    <w:p>
      <w:r>
        <w:rPr>
          <w:b w:val="0"/>
          <w:i w:val="0"/>
        </w:rPr>
        <w:t>Issue: 07/06/2024</w:t>
      </w:r>
    </w:p>
    <w:p>
      <w:r>
        <w:rPr>
          <w:b w:val="0"/>
          <w:i w:val="0"/>
        </w:rPr>
        <w:t>An extra busy time at the moment, exhibiting at both Labrador and Jack Russell Terrier shows on different days. In former times travel to venues was so much easier when the motorway system was not clogged up with the lengthy roadworks, speed restrictions and horrid sneaky speed cameras.</w:t>
      </w:r>
    </w:p>
    <w:p>
      <w:r>
        <w:rPr>
          <w:b w:val="0"/>
          <w:i w:val="0"/>
        </w:rPr>
        <w:t xml:space="preserve">Would that I had the energy of Becky Hodge whose recent personal show account we enjoyed in last weekâ€™s breed notes. She is now  extending her travelling to include the European shows to exhibit her Champion Labradors and with a gap in her diary  last week even found time and determination to nip over to Ireland to a dog show there as well. </w:t>
      </w:r>
    </w:p>
    <w:p>
      <w:r>
        <w:rPr>
          <w:b w:val="0"/>
          <w:i w:val="0"/>
        </w:rPr>
        <w:t>Meanwhile I am glad to be relaxing at home as I write these notes after exhibiting at the Yellow shows, followed by 2 days of Bath and 2 days of Southern Counties with Terriers and Labradors with very early starts. Methinks itâ€™s time for a rest! There used to be an advert if you ate Two Shredded Wheat biscuits for breakfast you could expect endless energy. Pity I donâ€™t like Shredded Wheat.</w:t>
      </w:r>
    </w:p>
    <w:p>
      <w:r>
        <w:rPr>
          <w:b w:val="0"/>
          <w:i w:val="0"/>
        </w:rPr>
        <w:t xml:space="preserve">So, onto the Labrador news from the past fortnight, lots of it because of the last Bank Holiday. </w:t>
      </w:r>
    </w:p>
    <w:p>
      <w:r>
        <w:rPr>
          <w:b w:val="0"/>
          <w:i w:val="0"/>
        </w:rPr>
        <w:t>The North West Labrador Retriever Club will be holding a Breed Appreciation Day / MCE / Group Mentoring Session.</w:t>
      </w:r>
    </w:p>
    <w:p>
      <w:r>
        <w:rPr>
          <w:b w:val="0"/>
          <w:i w:val="0"/>
        </w:rPr>
        <w:t>On Sunday 21st July 2024 at Ringtail House , 5 Ringtail Place, Burscough Industrial Estate, Ormskirk , L40 8LA. Presented by Mrs Margaret Brown ( Ramsayville). Please contact Hon Sec  Ginette Oulton for more information. Mobile: 07917755476</w:t>
      </w:r>
    </w:p>
    <w:p>
      <w:r>
        <w:rPr>
          <w:b w:val="0"/>
          <w:i w:val="0"/>
        </w:rPr>
        <w:t xml:space="preserve">Ian Ganney and Anthony Allen are pleased to have won the final JW point for Darrabol Amphitrite with Allenie and received confirmation from the Kennel Club within 24 hours of submission. Things are certainly speeding up. </w:t>
      </w:r>
    </w:p>
    <w:p>
      <w:r>
        <w:rPr>
          <w:b w:val="0"/>
          <w:i w:val="0"/>
        </w:rPr>
        <w:t>Lynda Heron posted the following sad news. â€œIt is my very sad duty to inform you all of the loss of a good friend and long standing member Wendy Wilson, Tealas Labradors.</w:t>
      </w:r>
    </w:p>
    <w:p>
      <w:r>
        <w:rPr>
          <w:b w:val="0"/>
          <w:i w:val="0"/>
        </w:rPr>
        <w:t>â€œWendy and I travelled to shows together in the early years. Many will remember her beautiful black bitch  â€˜Chelseaâ€™(Cambremer Chelsea at Tealas).  Her kindness and generosity will not be forgotten by those who were lucky enough to know her. Her sharp wit and a roll of the eye or raised eye brow defused many a tense moment.  Wendy was also known for her lovely Whippets and Devon Rex cats.</w:t>
      </w:r>
    </w:p>
    <w:p>
      <w:r>
        <w:rPr>
          <w:b w:val="0"/>
          <w:i w:val="0"/>
        </w:rPr>
        <w:t>â€œStoic and brave throughout her illness she died peacefully surrounded by her family. My love goes to Andy and Mark their families. Funeral arrangements later.â€</w:t>
      </w:r>
    </w:p>
    <w:p>
      <w:r>
        <w:rPr>
          <w:b w:val="0"/>
          <w:i w:val="0"/>
        </w:rPr>
        <w:t>Congratulations to Becca Mills and Will Hosking who competed in the adult handling association finals 17 to 30 years and out of 16 entrants were placed third and fifth respectively - a lovely display of Labrador handling.</w:t>
      </w:r>
    </w:p>
    <w:p>
      <w:r>
        <w:rPr>
          <w:b w:val="0"/>
          <w:i w:val="0"/>
        </w:rPr>
        <w:t xml:space="preserve">The Yellow Lab Club celebrated the clubâ€™s hundredth year anniversary at the excellent Lydney venue. The very welcoming committee put on a wonderful 2day weekend with on site camping, and an Open Show on the Saturday and Ch show on the Sunday. </w:t>
      </w:r>
    </w:p>
    <w:p>
      <w:r>
        <w:rPr>
          <w:b w:val="0"/>
          <w:i w:val="0"/>
        </w:rPr>
        <w:t xml:space="preserve">The Open show was judged by Niamh Callaghan ( Bannabeach) from Ireland.  Her winners were Best in Show - Mandy Deanes yellow bitch Abbetstead Glamour at Tanronens. Res BIS and BOS - Miss C Bouldens chocolate Rumhill FirecrackerJW  Best Puppy- Andy and Jo Metcalfes Baileydale Rocket Man. </w:t>
      </w:r>
    </w:p>
    <w:p>
      <w:r>
        <w:rPr>
          <w:b w:val="0"/>
          <w:i w:val="0"/>
        </w:rPr>
        <w:t>After the show the eveningâ€™s entertainment included a very interesting talk  by breed historian Richard Edwards and a hog roast. The following day the Ch show was held with judges Mac Percival and Heather Wiles Fone.</w:t>
      </w:r>
    </w:p>
    <w:p>
      <w:r>
        <w:rPr>
          <w:b w:val="0"/>
          <w:i w:val="0"/>
        </w:rPr>
        <w:t>Results of the Ch show were:- Dog Challenge Certificate, Best yellow and Best in Show Sh Ch Cremino Calabrese (Mrs J &amp; Mr G Johnson), Reserve Dog Challenge Certificate Sh Ch Lembas Maui (Mr C J &amp; Mrs C E Mills) Bitch Challenge Certificate Sh Ch Kimbajak Miss Jazz Swinger JW (Ms C M Edwards), Reserve Bitch Challenge Certificate    Stand by Me of Misty Dreams (Imp Fra) (Mr R S &amp; Mr P Ennis-Holden &amp; Lammens), Best Puppy Farnfield Partridge (Mr R A S Stafford), Best Puppy Dog Baileydale Rocket Man JW (Mr A &amp; Mrs J Metcalfe), Best Minor Puppy Dog Saranden Iâ€™m On Fire (Mr D N &amp; Mrs S A Mclellan), Best Veteran Dog Potterspiney  Killian (Mrs E Young), Best Puppy Bitch Farnfield Partridge (Mr R A S Stafford), Best Minor Puppy Bitch Lembas Lucia (Mr C J &amp; Mrs C E Mills), Best Veteran Bitch Sh Ch Carpenny Portia (Mrs P Carpanini)</w:t>
      </w:r>
    </w:p>
    <w:p>
      <w:r>
        <w:rPr>
          <w:b w:val="0"/>
          <w:i w:val="0"/>
        </w:rPr>
        <w:t>At Bath the Terrier day was horribly wet, with torrential rain and thunder and lightning. The dogs werenâ€™t at all upset. On the following Gundog day on Bank Holiday Monday, the sun came out. The Lab judge was Karen Powell. The winners were Dog CC Sh Ch Westerulston John (Mr R F Bell), Reserve Dog CC - Rumhill Firecracker JW (Ms C Boulden), Bitch CC Best Veteran and Best of Breed  - Sh Ch A Sense of Pleasures Yvli at Alkhamhurst (Mrs M A Woodley), Reserve Bitch CC Woolmans  Wish Upon A Star (Mrs Y Shirton), Best Puppy - Farnfield Partridge (Mr R A S Stafford), Best Special Beginner6642 - Rochevale Harmony (Mr D Clayton)</w:t>
      </w:r>
    </w:p>
    <w:p>
      <w:r>
        <w:rPr>
          <w:b w:val="0"/>
          <w:i w:val="0"/>
        </w:rPr>
        <w:t xml:space="preserve">Southern Counties heralded a very pleasant but chilly and windy four day show with no benching, to which resigned exhibitors now seem to be accustomed. In and out pavilions housed well mown grass rings with plentiful ringside chairs to sit on. The crate area was nowhere near big enough for a numerically large  breed of large sized dogs and some exhibitors had to set up away from the ring in adjacent tents. Unfortunately whilst the majority of exhibitors camp neatly and share the available cramped space, those who bring everything they possess bar the kitchen sink to set up camp in the crate areas were, I gather, reminded by the show Chairman that it was a dog show and not a picnic on the beach with endless space.  Space had to be shared. (you might say well allow more tenting but increases in size  always come with huge financial costs. Unless exhibitors want sky high entry fees, twice what they are at the moment as is normal in Europe we have to share the limited space allocated and not be greedy, spreading all over the place). </w:t>
      </w:r>
    </w:p>
    <w:p>
      <w:r>
        <w:rPr>
          <w:b w:val="0"/>
          <w:i w:val="0"/>
        </w:rPr>
        <w:t>Under, I understand, Irish Golden Retriever and FCI Group judge  Emma Archibald awarding Labradors CCs here for the first time, from an entry of 97 her winners,  including her well travelled BOB who came from the Netherlands, were:  Dog Challenge Certificate Sh Ch/int Sh Ch/dutch Ch Lab Spb Gazprom Cw23 Ew23 (Mr S Nugteren), Reserve Dog Challenge Certificate and 3rd in Junior Group  Berlan Get Up and Go at Sandylands (Mr E &amp; Mrs E Casey &amp; Jayes), Bitch Challenge Certificate, Sh Ch Lapema Masquerade at Sandylands (Mr E &amp; Mrs E Casey &amp; Jayes), Reserve Bitch Challenge Certificate, Hit of Hit Choice for Vita Solare at Linjor (Imp Ukr) Rus/ukr Jch (Mrs L Harvey-Major), Best Of Breed Sh Ch/int Sh Ch/dutch Ch Lab Spb Gazprom Cw23 Ew23 (Mr S Nugteren), Best Puppy and 3rd in Puppy Group Trendlewood Its Only Love (Miss K Metcalfe), Best Veteran Mardas Black Silk JW (Mr I J &amp; Mrs B A Ganney, Best Junior  Berlan Get Up and Go at Sandylands (Mr E &amp; Mrs E Casey &amp; Jayes, Best Special Beginner and 2nd in the Special Beginners Group - Mcfarwins Flashing Lights (Miss D Goodwin)</w:t>
      </w:r>
    </w:p>
    <w:p>
      <w:r>
        <w:rPr>
          <w:b w:val="0"/>
          <w:i w:val="0"/>
        </w:rPr>
        <w:t xml:space="preserve">Watching ringside, I noticed far too many young Labradors were very badly behaved, jumping around, even bashing the judge or refusing to be gone over;  generally larking about. A show isnâ€™t the place for that and ring craft classes certainly would be an advantage. </w:t>
      </w:r>
    </w:p>
    <w:p>
      <w:r>
        <w:rPr>
          <w:b w:val="0"/>
          <w:i w:val="0"/>
        </w:rPr>
        <w:t xml:space="preserve">Altogether an interesting and  packed few days.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