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- 21/12/2012"</w:t>
      </w:r>
      <w:r>
        <w:br/>
      </w:r>
      <w:r>
        <w:rPr>
          <w:b w:val="0"/>
          <w:i w:val="0"/>
        </w:rPr>
        <w:br/>
        <w:t>date_original: "21/12/2012"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"2026-09-13T22:44:54"</w:t>
      </w:r>
      <w:r>
        <w:br/>
      </w:r>
      <w:r>
        <w:rPr>
          <w:b w:val="0"/>
          <w:i w:val="0"/>
        </w:rPr>
        <w:br/>
        <w:t>word_count: 768</w:t>
      </w:r>
    </w:p>
    <w:p>
      <w:r>
        <w:t>――――――――――――――――――――――――――――――</w:t>
      </w:r>
    </w:p>
    <w:p>
      <w:r>
        <w:rPr>
          <w:b w:val="0"/>
          <w:i w:val="0"/>
        </w:rPr>
        <w:t>NEWS MEMBERS' AREA SHOP SUBSCRIBE UPCOMING SHOWS MORE</w:t>
      </w:r>
    </w:p>
    <w:p>
      <w:r>
        <w:rPr>
          <w:b w:val="0"/>
          <w:i w:val="0"/>
        </w:rPr>
        <w:t>RETRIEVER LABRADOR</w:t>
      </w:r>
    </w:p>
    <w:p>
      <w:r>
        <w:rPr>
          <w:b w:val="0"/>
          <w:i w:val="0"/>
        </w:rPr>
        <w:t>Issue: 21/12/2012</w:t>
      </w:r>
    </w:p>
    <w:p>
      <w:r>
        <w:rPr>
          <w:b w:val="0"/>
          <w:i w:val="0"/>
        </w:rPr>
        <w:t>"Wishing you all a very Happy Christmas and enjoyable New Year heralding a warm, bright and sunny spring!!".</w:t>
      </w:r>
    </w:p>
    <w:p>
      <w:r>
        <w:rPr>
          <w:b w:val="0"/>
          <w:i w:val="0"/>
        </w:rPr>
        <w:t>A last minute, seasonal recipe from a possible Masterchef via Maureen Rees! "Once again this year, I've had requests for my Tequila Christmas Cake recipe so here goes. Please keep in your files as I am beginning to get tired of typing this up every year! (Made mine this morning!) 1 cup sugar, 1 tsp. baking powder, 1 cup water, 1 tsp. salt , 1 cup brown sugar, Lemon juice, 4 large eggs, Nuts, 1 bottle tequila, 2 cups dried fruit. Sample the tequila to check quality.</w:t>
      </w:r>
    </w:p>
    <w:p>
      <w:r>
        <w:rPr>
          <w:b w:val="0"/>
          <w:i w:val="0"/>
        </w:rPr>
        <w:t>Take...a large bowl; check the tequila again to be sure it is of the highest quality...Repeat.</w:t>
      </w:r>
    </w:p>
    <w:p>
      <w:r>
        <w:rPr>
          <w:b w:val="0"/>
          <w:i w:val="0"/>
        </w:rPr>
        <w:t>Turn on the electric mixer. Beat one cup of butter in a large fluffy bowl. Add 1 teaspoon of sugar. Beat again.</w:t>
      </w:r>
    </w:p>
    <w:p>
      <w:r>
        <w:rPr>
          <w:b w:val="0"/>
          <w:i w:val="0"/>
        </w:rPr>
        <w:t>At this point, it is best to make sure the tequila is still OK. Try another cup just in case.</w:t>
      </w:r>
    </w:p>
    <w:p>
      <w:r>
        <w:rPr>
          <w:b w:val="0"/>
          <w:i w:val="0"/>
        </w:rPr>
        <w:t>Turn off the mixerer thingy.</w:t>
      </w:r>
    </w:p>
    <w:p>
      <w:r>
        <w:rPr>
          <w:b w:val="0"/>
          <w:i w:val="0"/>
        </w:rPr>
        <w:t>Break 2 eegs and add to the bowl and chuck in the cup of dried fruit.</w:t>
      </w:r>
    </w:p>
    <w:p>
      <w:r>
        <w:rPr>
          <w:b w:val="0"/>
          <w:i w:val="0"/>
        </w:rPr>
        <w:t>Pick the fruit up off the floor.</w:t>
      </w:r>
    </w:p>
    <w:p>
      <w:r>
        <w:rPr>
          <w:b w:val="0"/>
          <w:i w:val="0"/>
        </w:rPr>
        <w:t>Mix on the turner. If the fried druit getas stuck in the beaterers, just pry it loose with a drewscriver</w:t>
      </w:r>
    </w:p>
    <w:p>
      <w:r>
        <w:rPr>
          <w:b w:val="0"/>
          <w:i w:val="0"/>
        </w:rPr>
        <w:t>Sample the tequila to test for tonsisticity.</w:t>
      </w:r>
    </w:p>
    <w:p>
      <w:r>
        <w:rPr>
          <w:b w:val="0"/>
          <w:i w:val="0"/>
        </w:rPr>
        <w:t>Next, sift 2 cups of salt, or something.</w:t>
      </w:r>
    </w:p>
    <w:p>
      <w:r>
        <w:rPr>
          <w:b w:val="0"/>
          <w:i w:val="0"/>
        </w:rPr>
        <w:t>Check the tequila.</w:t>
      </w:r>
    </w:p>
    <w:p>
      <w:r>
        <w:rPr>
          <w:b w:val="0"/>
          <w:i w:val="0"/>
        </w:rPr>
        <w:t>Now shift the lemon juice and strain your nuts. Add one table. Add a spoon of sugar, or somefink. Whatever you can find.</w:t>
      </w:r>
    </w:p>
    <w:p>
      <w:r>
        <w:rPr>
          <w:b w:val="0"/>
          <w:i w:val="0"/>
        </w:rPr>
        <w:t>Greash the oven.</w:t>
      </w:r>
    </w:p>
    <w:p>
      <w:r>
        <w:rPr>
          <w:b w:val="0"/>
          <w:i w:val="0"/>
        </w:rPr>
        <w:t>Turn the cake tin 360 degrees and try not to fall over. Don't forget to beat off the turner Finally, throw the bowl through the window. Finish the tequila and wipe the counter with the cat" Happy Christmas. Enjoy!</w:t>
      </w:r>
    </w:p>
    <w:p>
      <w:r>
        <w:rPr>
          <w:b w:val="0"/>
          <w:i w:val="0"/>
        </w:rPr>
        <w:t>From The Kennel Club website "A four year old Labrador Retriever from Middlewich in Cheshire has won the prestigious Retriever Championship at the Cawdor Estate, Nairn, Scotland, for the second time in three years.</w:t>
      </w:r>
    </w:p>
    <w:p>
      <w:r>
        <w:rPr>
          <w:b w:val="0"/>
          <w:i w:val="0"/>
        </w:rPr>
        <w:t>Field Trial Champion, Delfleet Neon of Fendawood, known as Dellboy, or 'Dell' for short, impressed the judges at the championship with his working flair alongside his owner David Latham, beating some of the UK's most talented working retrievers.</w:t>
      </w:r>
    </w:p>
    <w:p>
      <w:r>
        <w:rPr>
          <w:b w:val="0"/>
          <w:i w:val="0"/>
        </w:rPr>
        <w:t>Dell's second win at this event, having previously secured the title in 2010, has left David understandably proud.  He said: "This is my third International Gundog League Retriever Championship win, and my second with Dell. He has a fantastic temperament, as seen when he just laid down awaiting his turn for a retrieve across the river, on the second day of the event.</w:t>
      </w:r>
    </w:p>
    <w:p>
      <w:r>
        <w:rPr>
          <w:b w:val="0"/>
          <w:i w:val="0"/>
        </w:rPr>
        <w:t>"Dell's sire, bred by me, is currently producing many field trial winners and champions, as is his grandsire and a number of the older bitches in the line.  It gives me great pleasure as a breeder and trainer to see this line of Labradors winning at the very top level."</w:t>
      </w:r>
    </w:p>
    <w:p>
      <w:r>
        <w:rPr>
          <w:b w:val="0"/>
          <w:i w:val="0"/>
        </w:rPr>
        <w:t>Caroline Kisko, Kennel Club Secretary, added: "Dogs entered into the Retriever Championship are expected to carry out work to the highest standard. All dogs entered this year were exceedingly talented at using their natural instincts to retrieve for their handlers, and a big congratulations goes out to all the winning dogs, particularly Dellboy and his owner, David Latham."</w:t>
      </w:r>
    </w:p>
    <w:p>
      <w:r>
        <w:rPr>
          <w:b w:val="0"/>
          <w:i w:val="0"/>
        </w:rPr>
        <w:t>The winners of the Retriever Championship, run by the International Gundog League Retriever Society, were: 2012 Retriever Champion - FT Ch Delfleet Neon of Fendawood, owned and handled by David Latham. 2nd - FT Ch Jarailstar Rocky Road of Blackhatch, owned by Ms C Finlan and handled by John Halstead. 3rd - FT Ch Waterford Ganton, owned and handled by Jayne Coley. 4th - FT Ch Emmawood Drake, owned and handled by Mike Rolland. Diplomas of Merit were awarded to: FT Ch Eastdale Harry, handled by Allan Schofield. Levenghyl Boxstone, handled by Thomas Bushby</w:t>
      </w:r>
    </w:p>
    <w:p>
      <w:r>
        <w:rPr>
          <w:b w:val="0"/>
          <w:i w:val="0"/>
        </w:rPr>
        <w:t>FT Ch Delfleet Neon of Fendawood qualified for entry into the Championships by winning both the Clwyd Retriever Club trial and the Kennel Club two day Open Stakes."</w:t>
      </w:r>
    </w:p>
    <w:p>
      <w:r>
        <w:rPr>
          <w:b w:val="0"/>
          <w:i w:val="0"/>
        </w:rPr>
        <w:t>Don't forget that Crufts online entries close in early January.</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