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- 04/05/2012"</w:t>
      </w:r>
      <w:r>
        <w:br/>
      </w:r>
      <w:r>
        <w:rPr>
          <w:b w:val="0"/>
          <w:i w:val="0"/>
        </w:rPr>
        <w:br/>
        <w:t>date_original: "04/05/2012"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"2026-09-13T22:46:22"</w:t>
      </w:r>
      <w:r>
        <w:br/>
      </w:r>
      <w:r>
        <w:rPr>
          <w:b w:val="0"/>
          <w:i w:val="0"/>
        </w:rPr>
        <w:br/>
        <w:t>word_count: 810</w:t>
      </w:r>
    </w:p>
    <w:p>
      <w:r>
        <w:t>――――――――――――――――――――――――――――――</w:t>
      </w:r>
    </w:p>
    <w:p>
      <w:r>
        <w:rPr>
          <w:b w:val="0"/>
          <w:i w:val="0"/>
        </w:rPr>
        <w:t>NEWS MEMBERS' AREA SHOP SUBSCRIBE UPCOMING SHOWS MORE</w:t>
      </w:r>
    </w:p>
    <w:p>
      <w:r>
        <w:rPr>
          <w:b w:val="0"/>
          <w:i w:val="0"/>
        </w:rPr>
        <w:t>RETRIEVER LABRADOR</w:t>
      </w:r>
    </w:p>
    <w:p>
      <w:r>
        <w:rPr>
          <w:b w:val="0"/>
          <w:i w:val="0"/>
        </w:rPr>
        <w:t>Issue: 04/05/2012</w:t>
      </w:r>
    </w:p>
    <w:p>
      <w:r>
        <w:rPr>
          <w:b w:val="0"/>
          <w:i w:val="0"/>
        </w:rPr>
        <w:t>Adverse conditions so often bring out the very best in people and the sporting sociable atmosphere at out relocated ringside at WELKS this year certainly proved the point.  What a wonderful sporting bunch you are. The show was held over three days at Three Counties Showground, Malvern. The weather, with torrential rain day after day, was absolutely appalling with the worst local flooding experienced in the Malvern area for the past decade.</w:t>
      </w:r>
    </w:p>
    <w:p>
      <w:r>
        <w:rPr>
          <w:b w:val="0"/>
          <w:i w:val="0"/>
        </w:rPr>
        <w:t>The committee, stewards and ground staff worked tirelessly beforehand and throughout the show, doing their very best for the exhibitors and their utmost to ensure the show went ahead. It was sad to watch the beautifully reseeded and mown outside rings become completely submerged underwater and unuseable. All judging rings had to be re-located  indoors.</w:t>
      </w:r>
    </w:p>
    <w:p>
      <w:r>
        <w:rPr>
          <w:b w:val="0"/>
          <w:i w:val="0"/>
        </w:rPr>
        <w:t>The initial huge square Labrador wet weather rings which had been sited adjacent to the benching had turned into something akin to rice fields, so deep was the water and the rings had to be relocated to the adjacent hall. Here sadly they could not be of the same immense size but were perfectly acceptable in this emergency situation for the super entry of 266 dogs and bitches for Frank Kane (Dogs) and Janet Cole (Bitches) to go over. In true Gundog spirit there were few complaints, everyone fully appreciating the problems brought about by the adverse weather.</w:t>
      </w:r>
    </w:p>
    <w:p>
      <w:r>
        <w:rPr>
          <w:b w:val="0"/>
          <w:i w:val="0"/>
        </w:rPr>
        <w:t>At the end of the day, it was heart -warming to see our Best of Breed Labrador, the yellow dog, Sh Ch, Am, Can Ch Salty Dog of Tampa Bay win the Gundog Group under Di Arrowsmith and then go on to win Reserve Best in Show under Keith Nathan. Many congratulations to his owner Mrs L Hess and to his experienced handler Anthony Allen.</w:t>
      </w:r>
    </w:p>
    <w:p>
      <w:r>
        <w:rPr>
          <w:b w:val="0"/>
          <w:i w:val="0"/>
        </w:rPr>
        <w:t>The Dog RCC was won by Penny Carpaninis yellow Sh Ch Carpenny Made a Million The Bitch CC was won by Desmond and Rosemary Airey's yellow Sh Ch Ronsard Me Celebrait whilst the Bitch RCC went to her half sister both sired by Sh Ch Rocheby Statesman, Christine Campbells Binnaig Wild Thyme. Best Puppy was Mr and Mrs Dawsons Beskerby Larksong.</w:t>
      </w:r>
    </w:p>
    <w:p>
      <w:r>
        <w:rPr>
          <w:b w:val="0"/>
          <w:i w:val="0"/>
        </w:rPr>
        <w:t>Frances Mount (Buckholt Labradors) writes: "I am embarking on a challenge of my lifetime. I have joined the small intrepid group of ladies who are taking part in the British Horse Society Welfare charity ride/trek out in Peru, attempting to follow the 'Trails of the Incas' ending up at Machu Picchu on 20th May-2 June 2012. It is over two weeks and extremely high altitude and the aim is to raise much needed funds for BHS welfare.</w:t>
      </w:r>
    </w:p>
    <w:p>
      <w:r>
        <w:rPr>
          <w:b w:val="0"/>
          <w:i w:val="0"/>
        </w:rPr>
        <w:t>This is NOT going to be a holiday, it is high altitude 4000m, rough mountainous terrain, no vehicular access in the region, to which few foreign people have visited, plus camping out each night and local food - no Sainsbury's or Tesco here!  Nothing much will have changed in 500 years.</w:t>
      </w:r>
    </w:p>
    <w:p>
      <w:r>
        <w:rPr>
          <w:b w:val="0"/>
          <w:i w:val="0"/>
        </w:rPr>
        <w:t>Please, please support me.  Every penny I raise will go to the BHS welfare in aid of the British horse, to try and prevent the ever increasing rise in neglect, abuse and ignorance, mostly through lack of knowledge.  I have paid for my own flights and accommodation.  The BHS welfare depends solely on fund raising to achieve these objectives.</w:t>
      </w:r>
    </w:p>
    <w:p>
      <w:r>
        <w:rPr>
          <w:b w:val="0"/>
          <w:i w:val="0"/>
        </w:rPr>
        <w:t>I have set up a 'Just Giving' site, so simply go to www.justgiving.com/francesmount or send me a cheque made out to BHS Welfare.  On my return I will send you a newsletter with photos of my experiences.  Please give generously - British horses need you."</w:t>
      </w:r>
    </w:p>
    <w:p>
      <w:r>
        <w:rPr>
          <w:b w:val="0"/>
          <w:i w:val="0"/>
        </w:rPr>
        <w:t>Francis can be contacted on Tel  01227 700643 Mobile  07885800843</w:t>
      </w:r>
    </w:p>
    <w:p>
      <w:r>
        <w:rPr>
          <w:b w:val="0"/>
          <w:i w:val="0"/>
        </w:rPr>
        <w:t>mountfrances@btconnect.com</w:t>
      </w:r>
    </w:p>
    <w:p>
      <w:r>
        <w:rPr>
          <w:b w:val="0"/>
          <w:i w:val="0"/>
        </w:rPr>
        <w:t>OUR DOGS is always encouraging judges to send reports, but is increasingly aware that many now use email as a way of sending critiques.</w:t>
      </w:r>
    </w:p>
    <w:p>
      <w:r>
        <w:rPr>
          <w:b w:val="0"/>
          <w:i w:val="0"/>
        </w:rPr>
        <w:t>If you are a judge with appointments this year - or even next year - and you will be posting your report to OUR DOGS, please call along to the stand at any general championship show and collect your pre-paid envelopes.</w:t>
      </w:r>
    </w:p>
    <w:p>
      <w:r>
        <w:rPr>
          <w:b w:val="0"/>
          <w:i w:val="0"/>
        </w:rPr>
        <w:t>Alternatively, if you are a secretary and wish to collect envelopes for your show, they will be happy to oblige.</w:t>
      </w:r>
    </w:p>
    <w:p>
      <w:r>
        <w:rPr>
          <w:b w:val="0"/>
          <w:i w:val="0"/>
        </w:rPr>
        <w:t>And don't worry if you don't get to the champ shows, simply email Ann Cross on across@ourdogs.co.uk or call her on 0161 709 4550</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