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- 11/05/2012"</w:t>
      </w:r>
      <w:r>
        <w:br/>
      </w:r>
      <w:r>
        <w:rPr>
          <w:b w:val="0"/>
          <w:i w:val="0"/>
        </w:rPr>
        <w:br/>
        <w:t>date_original: "11/05/2012"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"2026-09-13T22:46:19"</w:t>
      </w:r>
      <w:r>
        <w:br/>
      </w:r>
      <w:r>
        <w:rPr>
          <w:b w:val="0"/>
          <w:i w:val="0"/>
        </w:rPr>
        <w:br/>
        <w:t>word_count: 1081</w:t>
      </w:r>
    </w:p>
    <w:p>
      <w:r>
        <w:t>――――――――――――――――――――――――――――――</w:t>
      </w:r>
    </w:p>
    <w:p>
      <w:r>
        <w:rPr>
          <w:b w:val="0"/>
          <w:i w:val="0"/>
        </w:rPr>
        <w:t>NEWS MEMBERS' AREA SHOP SUBSCRIBE UPCOMING SHOWS MORE</w:t>
      </w:r>
    </w:p>
    <w:p>
      <w:r>
        <w:rPr>
          <w:b w:val="0"/>
          <w:i w:val="0"/>
        </w:rPr>
        <w:t>RETRIEVER LABRADOR</w:t>
      </w:r>
    </w:p>
    <w:p>
      <w:r>
        <w:rPr>
          <w:b w:val="0"/>
          <w:i w:val="0"/>
        </w:rPr>
        <w:t>Issue: 11/05/2012</w:t>
      </w:r>
    </w:p>
    <w:p>
      <w:r>
        <w:rPr>
          <w:b w:val="0"/>
          <w:i w:val="0"/>
        </w:rPr>
        <w:t>As I write these notes another Bank Holiday looms, which means the notes have to be in early, so no news of weekend shows to include this week.</w:t>
      </w:r>
    </w:p>
    <w:p>
      <w:r>
        <w:rPr>
          <w:b w:val="0"/>
          <w:i w:val="0"/>
        </w:rPr>
        <w:t>This weekend, on 13th May 2012, starting at 11am, the Yellow Labrador Club are holding their 4th Show /Working Fun-day at Hammercliffe Cottage Farm, Priory Lane, Ulverscroft, Nr. Markfield, Leicestershire LE67 9PB. All are welcome.Bring your own picnic and enjoy a great fun day out. Contact Mrs Sussie Wiles, Bourne Farm, Harefield, Middlesex UB9 6NA on 01895 823227 or email sussiewiles@yahoo.co.uk or Linda Partridge 01530 810856 braidenvale.flashmount.gundogs@googlemail.com. Price: Â£3-00 per dog (half price for handlers under 18 years old).</w:t>
      </w:r>
    </w:p>
    <w:p>
      <w:r>
        <w:rPr>
          <w:b w:val="0"/>
          <w:i w:val="0"/>
        </w:rPr>
        <w:t>Another date for your diary is Saturday 14th July 2012 when, from 1pm, once again Midland Counties Lab Club are holding their popular Puppy Party including Barbecue and Eye Testing by John Goodyear at Wellfield House, Orgreave, Burton on Trent DE13 7DH, the home of Michael and Judi Neachell (Suttonpark). More details nearer the time but put the date in your diary now. A social event not to miss.</w:t>
      </w:r>
    </w:p>
    <w:p>
      <w:r>
        <w:rPr>
          <w:b w:val="0"/>
          <w:i w:val="0"/>
        </w:rPr>
        <w:t>With regards to testing for PRA, for those interested in a bargain, Becky Iddings from Optigen writes "there is an upcoming discount event at OptiGen. OptiGen's Spring Discount days are scheduled from May 7th to May 20th, whereby those wishing to test their dogs for a wide range of genetic tests can do so at a reduced price.</w:t>
      </w:r>
    </w:p>
    <w:p>
      <w:r>
        <w:rPr>
          <w:b w:val="0"/>
          <w:i w:val="0"/>
        </w:rPr>
        <w:t>Requests need to be entered online during this time with the code maydays12 for a total of 25% off the regular price of testing. Then you have up to 30 days from the date of your request to get samples to us for testing.</w:t>
      </w:r>
    </w:p>
    <w:p>
      <w:r>
        <w:rPr>
          <w:b w:val="0"/>
          <w:i w:val="0"/>
        </w:rPr>
        <w:t>Remember we don't send out test kits, but if you ask for swabs we will be glad to put some in the mail to you. If you have any questions, please feel free to email me at genetest@optigen.com"</w:t>
      </w:r>
    </w:p>
    <w:p>
      <w:r>
        <w:rPr>
          <w:b w:val="0"/>
          <w:i w:val="0"/>
        </w:rPr>
        <w:t>The glorious hose pipe ban and 'we must save water or we will all die of thirst', drought notifications seemed to have annoyed the gods so much that they consequently triggered non-stop rainfall thereafter.</w:t>
      </w:r>
    </w:p>
    <w:p>
      <w:r>
        <w:rPr>
          <w:b w:val="0"/>
          <w:i w:val="0"/>
        </w:rPr>
        <w:t>Our Herefordshire April rainfall is the highest since records began and although I live at the top of a hill, my garden and dog paddock are submerged under standing water. The occasional tuft of grass is poking its head towards the grey leaden sky, trying to survive the bog, till the sun eventually decides to appear again.</w:t>
      </w:r>
    </w:p>
    <w:p>
      <w:r>
        <w:rPr>
          <w:b w:val="0"/>
          <w:i w:val="0"/>
        </w:rPr>
        <w:t>Looking down from the back of the house into what is normally the wonderfully beautiful valley below, where there was formerly a lake of clear, sparkling water,  now all I can see is a lake filled with what looks like chocolate sauce; it is absolutely full to the brim with clay soil washed down the hillsides from surrounding fields. The brook to and from the lake is a tributary of the River Wye and in these flooded conditions on its way to the big river it very quickly overflows getting blocked with clay silt. It then overflows and floods the back-lanes, similar conditions to that which I found to my cost when trying to get home from packing up at the end of the WELKS championship show last week.</w:t>
      </w:r>
    </w:p>
    <w:p>
      <w:r>
        <w:rPr>
          <w:b w:val="0"/>
          <w:i w:val="0"/>
        </w:rPr>
        <w:t>In that case, on the final day the narrow winding lanes, I use to get home from the showground, had been replaced by dangerous 3ft deep impassable swirling rivers which meant I had to turn back a couple of times and eventually take a completely different, much longer route home over the top of the Malvern Hills.</w:t>
      </w:r>
    </w:p>
    <w:p>
      <w:r>
        <w:rPr>
          <w:b w:val="0"/>
          <w:i w:val="0"/>
        </w:rPr>
        <w:t>Not good news when tired out after a horrendously wet three day show which involved getting up every morning at 5am to do the dogs, getting changed into smarter dry clothes and then driving to Malvern to be there by 7am for each days show opening. I have to say how sporting the majority of our exhibitors were throughout the show; the conditions were so very difficult and with the massive Malvern Spring Flower Show this very weekend, the options available were limited. Congratulations to the Show Manager who ensured that the show even went ahead and that Salty Dog was able to represent our breed so successfully.</w:t>
      </w:r>
    </w:p>
    <w:p>
      <w:r>
        <w:rPr>
          <w:b w:val="0"/>
          <w:i w:val="0"/>
        </w:rPr>
        <w:t>On the Monday after the show, taking a glance at Facebook, I smiled with utter exasperation at an uninformed comment as to why the committee didn't reposition the huge Pavilions each night of the show onto dry ground (not sure where that would have been though)!  It made me realise that perhaps before anyone makes any Facebook comments, they should actually serve a term on a championship-show committee to appreciate the massive amount of work which goes on in setting up these huge events in all weathers, dry or wet.</w:t>
      </w:r>
    </w:p>
    <w:p>
      <w:r>
        <w:rPr>
          <w:b w:val="0"/>
          <w:i w:val="0"/>
        </w:rPr>
        <w:t>For information each Pavilion has huge metal base plates every 5 metres throughout its 150metre length. The base plates are held in place by four one meter long, power driven retaining spikes and these plates support the side stanchions and roof trusses, which are then covered in waterproof sheeting. The whole takes around 5 days  to erect, so 'no' they couldn't be moved each night.</w:t>
      </w:r>
    </w:p>
    <w:p>
      <w:r>
        <w:rPr>
          <w:b w:val="0"/>
          <w:i w:val="0"/>
        </w:rPr>
        <w:t>Looking at the Facebook page, I did think how far too easy it is to quickly put a thoughtless 'Like' tick with your name against a rant on Facebook when perhaps not appreciating the actual facts or the work of all those involved in trying to ensure the show even goes ahead in such appalling weather conditions. If one had driven down from the far North or far South only to find the show abandoned without notice at the very last minute but whilst one was already en-route I fear the Facebook commenters would have far more to say! Moral of that story -Think twice before you click 'Like'!!</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