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- 10/04/2026 - ISSUE"</w:t>
      </w:r>
      <w:r>
        <w:br/>
      </w:r>
      <w:r>
        <w:rPr>
          <w:b w:val="0"/>
          <w:i w:val="0"/>
        </w:rPr>
        <w:br/>
        <w:t>date_original: "10/04/2026 - ISSUE"</w:t>
      </w:r>
      <w:r>
        <w:br/>
      </w:r>
      <w:r>
        <w:rPr>
          <w:b w:val="0"/>
          <w:i w:val="0"/>
        </w:rPr>
        <w:br/>
        <w:t>source_url: "https://www.ourdogs.co.uk/members/breednotes/RetrieverLabradorMain.php"</w:t>
      </w:r>
      <w:r>
        <w:br/>
      </w:r>
      <w:r>
        <w:rPr>
          <w:b w:val="0"/>
          <w:i w:val="0"/>
        </w:rPr>
        <w:br/>
        <w:t>scraped_at: "2026-09-13T15:03:56"</w:t>
      </w:r>
      <w:r>
        <w:br/>
      </w:r>
      <w:r>
        <w:rPr>
          <w:b w:val="0"/>
          <w:i w:val="0"/>
        </w:rPr>
        <w:br/>
        <w:t>word_count: 807</w:t>
      </w:r>
    </w:p>
    <w:p>
      <w:r>
        <w:t>――――――――――――――――――――――――――――――</w:t>
      </w:r>
    </w:p>
    <w:p>
      <w:r>
        <w:rPr>
          <w:b w:val="0"/>
          <w:i w:val="0"/>
        </w:rPr>
        <w:t>NEWS MEMBERS' AREA SHOP SUBSCRIBE UPCOMING SHOWS MORE</w:t>
      </w:r>
    </w:p>
    <w:p>
      <w:r>
        <w:rPr>
          <w:b w:val="0"/>
          <w:i w:val="0"/>
        </w:rPr>
        <w:t>RETRIEVER LABRADOR</w:t>
      </w:r>
    </w:p>
    <w:p>
      <w:r>
        <w:rPr>
          <w:b w:val="0"/>
          <w:i w:val="0"/>
        </w:rPr>
        <w:t>Issue: 10/04/2026</w:t>
      </w:r>
    </w:p>
    <w:p>
      <w:r>
        <w:rPr>
          <w:b w:val="0"/>
          <w:i w:val="0"/>
        </w:rPr>
        <w:t>At the recent KSS Championship Show, Sharon Lambert was the dog judge, and Gary Johnson took on the bitches.</w:t>
      </w:r>
      <w:r>
        <w:br/>
      </w:r>
      <w:r>
        <w:rPr>
          <w:b w:val="0"/>
          <w:i w:val="0"/>
        </w:rPr>
        <w:br/>
        <w:t>BCC and BIS was Marion and David Hopkinsons Sh Ch Rocheby Hickory. RBCC went to Judith Charlton's Foxrush Hope So. DCC, BOS and RBIS was Karin Beckers Swiss Ch Miles From Nowhere Heavy Duty, and rounding off a nice day for David and Marion, RDCC was Rochevale Hercules To Rocheby. BPIS was Mac Percival's Sudeo Lucky Strike Wynfaul and RBPIS went to Emily Evans Eastdew Sky Full Of Stars Over Eminala, and BV was Tom Lappers Naiken Evita.</w:t>
      </w:r>
      <w:r>
        <w:br/>
      </w:r>
      <w:r>
        <w:rPr>
          <w:b w:val="0"/>
          <w:i w:val="0"/>
        </w:rPr>
        <w:br/>
        <w:t>On another note. It wasn't me who was taken ill at KSS, it was another Elaine. But I'm so so gratified for all the people who got in touch to ask if it was me, and was I OK. Thank you all for your concern.</w:t>
      </w:r>
      <w:r>
        <w:br/>
      </w:r>
      <w:r>
        <w:rPr>
          <w:b w:val="0"/>
          <w:i w:val="0"/>
        </w:rPr>
        <w:br/>
        <w:t>What a very lovely gesture from Sussie Wiles, who sent me a marked-up catalogue from the recent Yellow Lab Open Show to assist with the breed notes. It was very much appreciated. This is such a welcoming and hard-working committee, and you can tell that they are not just fellow committee members, they are also all friends.</w:t>
      </w:r>
      <w:r>
        <w:br/>
      </w:r>
      <w:r>
        <w:rPr>
          <w:b w:val="0"/>
          <w:i w:val="0"/>
        </w:rPr>
        <w:br/>
        <w:t>Margaret Barker writes:-</w:t>
      </w:r>
      <w:r>
        <w:br/>
      </w:r>
      <w:r>
        <w:rPr>
          <w:b w:val="0"/>
          <w:i w:val="0"/>
        </w:rPr>
        <w:br/>
        <w:t>The Labrador Retriever Club Of Wales held its Spring Open Show on Saturday March 28th in Caerphilly. Judge, Joanne Moody, attracted 58 exhibits making 61 entries. BIS was Iris Evans Open Dog winner, Trendlewood Long Time Comin At Pudleigh JW, (Sh Ch Trendlewood Born To Run JW x Trendlewood Shape Of You. RBIS was another award for Emily with R Ch, Lux Ch, Bel Ch, Eminala Star Struck Farnfield, (Arrowmoy Stardust Farnfield x Farnfield Clarity). BPIS was Evans and McKees Eastdew Rewrite The Stars With Eminala, (Multi Int Ch Rusmairas Fisher x Eminala Chaos). BV was the Mills's Trendlewood Day Dreaming, (Sh Ch Trendlewood Born To Run JW x Trendlewood Strange Magic) BBP was Emily Evans American import, Loretta Night Fury Over Eminala, (Am. Ch. Loretta Can You Hear The Drums x Am Ch Loretta Achieving Serenity.</w:t>
      </w:r>
      <w:r>
        <w:br/>
      </w:r>
      <w:r>
        <w:rPr>
          <w:b w:val="0"/>
          <w:i w:val="0"/>
        </w:rPr>
        <w:br/>
        <w:t>Full results are on www.labclubofwales.co.uk</w:t>
      </w:r>
      <w:r>
        <w:br/>
      </w:r>
      <w:r>
        <w:rPr>
          <w:b w:val="0"/>
          <w:i w:val="0"/>
        </w:rPr>
        <w:br/>
        <w:t>Such sad and shocking news that Pam Blay has died. Pam was a lady who truly understood the construction and movement of a variety of breeds, and she showed true integrity and honesty in her judging, which she undertook without fear or favour. Pam, you were a legend. My sincerest condolences to Colin and the family.</w:t>
      </w:r>
      <w:r>
        <w:br/>
      </w:r>
      <w:r>
        <w:rPr>
          <w:b w:val="0"/>
          <w:i w:val="0"/>
        </w:rPr>
        <w:br/>
        <w:t>As spring arrives, this is something worth bearing in mind if you walk your dogs in the countryside. Now is the time that livestock owners are worming their cows, sheep and horses. We all know how our Labradors like to feast on the poop of these animals, but please be aware that the droppings of recently wormed animals can be highly toxic to dogs, particularly if the animals have been wormed with Ivermectin. Symptoms of toxicity include vomiting, tremors, blindness or fatal seizures.</w:t>
      </w:r>
      <w:r>
        <w:br/>
      </w:r>
      <w:r>
        <w:rPr>
          <w:b w:val="0"/>
          <w:i w:val="0"/>
        </w:rPr>
        <w:br/>
        <w:t>Ann Hoban writes with a reminder to enter West Of England Lab Club Open Show:-</w:t>
      </w:r>
      <w:r>
        <w:br/>
      </w:r>
      <w:r>
        <w:rPr>
          <w:b w:val="0"/>
          <w:i w:val="0"/>
        </w:rPr>
        <w:br/>
        <w:t>Spring has sprung but there is still time to enter our Open Show online. The show is at Woolavington Village Hall near Bridgewater on May2nd. Entries can be made on Fossedata, closing on Sunday 12th of April. Our judge is Frederica Biden (Anuedis), coming all the way from Italy, and we hope you will join us for a nice day out, either showing, or just to sit around the ring admiring the dogs and chatting to friends.</w:t>
      </w:r>
      <w:r>
        <w:br/>
      </w:r>
      <w:r>
        <w:rPr>
          <w:b w:val="0"/>
          <w:i w:val="0"/>
        </w:rPr>
        <w:br/>
        <w:t>Do bring your baby puppies along for some showing experience. As always, there will be homemade refreshments available, and any contributions to the raffle will be very welcome.</w:t>
      </w:r>
      <w:r>
        <w:br/>
      </w:r>
      <w:r>
        <w:rPr>
          <w:b w:val="0"/>
          <w:i w:val="0"/>
        </w:rPr>
        <w:br/>
        <w:t>This coming Saturday April 11th sees the 80th anniversary championship and open shows of the Midland Counties Lab Club. To be held in the Lady Eastwood Hall at Newark Showground. The committee looks forward to welcoming exhibitors and spectators. In addition to the opportunity to see some beautiful dogs go through their paces, there will also be the chance to try your luck on the Raffle, and the Lucky Dip tombola, and to also bid on the Auction. You can also visit the Club Shop which is stocked with some wonderful Labrador themed items. Plus several other trade stands.</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