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- 18/11/2016 - ISSUE"</w:t>
      </w:r>
      <w:r>
        <w:br/>
      </w:r>
      <w:r>
        <w:rPr>
          <w:b w:val="0"/>
          <w:i w:val="0"/>
        </w:rPr>
        <w:br/>
        <w:t>date_original: "18/11/2016 - ISSUE"</w:t>
      </w:r>
      <w:r>
        <w:br/>
      </w:r>
      <w:r>
        <w:rPr>
          <w:b w:val="0"/>
          <w:i w:val="0"/>
        </w:rPr>
        <w:br/>
        <w:t>source_url: "https://www.ourdogs.co.uk/members/breednotes/RetrieverLabradorMain.php"</w:t>
      </w:r>
      <w:r>
        <w:br/>
      </w:r>
      <w:r>
        <w:rPr>
          <w:b w:val="0"/>
          <w:i w:val="0"/>
        </w:rPr>
        <w:br/>
        <w:t>scraped_at: "2026-09-13T15:27:27"</w:t>
      </w:r>
      <w:r>
        <w:br/>
      </w:r>
      <w:r>
        <w:rPr>
          <w:b w:val="0"/>
          <w:i w:val="0"/>
        </w:rPr>
        <w:br/>
        <w:t>word_count: 985</w:t>
      </w:r>
    </w:p>
    <w:p>
      <w:r>
        <w:t>――――――――――――――――――――――――――――――</w:t>
      </w:r>
    </w:p>
    <w:p>
      <w:r>
        <w:rPr>
          <w:b w:val="0"/>
          <w:i w:val="0"/>
        </w:rPr>
        <w:t>NEWS MEMBERS' AREA SHOP SUBSCRIBE UPCOMING SHOWS MORE</w:t>
      </w:r>
    </w:p>
    <w:p>
      <w:r>
        <w:rPr>
          <w:b w:val="0"/>
          <w:i w:val="0"/>
        </w:rPr>
        <w:t>RETRIEVER LABRADOR</w:t>
      </w:r>
    </w:p>
    <w:p>
      <w:r>
        <w:rPr>
          <w:b w:val="0"/>
          <w:i w:val="0"/>
        </w:rPr>
        <w:t>Issue: 18/11/2016</w:t>
      </w:r>
    </w:p>
    <w:p>
      <w:r>
        <w:rPr>
          <w:b w:val="0"/>
          <w:i w:val="0"/>
        </w:rPr>
        <w:t>Only six weeks to Christmas. Roll on Spring!</w:t>
      </w:r>
    </w:p>
    <w:p>
      <w:r>
        <w:rPr>
          <w:b w:val="0"/>
          <w:i w:val="0"/>
        </w:rPr>
        <w:t>Gundog Breeds of Scotland Ch show had two Labrador judges. Kirsi Luomanen, (Tweedledum), judged the dogs. She is formerly from Finland but is now a UK resident. Kirsi is the owner of the popular stud dog Am Ch Devonshires London Edition. The bitch judge was a new name to me, Hannele Jokisilta from Finland.</w:t>
      </w:r>
    </w:p>
    <w:p>
      <w:r>
        <w:rPr>
          <w:b w:val="0"/>
          <w:i w:val="0"/>
        </w:rPr>
        <w:t>To have two judges these days with our greatly reduced entry numbers is a luxury and as I sat at home looking at  the Fosse results at 1.30pm I could see that even with a second in the ring start all judging of the 150 Labradors entered was completely done and dusted before lunchtime, enabling exhibitors to head for home in daylight hours.</w:t>
      </w:r>
    </w:p>
    <w:p>
      <w:r>
        <w:rPr>
          <w:b w:val="0"/>
          <w:i w:val="0"/>
        </w:rPr>
        <w:t>Sussie Wiles yellow Richbourne Londoner, sIred by Am Ch Devonshires London Edition won his first Dog CC and his half brother, the Browns yellow Sh Ch Brighton Sarracenia also sired by Am Ch Devonshires London Edition was awarded the Dog RCC.</w:t>
      </w:r>
    </w:p>
    <w:p>
      <w:r>
        <w:rPr>
          <w:b w:val="0"/>
          <w:i w:val="0"/>
        </w:rPr>
        <w:t>The Bitch CC her first, and Best of Breed was won by Sadie Holiday and Robert Aulds yellow Ramsayville Ria at FarbraeJW whilst the Bitch RCC went to Balshaw and Rawlinsons Shanorrell Soiree at Halshimoor. Best Puppy was another such award for Marion Hopkinsons bitch puppy Hayley Sun in Their Eyes...certainly a bitch with an unforgettable name!</w:t>
      </w:r>
    </w:p>
    <w:p>
      <w:r>
        <w:rPr>
          <w:b w:val="0"/>
          <w:i w:val="0"/>
        </w:rPr>
        <w:t>The following day the Labrador Retriever Club held their Open Show at Southam, Warwickshire. There were 116 dogs and bitches entered for judge Sue Merrill but unfortunately nearly 50% of these were absent which left 13 of the classes having no entries at all or just one or two exhibits present. Such a shame for the judge who resides in Ireland and certainly no sport for the winners. Best in Show was committee member, Shaun Williamsons yellow dog, Sh Ch Sharouns Incognito JW, whilst his yellow bitch Sh Ch Sharouns Pandora JW went Best Bitch. Reserve Best Dog was the Metcalfes yellow Veteran, Ch Bilbo Baggins to Baileydale and Reserve Best Bitch and Best Puppy was Mrs Grummits Manorwell Dakota.</w:t>
      </w:r>
    </w:p>
    <w:p>
      <w:r>
        <w:rPr>
          <w:b w:val="0"/>
          <w:i w:val="0"/>
        </w:rPr>
        <w:t>Comments last week on Facebook lamented the fact that someone openly took a coughing dog to West of England Lab Club Ch Show two weeks ago and passed the cough on to several other dogs attending the show who now risk passing it on to others at home including in whelp bitches and vulnerable oldies.</w:t>
      </w:r>
    </w:p>
    <w:p>
      <w:r>
        <w:rPr>
          <w:b w:val="0"/>
          <w:i w:val="0"/>
        </w:rPr>
        <w:t xml:space="preserve">My dogs have picked up the cough several times over past decades at shows at this time of the year, so even though I do have them immunised against Kennel Cough, I still tend to stay away if I feel there is a risk to puppies or in whelp bitches at home. If a pregnant bitch gets it when her unborn pups are in the early stages of development say around three weeks they can get all sorts of defects including heart defects. I feel that outcome is  never worth the risk so I stay away. </w:t>
      </w:r>
    </w:p>
    <w:p>
      <w:r>
        <w:rPr>
          <w:b w:val="0"/>
          <w:i w:val="0"/>
        </w:rPr>
        <w:t xml:space="preserve">The problem is that no one can prove 100% that the coughing dog has kennel cough.  It might have a restricted larynx or other windpipe problem, but apart from that exception  we all clearly recognise correctly the sound of a dog retching with kennel cough. </w:t>
      </w:r>
    </w:p>
    <w:p>
      <w:r>
        <w:rPr>
          <w:b w:val="0"/>
          <w:i w:val="0"/>
        </w:rPr>
        <w:t xml:space="preserve">Many years ago, my late neighbour on the benches at a West of England Lab Club Ch show arrived with four coughing chocolate dogs and put them on their benches. They were coughing continuously and we all around her were fearful for our own up till then, non coughing dogs. The show Manager was alerted and he came along, listened to the violent, near non stop coughing and instructed the lady to remove the dogs who were clearly very unwell. </w:t>
      </w:r>
    </w:p>
    <w:p>
      <w:r>
        <w:rPr>
          <w:b w:val="0"/>
          <w:i w:val="0"/>
        </w:rPr>
        <w:t xml:space="preserve">The owner absolutely refused to move, saying there was no veterinary proof it was Kennel Cough. We were not vets! </w:t>
      </w:r>
    </w:p>
    <w:p>
      <w:r>
        <w:rPr>
          <w:b w:val="0"/>
          <w:i w:val="0"/>
        </w:rPr>
        <w:t>The dogs stayed on their benches painfully coughing away. She then insisted on showing all the dogs in their classes and the judge, being unaware of everyones concerns, handled each ones mouth to examine teeth,  probably passing on the cough germs to the next exhibit she examined. By five days later a great proportion of the dogs entered at that show had kennel cough.</w:t>
      </w:r>
    </w:p>
    <w:p>
      <w:r>
        <w:rPr>
          <w:b w:val="0"/>
          <w:i w:val="0"/>
        </w:rPr>
        <w:t>That was thirty years ago or more, yet little has changed. If an owner is so intent on winning a piece of card with their dog nothing such as infecting all the other exhibits on the premises will ever prevent them. They just don't care about anyone but themselves; they didnt then and they still dont now. What a disgraceful selfish attitude!</w:t>
      </w:r>
    </w:p>
    <w:p>
      <w:r>
        <w:rPr>
          <w:b w:val="0"/>
          <w:i w:val="0"/>
        </w:rPr>
        <w:t>On the decent exhibitor side though, at another WELRC ch show, an exhibitor drove seven hours plus to the show, arrived, opened the back of her vehicle to find one of her dogs who hadn't shown any sign of a cough before leaving home or during the long dark journey south, was now coughing. She left the dogs in the car, got back in straight away and drove the seven hours back home without entering the show building. Her decent action was for the benefit of everyone else and she is fondly remembered for it. Others are remembered with scorn for bluffing it out when they clearly know they are doing wrong, and will later be judged as such.</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