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- 09/08/2002"</w:t>
      </w:r>
      <w:r>
        <w:br/>
      </w:r>
      <w:r>
        <w:rPr>
          <w:b w:val="0"/>
          <w:i w:val="0"/>
        </w:rPr>
        <w:br/>
        <w:t>date_original: "09/08/2002"</w:t>
      </w:r>
      <w:r>
        <w:br/>
      </w:r>
      <w:r>
        <w:rPr>
          <w:b w:val="0"/>
          <w:i w:val="0"/>
        </w:rPr>
        <w:br/>
        <w:t>source_url: "https://www.ourdogs.co.uk/members/breednotes/2002/RetrieverLabrador/August2002/RetrieverLabrador090802.htm"</w:t>
      </w:r>
      <w:r>
        <w:br/>
      </w:r>
      <w:r>
        <w:rPr>
          <w:b w:val="0"/>
          <w:i w:val="0"/>
        </w:rPr>
        <w:br/>
        <w:t>archive_type: "static_html"</w:t>
      </w:r>
      <w:r>
        <w:br/>
      </w:r>
      <w:r>
        <w:rPr>
          <w:b w:val="0"/>
          <w:i w:val="0"/>
        </w:rPr>
        <w:br/>
        <w:t>scraped_at: "2026-09-13T22:18:04"</w:t>
      </w:r>
      <w:r>
        <w:br/>
      </w:r>
      <w:r>
        <w:rPr>
          <w:b w:val="0"/>
          <w:i w:val="0"/>
        </w:rPr>
        <w:br/>
        <w:t>word_count: 652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Leeds Championship Show saw judges Carole Coode (Dogs) and Eileen Jackson (Bitches) going over 314 exhibits on one of the hottest days of the year.</w:t>
      </w:r>
    </w:p>
    <w:p>
      <w:r>
        <w:rPr>
          <w:b w:val="0"/>
          <w:i w:val="0"/>
        </w:rPr>
        <w:t>Carole awarded the dog CC to the Ellis family's yellow dog Doooooolwen Francis Henry (Trenow Lancelot ex Bugeilydd Anna Marie of Dolwen). This was his third CC and he becomes the Ellis's first UK Show Champion. He later went on to Best of Breed. Many congratulations.</w:t>
      </w:r>
    </w:p>
    <w:p>
      <w:r>
        <w:rPr>
          <w:b w:val="0"/>
          <w:i w:val="0"/>
        </w:rPr>
        <w:t>The Res Dog CC was won by Mr and Mrs McLellan's yellow Sarenden Saboteur. In the bitch ring Mrs Eileen Jackson, standing in for Micheal Boothroyd who was unwell, awarded the Bitch CC to Les and Joyce Brabban's black Sh Ch Cambremer in the Mood and the RCC to Mr Fox's Treburrow Derowen (Ballyduff Oak ex Treburrow Jennys Wren). The Best Puppy was Chris and Tony Jury's yellow bitch Tibblestone Giddy Sue, (Sh Ch Sandylands Gadabout ex Tibblestone That's Saffron).</w:t>
      </w:r>
    </w:p>
    <w:p>
      <w:r>
        <w:rPr>
          <w:b w:val="0"/>
          <w:i w:val="0"/>
        </w:rPr>
        <w:t>News from Glenys Fryer of the North West LRC's most enjoyable Fun Dog Show held on a lovely sunny day in aid of Lab Rescue. Jane Rawlinson (Halshimoor) was the judge and £170 was raised in entries whilst the stalls raised another £476.17.</w:t>
      </w:r>
    </w:p>
    <w:p>
      <w:r>
        <w:rPr>
          <w:b w:val="0"/>
          <w:i w:val="0"/>
        </w:rPr>
        <w:t>NWLRC also has a Labrador Sanctuary Appeal, which is attracting a lot of support. Anyone interested to learn more about this should send a stamped self addressed envelope to Mrs G Fryer Fullwell, 97 Green Lane, Blackburn. BB2 4SR or telephone 01254 207660.</w:t>
      </w:r>
    </w:p>
    <w:p>
      <w:r>
        <w:rPr>
          <w:b w:val="0"/>
          <w:i w:val="0"/>
        </w:rPr>
        <w:t>There is a new website, www.helpalabrador.co.uk hosted by volunteer Steve Norton. All dogs available for rehoming are photographed and appear on the website, which also includes the results and photos from the Fun Dog Show and photo competition plus a video link. The email address is labrador.rescue@btinternet.com.</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