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- 29/01/2016 - ISSUE"</w:t>
      </w:r>
      <w:r>
        <w:br/>
      </w:r>
      <w:r>
        <w:rPr>
          <w:b w:val="0"/>
          <w:i w:val="0"/>
        </w:rPr>
        <w:br/>
        <w:t>date_original: "29/01/2016 - ISSUE"</w:t>
      </w:r>
      <w:r>
        <w:br/>
      </w:r>
      <w:r>
        <w:rPr>
          <w:b w:val="0"/>
          <w:i w:val="0"/>
        </w:rPr>
        <w:br/>
        <w:t>source_url: "https://www.ourdogs.co.uk/members/breednotes/RetrieverLabradorMain.php"</w:t>
      </w:r>
      <w:r>
        <w:br/>
      </w:r>
      <w:r>
        <w:rPr>
          <w:b w:val="0"/>
          <w:i w:val="0"/>
        </w:rPr>
        <w:br/>
        <w:t>scraped_at: "2026-09-13T15:29:37"</w:t>
      </w:r>
      <w:r>
        <w:br/>
      </w:r>
      <w:r>
        <w:rPr>
          <w:b w:val="0"/>
          <w:i w:val="0"/>
        </w:rPr>
        <w:br/>
        <w:t>word_count: 1339</w:t>
      </w:r>
    </w:p>
    <w:p>
      <w:r>
        <w:t>――――――――――――――――――――――――――――――</w:t>
      </w:r>
    </w:p>
    <w:p>
      <w:r>
        <w:rPr>
          <w:b w:val="0"/>
          <w:i w:val="0"/>
        </w:rPr>
        <w:t>NEWS MEMBERS' AREA SHOP SUBSCRIBE UPCOMING SHOWS MORE</w:t>
      </w:r>
    </w:p>
    <w:p>
      <w:r>
        <w:rPr>
          <w:b w:val="0"/>
          <w:i w:val="0"/>
        </w:rPr>
        <w:t>RETRIEVER LABRADOR</w:t>
      </w:r>
    </w:p>
    <w:p>
      <w:r>
        <w:rPr>
          <w:b w:val="0"/>
          <w:i w:val="0"/>
        </w:rPr>
        <w:t>Issue: 29/01/2016</w:t>
      </w:r>
    </w:p>
    <w:p>
      <w:r>
        <w:rPr>
          <w:b w:val="0"/>
          <w:i w:val="0"/>
        </w:rPr>
        <w:t>A last minute reminder that the Labrador Club of Wales championship show on 6th February is at its new venue, Chepstow Leisure Centre, Welsh Street, Chepstow, NP16 5LR. You have been warned. Do not go to Cardiff!</w:t>
      </w:r>
    </w:p>
    <w:p>
      <w:r>
        <w:rPr>
          <w:b w:val="0"/>
          <w:i w:val="0"/>
        </w:rPr>
        <w:t>East Anglian Labrador Retriever Club are holding their unbenched championship show at Wood Green Animal Shelter, Godmanchester   PE29 2NH on Saturday 5th March 2016. The judges are Linda Harvey Major (Linjor ) Dogs and Fiona Coward Scholes (Rossglide) Bitches .</w:t>
      </w:r>
    </w:p>
    <w:p>
      <w:r>
        <w:rPr>
          <w:b w:val="0"/>
          <w:i w:val="0"/>
        </w:rPr>
        <w:t>Postal entries close on Monday 8th February 2016 or on-line via Fosse Data until midnight on Monday 15th February 2017. Postal entries and fees should be sent to Mrs J Cole, Stajantor, Station Farm, Manea, Cambs PE15 0HQ tel 01354 680 375</w:t>
      </w:r>
    </w:p>
    <w:p>
      <w:r>
        <w:rPr>
          <w:b w:val="0"/>
          <w:i w:val="0"/>
        </w:rPr>
        <w:t>E-MAIL janet.cole@virgin.net</w:t>
      </w:r>
    </w:p>
    <w:p>
      <w:r>
        <w:rPr>
          <w:b w:val="0"/>
          <w:i w:val="0"/>
        </w:rPr>
        <w:t xml:space="preserve">Whilst the weather has been somewhat chilly, I noticed Facebook followers were obviously sheltering indoors, discussing various contentious breed topics ranging from action on possibly fictitious Junior Warrant/Stud Book number claims, to the merits or otherwise of health testing for every possible rare doggy ailment, regardless of whether the animal even fits the breed standard in temperament or type. </w:t>
      </w:r>
    </w:p>
    <w:p>
      <w:r>
        <w:rPr>
          <w:b w:val="0"/>
          <w:i w:val="0"/>
        </w:rPr>
        <w:t>As a human being, I wear spectacles and have an artificial hip; on paper my health tested dogs would appear to be far healthier than I am!</w:t>
      </w:r>
    </w:p>
    <w:p>
      <w:r>
        <w:rPr>
          <w:b w:val="0"/>
          <w:i w:val="0"/>
        </w:rPr>
        <w:t>We do seem to be expecting  the 100% perfect mammal though, which is impossible; nature is always one step ahead.</w:t>
      </w:r>
    </w:p>
    <w:p>
      <w:r>
        <w:rPr>
          <w:b w:val="0"/>
          <w:i w:val="0"/>
        </w:rPr>
        <w:t>Sadly the last few years have shown all this alarming pedigree dog, never ending health test talk has had a negative effect and has sent many of the puppy buying public straight to what they believe is the "healthy"cross breed market, because they wrongly deduce these so called designer dogs, formerly known as mongrels, Labradoodles, Cockerpoos etc  are far more healthy than their pure bred cousins as they dont appear to need any health tests!</w:t>
      </w:r>
    </w:p>
    <w:p>
      <w:r>
        <w:rPr>
          <w:b w:val="0"/>
          <w:i w:val="0"/>
        </w:rPr>
        <w:t>Far from it!  In actual fact, with 35000 Labradors being registered with the UK Kennel Club each year, ( ten years ago it was 45,000 per year), the Labrador is a mightily fit, long lived , very healthy, easy going breed, rarely needing veterinary attention throughout their long lives. That they are so fit is due to the health testing for major problems over many generations and the dedication to the breeds basic health by its breeders. The trouble is some people seem to have gone overboard searching for more and more rare things to test for, and the public have consequently decided there must be no end of problems with the Labrador breed needing so much health testing and gone elsewhere.</w:t>
      </w:r>
    </w:p>
    <w:p>
      <w:r>
        <w:rPr>
          <w:b w:val="0"/>
          <w:i w:val="0"/>
        </w:rPr>
        <w:t xml:space="preserve">I recall a very recent, thought provoking hard hitting American article, which can be read in full on http://www.thedogpress.com/ClubNews/end-of-parent-breed-clubs-1512-C.Byer.asp. For those without access to the internet, I roughly sum up the main points of the American article below. </w:t>
      </w:r>
    </w:p>
    <w:p>
      <w:r>
        <w:rPr>
          <w:b w:val="0"/>
          <w:i w:val="0"/>
        </w:rPr>
        <w:t>"THE END OF THE PARENT BREED CLUB"</w:t>
      </w:r>
    </w:p>
    <w:p>
      <w:r>
        <w:rPr>
          <w:b w:val="0"/>
          <w:i w:val="0"/>
        </w:rPr>
        <w:t>"Most dog clubs, from the AKC to local kennel clubs, seem to have lost sight of their original purpose which is to promote and preserve the purebred dog.</w:t>
      </w:r>
    </w:p>
    <w:p>
      <w:r>
        <w:rPr>
          <w:b w:val="0"/>
          <w:i w:val="0"/>
        </w:rPr>
        <w:t>It is said that, the man who is always smiling is a man who does not know what is going on." Sadly, not knowing what is going on describes new members of parent/national breed clubs. ( Note AMB  - remember the writer refers to all breed clubs in America , not the UK).</w:t>
      </w:r>
    </w:p>
    <w:p>
      <w:r>
        <w:rPr>
          <w:b w:val="0"/>
          <w:i w:val="0"/>
        </w:rPr>
        <w:t>Those who have joined in the  last twenty years barely know their breed's history or standard let alone a breed-specific club's original purpose. Parent clubs today have mutated from that purpose. They no longer teach new members the need to preserve breed standards. ( note AMB-  at least the UK KC and breed clubs do address this) .</w:t>
      </w:r>
    </w:p>
    <w:p>
      <w:r>
        <w:rPr>
          <w:b w:val="0"/>
          <w:i w:val="0"/>
        </w:rPr>
        <w:t>This "hijacking" of our breed clubs has tricked our breeders into becoming research laboratories. Our fight to maintain our breeds today is not with the public or any government. It rages within our own  organizations and the educated breeders in these clubs are not smiling.</w:t>
      </w:r>
    </w:p>
    <w:p>
      <w:r>
        <w:rPr>
          <w:b w:val="0"/>
          <w:i w:val="0"/>
        </w:rPr>
        <w:t>It used to be, that at one time, the diversity of the breeds were exemplified and promoted by the knowledge of great mentors and leaders in parent clubs. Each parent club once reflected the best of the breed and represented the uniqueness of each selectively bred dog. The standard was the blueprint which protected consistency in breed type. These identities are no longer being preserved.</w:t>
      </w:r>
    </w:p>
    <w:p>
      <w:r>
        <w:rPr>
          <w:b w:val="0"/>
          <w:i w:val="0"/>
        </w:rPr>
        <w:t xml:space="preserve">"What happened? In the early days of parent clubs, no one expected the novice to know it all. The novice then was not insulted by acknowledging that which they did not know. Novices wanted to learn everything that good parent club mentors could teach. That is why many of us joined a parent club. We joined to learn about and be a part of preserving our breed. The effect of that educated membership was an educated public. </w:t>
      </w:r>
    </w:p>
    <w:p>
      <w:r>
        <w:rPr>
          <w:b w:val="0"/>
          <w:i w:val="0"/>
        </w:rPr>
        <w:t>"Today AKC education replaces Parent Club breed education, the result being that club members are focused on rescue, Canine Good Citizen Tests, Star Puppy Tests, Show Titles, Show Rules and every Health Test possible but they know nothing of breed type and character.</w:t>
      </w:r>
    </w:p>
    <w:p>
      <w:r>
        <w:rPr>
          <w:b w:val="0"/>
          <w:i w:val="0"/>
        </w:rPr>
        <w:t xml:space="preserve">Standards were lowered, direction changed. Breeders were asked to curtail breeding; sterilization was encouraged. Unreasonable puppy buyer and breeding contracts were introduced. Result? The public went elsewhere to find a companion. </w:t>
      </w:r>
    </w:p>
    <w:p>
      <w:r>
        <w:rPr>
          <w:b w:val="0"/>
          <w:i w:val="0"/>
        </w:rPr>
        <w:t>This obsession with health tests gave the quality purebred dog an unhealthy image. Consequently, genuinely unhealthy puppy-mill bred dogs became the rage. Today four out of five owners asked said they purchased their dog from a rescue or shelter. This means fewer and fewer dogs are being purchased from responsible breeders. The result is that four out of five dogs in pet homes today are now being bred in puppy-mill environments.</w:t>
      </w:r>
    </w:p>
    <w:p>
      <w:r>
        <w:rPr>
          <w:b w:val="0"/>
          <w:i w:val="0"/>
        </w:rPr>
        <w:t>The Animal welfare sector has always based their anti-purebred sentiment on claims that purebred dogs were defective. Unfortunately parent clubs endorsed this belief by the promotion of endless, mandatory health tests. Parent clubs began presenting these HEALTH tests as titles.</w:t>
      </w:r>
    </w:p>
    <w:p>
      <w:r>
        <w:rPr>
          <w:b w:val="0"/>
          <w:i w:val="0"/>
        </w:rPr>
        <w:t>Sadly it seems easy to brainwash new members into following the "rescue instead of breed", "sterilize everything" and "test, test, test" agenda. The problem is that many uneducated parent club members today are not aware of how much they do NOT know.</w:t>
      </w:r>
    </w:p>
    <w:p>
      <w:r>
        <w:rPr>
          <w:b w:val="0"/>
          <w:i w:val="0"/>
        </w:rPr>
        <w:t>They read posts on the internet instead of books on the breed and study test results instead of pedigrees. ". (AMB- a statement with which I would sadly agree ).  They appoint leaders who fail to protect the breed standard. Members vote into power other first year members who have never bred or exhibited a dog.</w:t>
      </w:r>
    </w:p>
    <w:p>
      <w:r>
        <w:rPr>
          <w:b w:val="0"/>
          <w:i w:val="0"/>
        </w:rPr>
        <w:t>The result of this mayhem is that seasoned breeders spend much of their valuable time defending breed standards while the world is running to puppy mills for mixed breeds and purebreds are disappearing. "Is this the end of the parent breed club as we knew it"? I hope not and I hope that this has touched a nerve ." End of article.</w:t>
      </w:r>
    </w:p>
    <w:p>
      <w:r>
        <w:rPr>
          <w:b w:val="0"/>
          <w:i w:val="0"/>
        </w:rPr>
        <w:t>Well, hard hitting and hopefully never to become the norm here in the UK, although I do see the weird "celebration brag" of health test results on Facebook as the start of the slippery slope when, after all, these results are not a "trophy title" but just a biological occurrence on one day of a dogs active life which can very easily change with age.</w:t>
      </w:r>
    </w:p>
    <w:p>
      <w:r>
        <w:rPr>
          <w:b w:val="0"/>
          <w:i w:val="0"/>
        </w:rPr>
        <w:t>The full article can be read on http://www.thedogpress.com/ClubNews/end-of-parent-breed-clubs-1512-C.Byer.asp.</w:t>
      </w:r>
    </w:p>
    <w:p>
      <w:r>
        <w:rPr>
          <w:b w:val="0"/>
          <w:i w:val="0"/>
        </w:rPr>
        <w:t xml:space="preserve">Ann Britton </w:t>
      </w:r>
    </w:p>
    <w:p>
      <w:r>
        <w:rPr>
          <w:b w:val="0"/>
          <w:i w:val="0"/>
        </w:rPr>
        <w:t xml:space="preserve">01989720665 </w:t>
      </w:r>
    </w:p>
    <w:p>
      <w:r>
        <w:rPr>
          <w:b w:val="0"/>
          <w:i w:val="0"/>
        </w:rPr>
        <w:t>email 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