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- 26/11/2021 - ISSUE"</w:t>
      </w:r>
      <w:r>
        <w:br/>
      </w:r>
      <w:r>
        <w:rPr>
          <w:b w:val="0"/>
          <w:i w:val="0"/>
        </w:rPr>
        <w:br/>
        <w:t>date_original: "26/11/2021 - ISSUE"</w:t>
      </w:r>
      <w:r>
        <w:br/>
      </w:r>
      <w:r>
        <w:rPr>
          <w:b w:val="0"/>
          <w:i w:val="0"/>
        </w:rPr>
        <w:br/>
        <w:t>source_url: "https://www.ourdogs.co.uk/members/breednotes/RetrieverLabradorMain.php"</w:t>
      </w:r>
      <w:r>
        <w:br/>
      </w:r>
      <w:r>
        <w:rPr>
          <w:b w:val="0"/>
          <w:i w:val="0"/>
        </w:rPr>
        <w:br/>
        <w:t>scraped_at: "2026-09-13T15:13:29"</w:t>
      </w:r>
      <w:r>
        <w:br/>
      </w:r>
      <w:r>
        <w:rPr>
          <w:b w:val="0"/>
          <w:i w:val="0"/>
        </w:rPr>
        <w:br/>
        <w:t>word_count: 660</w:t>
      </w:r>
    </w:p>
    <w:p>
      <w:r>
        <w:t>――――――――――――――――――――――――――――――</w:t>
      </w:r>
    </w:p>
    <w:p>
      <w:r>
        <w:rPr>
          <w:b w:val="0"/>
          <w:i w:val="0"/>
        </w:rPr>
        <w:t>NEWS MEMBERS' AREA SHOP SUBSCRIBE UPCOMING SHOWS MORE</w:t>
      </w:r>
    </w:p>
    <w:p>
      <w:r>
        <w:rPr>
          <w:b w:val="0"/>
          <w:i w:val="0"/>
        </w:rPr>
        <w:t>RETRIEVER LABRADOR</w:t>
      </w:r>
    </w:p>
    <w:p>
      <w:r>
        <w:rPr>
          <w:b w:val="0"/>
          <w:i w:val="0"/>
        </w:rPr>
        <w:t>Issue: 26/11/2021</w:t>
      </w:r>
    </w:p>
    <w:p>
      <w:r>
        <w:rPr>
          <w:b w:val="0"/>
          <w:i w:val="0"/>
        </w:rPr>
        <w:t xml:space="preserve">A reminder that if lengthy, show reports for Our Dogs show report section should be sent to showreports@ourdogs.co.uk and not the breed notes. I have been sent one recenrly and have passed it on to the show reports department. </w:t>
      </w:r>
    </w:p>
    <w:p>
      <w:r>
        <w:rPr>
          <w:b w:val="0"/>
          <w:i w:val="0"/>
        </w:rPr>
        <w:t xml:space="preserve">Brrrh. A pretty, sunny, blue skies, frosty morning dawned and the first job of the week was to search out last years gloves, hopefully unchewed by Labradors, for another years hard winter service. </w:t>
      </w:r>
    </w:p>
    <w:p>
      <w:r>
        <w:rPr>
          <w:b w:val="0"/>
          <w:i w:val="0"/>
        </w:rPr>
        <w:t xml:space="preserve">It never ceases to amaze me how warm and cosy the dog kennels are when the doors are opened at breakfast time on such chilly mornings. However, the speed the weeks are passing, it will soon be spring! </w:t>
      </w:r>
    </w:p>
    <w:p>
      <w:r>
        <w:rPr>
          <w:b w:val="0"/>
          <w:i w:val="0"/>
        </w:rPr>
        <w:t>Referring to the latter, someone noted, life was like a new toilet roll. Full to the brim to start with, gently rolling out and promising to last forever; then speeding up and eventually rolling away, faster and faster and faster. As I stay, it will soon be spring at this rate of time travel!</w:t>
      </w:r>
    </w:p>
    <w:p>
      <w:r>
        <w:rPr>
          <w:b w:val="0"/>
          <w:i w:val="0"/>
        </w:rPr>
        <w:t xml:space="preserve">IÃ¢â‚¬â„¢m enjoying the antics of the two joyful, 5 month pups, a yellow dog and a bitch I kept from what I now think will be my final Labrador litter. Having missed dog shows bar judging, for two years, it is sad to make such a decision but surely is sensible and responsible. We all have to consider how old we will be when our baby pups reach their average healthy lifetime age of between 12 and 15 years. How very old and what state of health will we be then?? </w:t>
      </w:r>
    </w:p>
    <w:p>
      <w:r>
        <w:rPr>
          <w:b w:val="0"/>
          <w:i w:val="0"/>
        </w:rPr>
        <w:t>To my mind its just not right to just carry on breeding litters regardless of ones age, then having chosen ones to keep, risk those lovely creatures being rehomed and unsettled in their old age. ThatÃ¢â‚¬â„¢s just plain selfish. Hopefully fingers firmly crossed, the two IÃ¢â‚¬â„¢ve kept will not be in this situation.</w:t>
      </w:r>
    </w:p>
    <w:p>
      <w:r>
        <w:rPr>
          <w:b w:val="0"/>
          <w:i w:val="0"/>
        </w:rPr>
        <w:t>At least IÃ¢â‚¬â„¢m pleased that IÃ¢â‚¬â„¢ve got two really excellent pups to show for the next few years to keep me in contact with the Labrador world. Whilst having a splendid sire, they have a very strong bitch line behind them and have taken on the lines and character of their forebears being absolute clones of their mother and champion grandmother. Im very grateful to those who have resurrected the show training classes locally. We do so rely on such kind people who selflessly put themselves out to arrange these classes for us all to benefit from.</w:t>
      </w:r>
    </w:p>
    <w:p>
      <w:r>
        <w:rPr>
          <w:b w:val="0"/>
          <w:i w:val="0"/>
        </w:rPr>
        <w:t>Best wishes to Karen Bambrooks husband who is recovering after a spell in hospital. Hopefully Carey will be restored to health soon.</w:t>
      </w:r>
    </w:p>
    <w:p>
      <w:r>
        <w:rPr>
          <w:b w:val="0"/>
          <w:i w:val="0"/>
        </w:rPr>
        <w:t xml:space="preserve">What remains of the unusual, 2021 show season is coming to an end with just the benched LKA left, with an entry of 145 dogs and bitches for Sheelagh Walton to go over. </w:t>
      </w:r>
    </w:p>
    <w:p>
      <w:r>
        <w:rPr>
          <w:b w:val="0"/>
          <w:i w:val="0"/>
        </w:rPr>
        <w:t>Hopefully the NEC wont have to introduce any new Covid requirements. Keep an eye on Higham Press website for up to date information.</w:t>
      </w:r>
    </w:p>
    <w:p>
      <w:r>
        <w:rPr>
          <w:b w:val="0"/>
          <w:i w:val="0"/>
        </w:rPr>
        <w:t>The East Anglian Lab Club AGM was postponed and will now be held on 20th December 2021 at 7.30 pm at The Crown and Castle Risby IP28 6QU. All nominations and propositions must reach Mrs Claire Allen in writing with a proposer and seconder by Monday 6th December. Double check but I believe ClaireÃ¢â‚¬â„¢s phone number is 01354 688 414.</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