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- 17/01/2014 - ISSUE"</w:t>
      </w:r>
      <w:r>
        <w:br/>
      </w:r>
      <w:r>
        <w:rPr>
          <w:b w:val="0"/>
          <w:i w:val="0"/>
        </w:rPr>
        <w:br/>
        <w:t>date_original: "17/01/2014 - ISSUE"</w:t>
      </w:r>
      <w:r>
        <w:br/>
      </w:r>
      <w:r>
        <w:rPr>
          <w:b w:val="0"/>
          <w:i w:val="0"/>
        </w:rPr>
        <w:br/>
        <w:t>source_url: "https://www.ourdogs.co.uk/members/breednotes/RetrieverLabradorMain.php"</w:t>
      </w:r>
      <w:r>
        <w:br/>
      </w:r>
      <w:r>
        <w:rPr>
          <w:b w:val="0"/>
          <w:i w:val="0"/>
        </w:rPr>
        <w:br/>
        <w:t>scraped_at: "2026-09-13T15:35:04"</w:t>
      </w:r>
      <w:r>
        <w:br/>
      </w:r>
      <w:r>
        <w:rPr>
          <w:b w:val="0"/>
          <w:i w:val="0"/>
        </w:rPr>
        <w:br/>
        <w:t>word_count: 1113</w:t>
      </w:r>
    </w:p>
    <w:p>
      <w:r>
        <w:t>――――――――――――――――――――――――――――――</w:t>
      </w:r>
    </w:p>
    <w:p>
      <w:r>
        <w:rPr>
          <w:b w:val="0"/>
          <w:i w:val="0"/>
        </w:rPr>
        <w:t>NEWS MEMBERS' AREA SHOP SUBSCRIBE UPCOMING SHOWS MORE</w:t>
      </w:r>
    </w:p>
    <w:p>
      <w:r>
        <w:rPr>
          <w:b w:val="0"/>
          <w:i w:val="0"/>
        </w:rPr>
        <w:t>RETRIEVER LABRADOR</w:t>
      </w:r>
    </w:p>
    <w:p>
      <w:r>
        <w:rPr>
          <w:b w:val="0"/>
          <w:i w:val="0"/>
        </w:rPr>
        <w:t>Issue: 17/01/2014</w:t>
      </w:r>
    </w:p>
    <w:p>
      <w:r>
        <w:rPr>
          <w:b w:val="0"/>
          <w:i w:val="0"/>
        </w:rPr>
        <w:t xml:space="preserve">As the rain and floods continued unabated throughout the UK, keen exhibitors were back on the road again after the Christmas and New Year holiday break. Gundogs at the three day Boston Championship show, held at the East of England Showground, Peterborough, were judged on Friday 10th January. The Labrador judge was Fiona Braddon and her winners were Dog CC, his second, Linda MacGillivray and Ms E Vilamo's 's yellow Waterlines Le Bon. Dog RCC winner was Yolands Shirton's yellow Sh Ch Woolman Cadell. </w:t>
      </w:r>
    </w:p>
    <w:p>
      <w:r>
        <w:rPr>
          <w:b w:val="0"/>
          <w:i w:val="0"/>
        </w:rPr>
        <w:t xml:space="preserve">The Bitch CC and Best of Breed went to Ian Dawson and his wifes yellow, Sh  Ch Bescaby Larksong JW whilst the Bitch RCC was Louise Lewis's yellow Crammondkirk Morning Mist JW. Best Puppy was Carole and Mervyn Reynolds yellow bitch, Carromers Hot off the Press. I was at home not fancying the long dark early morning drive, or the similar evening return home in the probable rain, but I looked at the Fosse Data results and unless I am mistaken, the yellows clearly had a good day, winning all the classes. Minor Puppy Bitch looked to be a huge class and had 26 entered with just two missing. So, looking ahead, there should be some really well filled Bitch classes this coming summer. </w:t>
      </w:r>
    </w:p>
    <w:p>
      <w:r>
        <w:rPr>
          <w:b w:val="0"/>
          <w:i w:val="0"/>
        </w:rPr>
        <w:t xml:space="preserve">In the Our Dogs competition, Top Labrador Breeder for 2013 is Franco Barberi. What a year he had, (and what a lot of driving from Italy too), making up two yellow Show Champions, winning Best of Breed at Crufts and then the Crufts Gundog Group with Sh Ch It. Ch Loch Mor Romeo, whilst his litter sister Guilietta won the Group at Southern Counties and at East of England and was Best in Show at National Gundog. Very Many Congratulations. </w:t>
      </w:r>
    </w:p>
    <w:p>
      <w:r>
        <w:rPr>
          <w:b w:val="0"/>
          <w:i w:val="0"/>
        </w:rPr>
        <w:t xml:space="preserve">Continuing the breed results for 2013. This week is the turn of the males. </w:t>
      </w:r>
    </w:p>
    <w:p>
      <w:r>
        <w:rPr>
          <w:b w:val="0"/>
          <w:i w:val="0"/>
        </w:rPr>
        <w:t xml:space="preserve">The CCs were shared between 27 different dogs with yellows far outnumbering blacks. From the breeding listed behind each winner, there appear to be few dominant sires at the moment, the pedigrees are varied, with "modern" type and "traditional" type featuring equally. </w:t>
      </w:r>
    </w:p>
    <w:p>
      <w:r>
        <w:rPr>
          <w:b w:val="0"/>
          <w:i w:val="0"/>
        </w:rPr>
        <w:t xml:space="preserve">The winning Dogs of 2013 were as follows, listed in order of the number of CCs won during the year. </w:t>
      </w:r>
    </w:p>
    <w:p>
      <w:r>
        <w:rPr>
          <w:b w:val="0"/>
          <w:i w:val="0"/>
        </w:rPr>
        <w:t xml:space="preserve">Top Male Labrador was Italian exhibitor, Franco Barberi's yellow Sh Ch It Ch Loch Mor Romeo. (Multi.Ch.Charm's Bluveil Mr Darcy X Sh.Ch.Int.It.Ch.Loch.Mor Sugar). He won five CCs, 3 with Best of Breed and the Crufts Gundog Group. </w:t>
      </w:r>
    </w:p>
    <w:p>
      <w:r>
        <w:rPr>
          <w:b w:val="0"/>
          <w:i w:val="0"/>
        </w:rPr>
        <w:t xml:space="preserve">Jo and Andy Metcalfe made up their first champion, the yellow Ch Bilbo Baggins by Baileydale JW ShCM (Baileydale Bon Bon JW X Willokin Liberty Fayre). He won 4CCs and 1 </w:t>
      </w:r>
    </w:p>
    <w:p>
      <w:r>
        <w:rPr>
          <w:b w:val="0"/>
          <w:i w:val="0"/>
        </w:rPr>
        <w:t xml:space="preserve">BOB. </w:t>
      </w:r>
    </w:p>
    <w:p>
      <w:r>
        <w:rPr>
          <w:b w:val="0"/>
          <w:i w:val="0"/>
        </w:rPr>
        <w:t xml:space="preserve">Yolands Shirtons yellow Sh Ch Woolman Cadell, (Jayncourt Star Turn at Sandylands X Woolman Constance) was her first champion too and was quickly made up in the autumn. He won 3CCs, two with Best of Breed. Marilyn Priors yellow Sh Ch Priorise Spending Time (Sh.Ch.Sandylands Pressed for Time X Priorise Attraction) won 3 CCs and whilst we languish in a wet soggy British winter, he is enjoying a new, pleasantly sunny and warmer life in Australia. </w:t>
      </w:r>
    </w:p>
    <w:p>
      <w:r>
        <w:rPr>
          <w:b w:val="0"/>
          <w:i w:val="0"/>
        </w:rPr>
        <w:t xml:space="preserve">Two dogs won 2 CCs and 1BOB. They were Maxine Crocker Williams yellow, Sh Ch Secret Moments at Alkamhurst (Sh.Ch.Carpenny Made A Million X Carpenny Spinning Wheel). I think he was Maxines first homebred  champion too. Also winning 2Ccs and 1 BOB was Heinlo's black Sh Ch Est Fin Ch Follies Ivar (Queijeiro Da Vinci X Follies Big Bertha) shown by Margaret Brown. </w:t>
      </w:r>
    </w:p>
    <w:p>
      <w:r>
        <w:rPr>
          <w:b w:val="0"/>
          <w:i w:val="0"/>
        </w:rPr>
        <w:t xml:space="preserve">Four dogs won 2CCs each. Ballyduff Marius, (Sh.Ch.Naiken Way Out West JW X Bradleyparva </w:t>
      </w:r>
    </w:p>
    <w:p>
      <w:r>
        <w:rPr>
          <w:b w:val="0"/>
          <w:i w:val="0"/>
        </w:rPr>
        <w:t xml:space="preserve">Dryad of Ballyduff), the black  belonging to Sheelin Cuthbert, and Diana Downeys yellow, Tullochmohr Gibbs JW, (Sh.Ch.Lindall Redemption X Tullochmohr Ace Actress), plus Linda Harvey Majors yellow import, Arg Ch Tinlands Dumbledore Huaike to Linjor (Petrarch Seaman Huaike X India Ecocan) And Ken Roberts yellow Sh Ch Stormrose Morning Jewel JW ShCM. (Sh.Ch.Rocheby Statesman X Stormrose Spanish Beauty) </w:t>
      </w:r>
    </w:p>
    <w:p>
      <w:r>
        <w:rPr>
          <w:b w:val="0"/>
          <w:i w:val="0"/>
        </w:rPr>
        <w:t xml:space="preserve">Five dogs won 1CC with Best of Breed. They were Brian Hayward's yellow Posters Mr Postman for Donacre, (Dan Ch UCH Klungerhaugen's Posters x Dan De VDH UCH Posters Miss Universe), the Hodges black, Ch Naiken Zephyr, (Sh.Ch.Naiken Way Out West JW X Ch.Naiken Russian Rhythm JW), Sue Marskells chocolate Berolee Mack the Knife, (Kroppsmarkens Hubble Bubble over Thurbajen X Berolee Blues Singer), Richard Staffords yellow Farnfield Topo Gigio JW ShCM (Multi.Ch.Charm's Bluveil Mr Darcy X Sh.Ch.Kimvalley Star Attraction of Farnfield JW.Sh.CM) and Amanda Stewarts yellow Streamanda Top Knotch JW (Lembas Top Ranking JW X Ludalor Moonlight Over Streamanda). </w:t>
      </w:r>
    </w:p>
    <w:p>
      <w:r>
        <w:rPr>
          <w:b w:val="0"/>
          <w:i w:val="0"/>
        </w:rPr>
        <w:t xml:space="preserve">Twelve dogs won single CCs. They were Les Brabbans yellow, Cambremer Silverstone, (Sh.Ch.Silver Suede Over Rocheby X Cambremer Socialite),  the Brown family's yellow Brighton Sarracenia, (Fin.Ch.Devonshires London Edition X Ch.Pl.Lux.Ch.Annie Sarracenia Majestic Chameleon),  Janet and Vic Coles yellow Rincegrain Paddywack at Stajantor, (Gallybob Quiz of Stajantor X Sh.Ch.Ir.Sh.Ch.Philipstown Liscoda),  Lisa Finney's black Carpenny Shaw, (Rockledge Wordsmith of Carpenny X Sh.Ch.Carpenny Whist), </w:t>
      </w:r>
    </w:p>
    <w:p>
      <w:r>
        <w:rPr>
          <w:b w:val="0"/>
          <w:i w:val="0"/>
        </w:rPr>
        <w:t xml:space="preserve">Finney's Meadowline Maximum Impact at Haddondale, (Am.Ch.Ghoststone Hyspire Dressed to Impress X Meadowline Midway Lady JW.Sh.CM) Tony Floyds black, Trenow Gabriel Oak (Dolwen Musicmaker at Trenow X Dolwen Ann Jane at Trenow). </w:t>
      </w:r>
    </w:p>
    <w:p>
      <w:r>
        <w:rPr>
          <w:b w:val="0"/>
          <w:i w:val="0"/>
        </w:rPr>
        <w:t xml:space="preserve">Linda MacGillivray and Valimo's yellow, Waterlines Le Bon, (Ahti Aspen of Finnwoods X </w:t>
      </w:r>
    </w:p>
    <w:p>
      <w:r>
        <w:rPr>
          <w:b w:val="0"/>
          <w:i w:val="0"/>
        </w:rPr>
        <w:t xml:space="preserve">Waterline's Rosalie) Michael Neachell's yellow, Sh Ch Adoraden Hallmark at Suttonpark, (Sh.Ch.Silver Suede Over Rocheby X Suttonpark Maggie May), Pollocks Sh Ch Pollham Penny Royal JW, (Pollham Pop Dj X Carnahkes Pheobe at Pollham) Rawlinsons black, Sh Ch Fullwell Fly High to Halshimoor, (Sh Ch brigburn Farm Trader at Driffwold x Halshimoor Hi Five to Fullwell). </w:t>
      </w:r>
    </w:p>
    <w:p>
      <w:r>
        <w:rPr>
          <w:b w:val="0"/>
          <w:i w:val="0"/>
        </w:rPr>
        <w:t xml:space="preserve">Richard Stafford's black, Farnfield Phantom Menace JW ShCM (Kimvalley Star Gazer at Farnfield x Farnfield FolliFollie) and Shaun Williamsons yellow Sharouns Incognito JW. (Sh.Ch.Linjor Valentino JW.Sh.CM. X Lakemeadow Let's Dance with Sharouns) </w:t>
      </w:r>
    </w:p>
    <w:p>
      <w:r>
        <w:rPr>
          <w:b w:val="0"/>
          <w:i w:val="0"/>
        </w:rPr>
        <w:t xml:space="preserve">Next week I will list the bitch winners of 2013.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