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Sep 2004"</w:t>
      </w:r>
      <w:r>
        <w:br/>
      </w:r>
      <w:r>
        <w:rPr>
          <w:b w:val="0"/>
          <w:i w:val="0"/>
        </w:rPr>
        <w:br/>
        <w:t>date_original: "17 Sep 2004"</w:t>
      </w:r>
      <w:r>
        <w:br/>
      </w:r>
      <w:r>
        <w:rPr>
          <w:b w:val="0"/>
          <w:i w:val="0"/>
        </w:rPr>
        <w:br/>
        <w:t>source_url: "https://www.ourdogs.co.uk/members/breednotes/2004/RetrieverLabrador/RetrieverLabrador-sep17.htm"</w:t>
      </w:r>
      <w:r>
        <w:br/>
      </w:r>
      <w:r>
        <w:rPr>
          <w:b w:val="0"/>
          <w:i w:val="0"/>
        </w:rPr>
        <w:br/>
        <w:t>archive_type: "static_html"</w:t>
      </w:r>
      <w:r>
        <w:br/>
      </w:r>
      <w:r>
        <w:rPr>
          <w:b w:val="0"/>
          <w:i w:val="0"/>
        </w:rPr>
        <w:br/>
        <w:t>scraped_at: "2026-09-13T22:15:10"</w:t>
      </w:r>
      <w:r>
        <w:br/>
      </w:r>
      <w:r>
        <w:rPr>
          <w:b w:val="0"/>
          <w:i w:val="0"/>
        </w:rPr>
        <w:br/>
        <w:t>word_count: 932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news that Margaret Carney, show Secretary of the North West Labrador Club is at last out of hospital following her horrific accident last year. We wish her well during her recovery.</w:t>
      </w:r>
    </w:p>
    <w:p>
      <w:r>
        <w:rPr>
          <w:b w:val="0"/>
          <w:i w:val="0"/>
        </w:rPr>
        <w:t>Another, still in the wars, is Nicola Miles, daughter of Lynda and Derek Miles (Llanstinan) who once again has been in hospital undergoing yet further surgery following her ghastly car crash last autumn, when she sustained two shattered femurs. We send her our best wishes and hope she will soon be on the mend.</w:t>
      </w:r>
    </w:p>
    <w:p>
      <w:r>
        <w:rPr>
          <w:b w:val="0"/>
          <w:i w:val="0"/>
        </w:rPr>
        <w:t>Margaret Gawthorpe, awarding CCs for the first time drew a very good entry of 204 for the Scottish Kennel Club show. Made up on the day was Miss Teasdales black bitch Pendaby Coral Bay (Rocheby Navy Blue x Rocheby Flower Posy) who won the Bitch CC and Best of Breed. The Bitch RCC went to the Novice winner, John and Saudjie Crooks black Balrion Weathertop Westerly. The Dog CC was won by Vic and Janet Cole’s yellow Sh Ch Stajantor’s Robin, whilst the Dog RCC was won by Marion Hopkinson’s yellow Rocheby Suttonpark Travis. Best Puppy was Carole and David Coode’s black, Warringah’s Karalee.</w:t>
      </w:r>
      <w:r>
        <w:br/>
      </w:r>
      <w:r>
        <w:rPr>
          <w:b w:val="0"/>
          <w:i w:val="0"/>
        </w:rPr>
        <w:br/>
        <w:t>The Labrador Retriever Club is holding an Any Variety Show Gundog Working Certificate Day, confined to dogs that have won a 1st prize in a breed class at a Championship show in the UK, on Wednesday 15th December at Hatton Grange Estate, near Shifnal, Shropshire. The day will be run in conjunction with a normal shooting day ie. picking up after drives.</w:t>
      </w:r>
    </w:p>
    <w:p>
      <w:r>
        <w:rPr>
          <w:b w:val="0"/>
          <w:i w:val="0"/>
        </w:rPr>
        <w:t>Entries  (Members £15, Non Members £20 and Gamekeepers £12) should be sent to Janice Pritchard, New Cottage, Willey Moor Lane, Tushingham, Whitchurch, Shropshire. SY13 4QW Tel/fax 01948 662788 Email janicepritchard@onetel.net.uk. Cheques should be made out to the Labrador Retriever Club (LRC). Entries close on December 1st. A stamped self -addressed envelope should be enclosed for receipt of entry confirmation.</w:t>
      </w:r>
      <w:r>
        <w:br/>
      </w:r>
      <w:r>
        <w:rPr>
          <w:b w:val="0"/>
          <w:i w:val="0"/>
        </w:rPr>
        <w:br/>
        <w:t>The judges on the day will be Mr Terry Bailey (A panel) and Mrs Gaynor Bailey (B panel). Before signing the Show Gundog Working Certificate the judges must be satisfied that the Retriever has fulfilled all of the following:-</w:t>
      </w:r>
    </w:p>
    <w:p>
      <w:r>
        <w:rPr>
          <w:b w:val="0"/>
          <w:i w:val="0"/>
        </w:rPr>
        <w:t>The dog has demonstrated that it has been under reasonable control although absolute steadiness is not essential.</w:t>
      </w:r>
      <w:r>
        <w:br/>
      </w:r>
      <w:r>
        <w:rPr>
          <w:b w:val="0"/>
          <w:i w:val="0"/>
        </w:rPr>
        <w:br/>
        <w:t>The dog has been tested in line, has not whined or barked and has shown it is not gun-shy.</w:t>
      </w:r>
      <w:r>
        <w:br/>
      </w:r>
      <w:r>
        <w:rPr>
          <w:b w:val="0"/>
          <w:i w:val="0"/>
        </w:rPr>
        <w:br/>
        <w:t>The dog has hunted for and found dead, or wounded game, faced cover and retrieved tenderly.</w:t>
      </w:r>
      <w:r>
        <w:br/>
      </w:r>
      <w:r>
        <w:rPr>
          <w:b w:val="0"/>
          <w:i w:val="0"/>
        </w:rPr>
        <w:br/>
        <w:t>The dog must have entered water freely, swum and retrieved. (A dummy may be used if a natural retrieve from water is not possible) This is likely to be the case at Hatton Grange.</w:t>
      </w:r>
      <w:r>
        <w:br/>
      </w:r>
      <w:r>
        <w:rPr>
          <w:b w:val="0"/>
          <w:i w:val="0"/>
        </w:rPr>
        <w:br/>
        <w:t>To assist those wishing to attend the SGWC day with their dogs, it is suggested that the following training should be undertaken prior to the event. The aim should be to have your dog under control and basically obedient in the company of other dogs. (ie heel, sit, stay, recall, and retrieve).</w:t>
      </w:r>
    </w:p>
    <w:p>
      <w:r>
        <w:rPr>
          <w:b w:val="0"/>
          <w:i w:val="0"/>
        </w:rPr>
        <w:t>The dog should have experience of hunting in cover, hearing gunshot and retrieving dummies both on land and in water and also have some experience of retrieving both cold and warm game. If possible try to take part in a picking up day at a shoot prior to the SGWC day. For further information on what to expect at A SGWC day or for advice on training please contact Joy Venturi Rose tel 01428 643474.</w:t>
      </w:r>
      <w:r>
        <w:br/>
      </w:r>
      <w:r>
        <w:rPr>
          <w:b w:val="0"/>
          <w:i w:val="0"/>
        </w:rPr>
        <w:br/>
        <w:t>Ann Britton 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