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- 19/09/2014 - ISSUE"</w:t>
      </w:r>
      <w:r>
        <w:br/>
      </w:r>
      <w:r>
        <w:rPr>
          <w:b w:val="0"/>
          <w:i w:val="0"/>
        </w:rPr>
        <w:br/>
        <w:t>date_original: "19/09/2014 - ISSUE"</w:t>
      </w:r>
      <w:r>
        <w:br/>
      </w:r>
      <w:r>
        <w:rPr>
          <w:b w:val="0"/>
          <w:i w:val="0"/>
        </w:rPr>
        <w:br/>
        <w:t>source_url: "https://www.ourdogs.co.uk/members/breednotes/RetrieverLabradorMain.php"</w:t>
      </w:r>
      <w:r>
        <w:br/>
      </w:r>
      <w:r>
        <w:rPr>
          <w:b w:val="0"/>
          <w:i w:val="0"/>
        </w:rPr>
        <w:br/>
        <w:t>scraped_at: "2026-09-13T15:33:20"</w:t>
      </w:r>
      <w:r>
        <w:br/>
      </w:r>
      <w:r>
        <w:rPr>
          <w:b w:val="0"/>
          <w:i w:val="0"/>
        </w:rPr>
        <w:br/>
        <w:t>word_count: 763</w:t>
      </w:r>
    </w:p>
    <w:p>
      <w:r>
        <w:t>――――――――――――――――――――――――――――――</w:t>
      </w:r>
    </w:p>
    <w:p>
      <w:r>
        <w:rPr>
          <w:b w:val="0"/>
          <w:i w:val="0"/>
        </w:rPr>
        <w:t>NEWS MEMBERS' AREA SHOP SUBSCRIBE UPCOMING SHOWS MORE</w:t>
      </w:r>
    </w:p>
    <w:p>
      <w:r>
        <w:rPr>
          <w:b w:val="0"/>
          <w:i w:val="0"/>
        </w:rPr>
        <w:t>RETRIEVER LABRADOR</w:t>
      </w:r>
    </w:p>
    <w:p>
      <w:r>
        <w:rPr>
          <w:b w:val="0"/>
          <w:i w:val="0"/>
        </w:rPr>
        <w:t>Issue: 19/09/2014</w:t>
      </w:r>
    </w:p>
    <w:p>
      <w:r>
        <w:rPr>
          <w:b w:val="0"/>
          <w:i w:val="0"/>
        </w:rPr>
        <w:t xml:space="preserve">I am now into the third week recovering from the horrible, post-SKC flu bug. </w:t>
      </w:r>
    </w:p>
    <w:p>
      <w:r>
        <w:rPr>
          <w:b w:val="0"/>
          <w:i w:val="0"/>
        </w:rPr>
        <w:t>Darlington Championship show was held on Sunday 14th September. The judge was Anne Lavelle with an entry of 162 dogs and bitches to go over.  I was entered but still not recovered enough to take on the long drive on my own. The winners were Dog CC Shaun Williamsons yellow, Sharouns Illusionist JW; Dog RCC Lisa Finney and Mrs Callenders yellow, Carpenny Ship to Shore. The Bitch CC and Best of Breed was Judith Charltons yellow, Sh Ch Foxrush Remember the Time JW whilst the Bitch RCC went to David Coodes black Warringah's Merriwagga. Best puppy was Miss Bolds Shaymiloney Senate and Best Veteran was Paul and Irene Collins yellow, Carpenny Orangepekoe by Kaspair.</w:t>
      </w:r>
    </w:p>
    <w:p>
      <w:r>
        <w:rPr>
          <w:b w:val="0"/>
          <w:i w:val="0"/>
        </w:rPr>
        <w:t xml:space="preserve">My dogs certainly haven't wasted time taking advantage of my not being completely on the ball at the moment. </w:t>
      </w:r>
    </w:p>
    <w:p>
      <w:r>
        <w:rPr>
          <w:b w:val="0"/>
          <w:i w:val="0"/>
        </w:rPr>
        <w:t>Firstly, the two ten month old pups, went on a foraging expedition and gorged themselves on what must have been bucket loads of overripe windfall Bramley apples and rotten plums. They gave themselves very poorly tummies for thirty six hours. Not a nice scenario to come down to first thing in the morning when one is already feeling decidedly fragile.</w:t>
      </w:r>
    </w:p>
    <w:p>
      <w:r>
        <w:rPr>
          <w:b w:val="0"/>
          <w:i w:val="0"/>
        </w:rPr>
        <w:t xml:space="preserve">Normally I would have seen that the pups were feasting on half rotten apples and plums under the trees in the paddock but as I felt so ill, I had stupidly left them to play for a while, pretty much unsupervised. So, they snacked themselves into 36 hours of pain and alarming trouble. </w:t>
      </w:r>
    </w:p>
    <w:p>
      <w:r>
        <w:rPr>
          <w:b w:val="0"/>
          <w:i w:val="0"/>
        </w:rPr>
        <w:t>In typical Labrador fashion though, by the second day, they turned the corner and bounced back, ready to eat again and preparing for their next adventure.</w:t>
      </w:r>
    </w:p>
    <w:p>
      <w:r>
        <w:rPr>
          <w:b w:val="0"/>
          <w:i w:val="0"/>
        </w:rPr>
        <w:t xml:space="preserve">My energy levels had all but vanished; it seemed to be taking me ages to get better, so one sunny afternoon a couple of days later, I decided to enjoy the warm, gentle weather and relax for just a few minutes on the swing hammock in the garden. </w:t>
      </w:r>
    </w:p>
    <w:p>
      <w:r>
        <w:rPr>
          <w:b w:val="0"/>
          <w:i w:val="0"/>
        </w:rPr>
        <w:t xml:space="preserve">Ahhh, it was so comfy, gently and slowly rocking back and forth. I slipped off my shoes, put my feet up and lay back on the cushions. Unintentionally, I soon dropped off to sleep. </w:t>
      </w:r>
    </w:p>
    <w:p>
      <w:r>
        <w:rPr>
          <w:b w:val="0"/>
          <w:i w:val="0"/>
        </w:rPr>
        <w:t>I dont know how long I snoozed. I woke up very relaxed, the sun still shining warmly. Then with horror I saw that my lovely comfy everyday shoes, which I had initially placed on one of the hammock cushions, as I thought, completely out of reach of inquisitive puppies, had been stealthily removed. My lovely pair of shoes were now chewed up into many bits all over the lawn. Grrrh.</w:t>
      </w:r>
    </w:p>
    <w:p>
      <w:r>
        <w:rPr>
          <w:b w:val="0"/>
          <w:i w:val="0"/>
        </w:rPr>
        <w:t>I suppose after the rotten cooking apples the pups found the navy leather much better tasting. At least with the leather shoes being akin to dried beef, there were no bad overnight tummy reactions; only my pocket was worse for wear.</w:t>
      </w:r>
    </w:p>
    <w:p>
      <w:r>
        <w:rPr>
          <w:b w:val="0"/>
          <w:i w:val="0"/>
        </w:rPr>
        <w:t>Being restricted to the house I decided to tidy up some over-filled desk drawers where, for thirty odd years, I have stuffed "interesting doggy articles" collected from various sources to read at a later date (which generally never came!).</w:t>
      </w:r>
    </w:p>
    <w:p>
      <w:r>
        <w:rPr>
          <w:b w:val="0"/>
          <w:i w:val="0"/>
        </w:rPr>
        <w:t xml:space="preserve">Most of the articles are now completely obsolete, being written well before there were DNA tests for doggy diseases and before computers and spell checkers were in common use. Everything was written on the typewriter or by hand. </w:t>
      </w:r>
    </w:p>
    <w:p>
      <w:r>
        <w:rPr>
          <w:b w:val="0"/>
          <w:i w:val="0"/>
        </w:rPr>
        <w:t xml:space="preserve">I smiled when I reread the following piece, which showed how a simple mistake with a couple of typewritten letters from the alphabet could completely alter the eventual meaning of a sentence. The following is from a judges' critique where the word "exhibits" unfortunately acquired an additional o and r and the turned into "exhibitors," the end result being slightly unfortunate yet very amusing! </w:t>
      </w:r>
    </w:p>
    <w:p>
      <w:r>
        <w:rPr>
          <w:b w:val="0"/>
          <w:i w:val="0"/>
        </w:rPr>
        <w:t>It read, "Most exhibitors were in good condition, although the presentation of some needs to be improved. Mouths are a problem and several were unacceptable. Many looked great when stacked but oh what a different story on the move. Temperaments were as expected".</w:t>
      </w:r>
    </w:p>
    <w:p>
      <w:r>
        <w:rPr>
          <w:b w:val="0"/>
          <w:i w:val="0"/>
        </w:rPr>
        <w:t xml:space="preserve">Ann Britton </w:t>
      </w:r>
    </w:p>
    <w:p>
      <w:r>
        <w:rPr>
          <w:b w:val="0"/>
          <w:i w:val="0"/>
        </w:rPr>
        <w:t xml:space="preserve">01989720665 </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