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- 04/12/2015 - ISSUE"</w:t>
      </w:r>
      <w:r>
        <w:br/>
      </w:r>
      <w:r>
        <w:rPr>
          <w:b w:val="0"/>
          <w:i w:val="0"/>
        </w:rPr>
        <w:br/>
        <w:t>date_original: "04/12/2015 - ISSUE"</w:t>
      </w:r>
      <w:r>
        <w:br/>
      </w:r>
      <w:r>
        <w:rPr>
          <w:b w:val="0"/>
          <w:i w:val="0"/>
        </w:rPr>
        <w:br/>
        <w:t>source_url: "https://www.ourdogs.co.uk/members/breednotes/RetrieverLabradorMain.php"</w:t>
      </w:r>
      <w:r>
        <w:br/>
      </w:r>
      <w:r>
        <w:rPr>
          <w:b w:val="0"/>
          <w:i w:val="0"/>
        </w:rPr>
        <w:br/>
        <w:t>scraped_at: "2026-09-13T15:29:56"</w:t>
      </w:r>
      <w:r>
        <w:br/>
      </w:r>
      <w:r>
        <w:rPr>
          <w:b w:val="0"/>
          <w:i w:val="0"/>
        </w:rPr>
        <w:br/>
        <w:t>word_count: 809</w:t>
      </w:r>
    </w:p>
    <w:p>
      <w:r>
        <w:t>――――――――――――――――――――――――――――――</w:t>
      </w:r>
    </w:p>
    <w:p>
      <w:r>
        <w:rPr>
          <w:b w:val="0"/>
          <w:i w:val="0"/>
        </w:rPr>
        <w:t>NEWS MEMBERS' AREA SHOP SUBSCRIBE UPCOMING SHOWS MORE</w:t>
      </w:r>
    </w:p>
    <w:p>
      <w:r>
        <w:rPr>
          <w:b w:val="0"/>
          <w:i w:val="0"/>
        </w:rPr>
        <w:t>RETRIEVER LABRADOR</w:t>
      </w:r>
    </w:p>
    <w:p>
      <w:r>
        <w:rPr>
          <w:b w:val="0"/>
          <w:i w:val="0"/>
        </w:rPr>
        <w:t>Issue: 04/12/2015</w:t>
      </w:r>
    </w:p>
    <w:p>
      <w:r>
        <w:rPr>
          <w:b w:val="0"/>
          <w:i w:val="0"/>
        </w:rPr>
        <w:t xml:space="preserve">I was saddened to hear of the passing at the age of 90 of Jean Harris of the, Ravenshall Labradors in Yorkshire. A kind, friendly exhibitor with a smile for everyone. </w:t>
      </w:r>
    </w:p>
    <w:p>
      <w:r>
        <w:rPr>
          <w:b w:val="0"/>
          <w:i w:val="0"/>
        </w:rPr>
        <w:t xml:space="preserve">Our sincere condolences to her family and friends. </w:t>
      </w:r>
    </w:p>
    <w:p>
      <w:r>
        <w:rPr>
          <w:b w:val="0"/>
          <w:i w:val="0"/>
        </w:rPr>
        <w:t xml:space="preserve">The following is the list of Labrador Judges for next year's 2016 Championship shows.  </w:t>
      </w:r>
    </w:p>
    <w:p>
      <w:r>
        <w:rPr>
          <w:b w:val="0"/>
          <w:i w:val="0"/>
        </w:rPr>
        <w:t xml:space="preserve">D/B indicates the judge is judging both sexes, D is the judge for dogs and B the judge for Bitches. </w:t>
      </w:r>
    </w:p>
    <w:p>
      <w:r>
        <w:rPr>
          <w:b w:val="0"/>
          <w:i w:val="0"/>
        </w:rPr>
        <w:t xml:space="preserve">Where there are blank spaces, no judge has been approved for this particular show to date. </w:t>
      </w:r>
    </w:p>
    <w:p>
      <w:r>
        <w:rPr>
          <w:b w:val="0"/>
          <w:i w:val="0"/>
        </w:rPr>
        <w:t xml:space="preserve">8th Jan Boston and DCS Geoff Allan, D/B </w:t>
      </w:r>
    </w:p>
    <w:p>
      <w:r>
        <w:rPr>
          <w:b w:val="0"/>
          <w:i w:val="0"/>
        </w:rPr>
        <w:t xml:space="preserve">17th Jan Manchester Mark Rawlinson. D/B </w:t>
      </w:r>
    </w:p>
    <w:p>
      <w:r>
        <w:rPr>
          <w:b w:val="0"/>
          <w:i w:val="0"/>
        </w:rPr>
        <w:t xml:space="preserve">6th Feb, Richard Morris D and Penny Carpanini B. </w:t>
      </w:r>
    </w:p>
    <w:p>
      <w:r>
        <w:rPr>
          <w:b w:val="0"/>
          <w:i w:val="0"/>
        </w:rPr>
        <w:t xml:space="preserve">5th March East Anglian Lab Club- Linda Harvey Major D Fiona Coward Scholes B </w:t>
      </w:r>
    </w:p>
    <w:p>
      <w:r>
        <w:rPr>
          <w:b w:val="0"/>
          <w:i w:val="0"/>
        </w:rPr>
        <w:t xml:space="preserve">11th March Crufts - Gary Johnson D, Marilyn Nightingale B </w:t>
      </w:r>
    </w:p>
    <w:p>
      <w:r>
        <w:rPr>
          <w:b w:val="0"/>
          <w:i w:val="0"/>
        </w:rPr>
        <w:t xml:space="preserve">19th March Three Ridings Mac Percival D, Alan Porter B </w:t>
      </w:r>
    </w:p>
    <w:p>
      <w:r>
        <w:rPr>
          <w:b w:val="0"/>
          <w:i w:val="0"/>
        </w:rPr>
        <w:t xml:space="preserve">27th March KSS LRC Linda McGillivray D, Margaret Woods B </w:t>
      </w:r>
    </w:p>
    <w:p>
      <w:r>
        <w:rPr>
          <w:b w:val="0"/>
          <w:i w:val="0"/>
        </w:rPr>
        <w:t xml:space="preserve">2nd April LRC Scotland Dave Wilmshurst D Mandy Deane B </w:t>
      </w:r>
    </w:p>
    <w:p>
      <w:r>
        <w:rPr>
          <w:b w:val="0"/>
          <w:i w:val="0"/>
        </w:rPr>
        <w:t xml:space="preserve">16th April MCLRC Lorraine Tooth D Barry Rooth B </w:t>
      </w:r>
    </w:p>
    <w:p>
      <w:r>
        <w:rPr>
          <w:b w:val="0"/>
          <w:i w:val="0"/>
        </w:rPr>
        <w:t xml:space="preserve">22nd April WELKS Anne Taylor D/B </w:t>
      </w:r>
    </w:p>
    <w:p>
      <w:r>
        <w:rPr>
          <w:b w:val="0"/>
          <w:i w:val="0"/>
        </w:rPr>
        <w:t xml:space="preserve">4th May LRC N Ireland - </w:t>
      </w:r>
    </w:p>
    <w:p>
      <w:r>
        <w:rPr>
          <w:b w:val="0"/>
          <w:i w:val="0"/>
        </w:rPr>
        <w:t xml:space="preserve">5th May Bham National - Luis Pinto Texeira (Portugal) D/B </w:t>
      </w:r>
    </w:p>
    <w:p>
      <w:r>
        <w:rPr>
          <w:b w:val="0"/>
          <w:i w:val="0"/>
        </w:rPr>
        <w:t xml:space="preserve">21st May SKC Mary McCulloch D/B </w:t>
      </w:r>
    </w:p>
    <w:p>
      <w:r>
        <w:rPr>
          <w:b w:val="0"/>
          <w:i w:val="0"/>
        </w:rPr>
        <w:t xml:space="preserve">28th May Bath - Pam Blay D/B </w:t>
      </w:r>
    </w:p>
    <w:p>
      <w:r>
        <w:rPr>
          <w:b w:val="0"/>
          <w:i w:val="0"/>
        </w:rPr>
        <w:t xml:space="preserve">3rd June Southern Counties Dale Elliott D/B </w:t>
      </w:r>
    </w:p>
    <w:p>
      <w:r>
        <w:rPr>
          <w:b w:val="0"/>
          <w:i w:val="0"/>
        </w:rPr>
        <w:t xml:space="preserve">9th June Three CountiesSian Ellis D/B </w:t>
      </w:r>
    </w:p>
    <w:p>
      <w:r>
        <w:rPr>
          <w:b w:val="0"/>
          <w:i w:val="0"/>
        </w:rPr>
        <w:t xml:space="preserve">11th June Lab Club David Craig D, Carole Coode B </w:t>
      </w:r>
    </w:p>
    <w:p>
      <w:r>
        <w:rPr>
          <w:b w:val="0"/>
          <w:i w:val="0"/>
        </w:rPr>
        <w:t xml:space="preserve">12th June Joint Lab Clubs Heather Fone D Vic Cole B </w:t>
      </w:r>
    </w:p>
    <w:p>
      <w:r>
        <w:rPr>
          <w:b w:val="0"/>
          <w:i w:val="0"/>
        </w:rPr>
        <w:t xml:space="preserve">18th June Border Union Sandra Hibbert D/B </w:t>
      </w:r>
    </w:p>
    <w:p>
      <w:r>
        <w:rPr>
          <w:b w:val="0"/>
          <w:i w:val="0"/>
        </w:rPr>
        <w:t xml:space="preserve">25th June Blackpool Mt J Van Den Berg (Holland) D/B </w:t>
      </w:r>
    </w:p>
    <w:p>
      <w:r>
        <w:rPr>
          <w:b w:val="0"/>
          <w:i w:val="0"/>
        </w:rPr>
        <w:t xml:space="preserve">1st July Windsor Sussie Wiles D/B </w:t>
      </w:r>
    </w:p>
    <w:p>
      <w:r>
        <w:rPr>
          <w:b w:val="0"/>
          <w:i w:val="0"/>
        </w:rPr>
        <w:t xml:space="preserve">6th July Cots and Wye Fiona Braddon D, Alison Scutcher B </w:t>
      </w:r>
    </w:p>
    <w:p>
      <w:r>
        <w:rPr>
          <w:b w:val="0"/>
          <w:i w:val="0"/>
        </w:rPr>
        <w:t xml:space="preserve">8th July East of England Keith Wallington D/B </w:t>
      </w:r>
    </w:p>
    <w:p>
      <w:r>
        <w:rPr>
          <w:b w:val="0"/>
          <w:i w:val="0"/>
        </w:rPr>
        <w:t xml:space="preserve">24th July Leeds Linda Sutcliffe D/B </w:t>
      </w:r>
    </w:p>
    <w:p>
      <w:r>
        <w:rPr>
          <w:b w:val="0"/>
          <w:i w:val="0"/>
        </w:rPr>
        <w:t xml:space="preserve">6th August Paignton Andy Metcalfe D/B </w:t>
      </w:r>
    </w:p>
    <w:p>
      <w:r>
        <w:rPr>
          <w:b w:val="0"/>
          <w:i w:val="0"/>
        </w:rPr>
        <w:t xml:space="preserve">7th August National Gundog Lorna Blackie D Tony Floyd B </w:t>
      </w:r>
    </w:p>
    <w:p>
      <w:r>
        <w:rPr>
          <w:b w:val="0"/>
          <w:i w:val="0"/>
        </w:rPr>
        <w:t xml:space="preserve">14th August Bournemouth </w:t>
      </w:r>
    </w:p>
    <w:p>
      <w:r>
        <w:rPr>
          <w:b w:val="0"/>
          <w:i w:val="0"/>
        </w:rPr>
        <w:t xml:space="preserve">17th August URC Karen Powell D, Julia Lewis B </w:t>
      </w:r>
    </w:p>
    <w:p>
      <w:r>
        <w:rPr>
          <w:b w:val="0"/>
          <w:i w:val="0"/>
        </w:rPr>
        <w:t xml:space="preserve">21st August Welsh KC Gordon Talbot D/B </w:t>
      </w:r>
    </w:p>
    <w:p>
      <w:r>
        <w:rPr>
          <w:b w:val="0"/>
          <w:i w:val="0"/>
        </w:rPr>
        <w:t xml:space="preserve">27th August SKC Ed Casey D/B </w:t>
      </w:r>
    </w:p>
    <w:p>
      <w:r>
        <w:rPr>
          <w:b w:val="0"/>
          <w:i w:val="0"/>
        </w:rPr>
        <w:t xml:space="preserve">4th Sept City of Bham Carole Reynolds D/B </w:t>
      </w:r>
    </w:p>
    <w:p>
      <w:r>
        <w:rPr>
          <w:b w:val="0"/>
          <w:i w:val="0"/>
        </w:rPr>
        <w:t xml:space="preserve">11th Sept Richmond </w:t>
      </w:r>
    </w:p>
    <w:p>
      <w:r>
        <w:rPr>
          <w:b w:val="0"/>
          <w:i w:val="0"/>
        </w:rPr>
        <w:t xml:space="preserve">18th Sept Darlington Miss G Oulton D/B </w:t>
      </w:r>
    </w:p>
    <w:p>
      <w:r>
        <w:rPr>
          <w:b w:val="0"/>
          <w:i w:val="0"/>
        </w:rPr>
        <w:t xml:space="preserve">24th Sept Belfast Gordon Haran D/B </w:t>
      </w:r>
    </w:p>
    <w:p>
      <w:r>
        <w:rPr>
          <w:b w:val="0"/>
          <w:i w:val="0"/>
        </w:rPr>
        <w:t xml:space="preserve">28th Sept Yellow Lab Club Anthony Allen D Agnes May Pollock B </w:t>
      </w:r>
    </w:p>
    <w:p>
      <w:r>
        <w:rPr>
          <w:b w:val="0"/>
          <w:i w:val="0"/>
        </w:rPr>
        <w:t xml:space="preserve">30th Sept Driffield Penny Williams D/B </w:t>
      </w:r>
    </w:p>
    <w:p>
      <w:r>
        <w:rPr>
          <w:b w:val="0"/>
          <w:i w:val="0"/>
        </w:rPr>
        <w:t xml:space="preserve">1st Oct N and D LRC Trish Parrott D, Linda McGillivray B </w:t>
      </w:r>
    </w:p>
    <w:p>
      <w:r>
        <w:rPr>
          <w:b w:val="0"/>
          <w:i w:val="0"/>
        </w:rPr>
        <w:t xml:space="preserve">7th Oct SWKA Mandy Stewart D/B </w:t>
      </w:r>
    </w:p>
    <w:p>
      <w:r>
        <w:rPr>
          <w:b w:val="0"/>
          <w:i w:val="0"/>
        </w:rPr>
        <w:t xml:space="preserve">19th Oct Gun Soc Wales Murray Armstrong D/B </w:t>
      </w:r>
    </w:p>
    <w:p>
      <w:r>
        <w:rPr>
          <w:b w:val="0"/>
          <w:i w:val="0"/>
        </w:rPr>
        <w:t xml:space="preserve">29th Oct Midland Counties CS Rosemary Hewitt D/B </w:t>
      </w:r>
    </w:p>
    <w:p>
      <w:r>
        <w:rPr>
          <w:b w:val="0"/>
          <w:i w:val="0"/>
        </w:rPr>
        <w:t xml:space="preserve">30th Oct NW LRC Margaret Gawthorpe D Brian Parrott B </w:t>
      </w:r>
    </w:p>
    <w:p>
      <w:r>
        <w:rPr>
          <w:b w:val="0"/>
          <w:i w:val="0"/>
        </w:rPr>
        <w:t xml:space="preserve">5th Nov West of Eng LRC Marlene Hepper D, Marion Hopkinson B </w:t>
      </w:r>
    </w:p>
    <w:p>
      <w:r>
        <w:rPr>
          <w:b w:val="0"/>
          <w:i w:val="0"/>
        </w:rPr>
        <w:t xml:space="preserve">12th Nov Gun Breeds Scotland Kirsi Luomanen D, Ms H Jokisilta B </w:t>
      </w:r>
    </w:p>
    <w:p>
      <w:r>
        <w:rPr>
          <w:b w:val="0"/>
          <w:i w:val="0"/>
        </w:rPr>
        <w:t xml:space="preserve">11th Dec LKA Jackie Hodge D/B </w:t>
      </w:r>
    </w:p>
    <w:p>
      <w:r>
        <w:rPr>
          <w:b w:val="0"/>
          <w:i w:val="0"/>
        </w:rPr>
        <w:t xml:space="preserve">Many thanks to Michael Hewitt who compiled the list. Please check all dates. </w:t>
      </w:r>
    </w:p>
    <w:p>
      <w:r>
        <w:rPr>
          <w:b w:val="0"/>
          <w:i w:val="0"/>
        </w:rPr>
        <w:t xml:space="preserve">I am sporting dog inflicted, bruised legs at the moment. Beattie aged 10, has had to have a suspicious lump removed and, recovering well, she is sporting a large rigid pink plastic "lampshade" round her neck for the next couple of weeks, so she doesn't chew the stitches. </w:t>
      </w:r>
    </w:p>
    <w:p>
      <w:r>
        <w:rPr>
          <w:b w:val="0"/>
          <w:i w:val="0"/>
        </w:rPr>
        <w:t xml:space="preserve">Unfortunately for me at this time, she is a very happy, friendly dog and likes to be extra close to everyone, but such closeness means, having been taught never to walk in front of anyone many moons ago, she is now using the lampshade as a battering ram from behind, to prod anyone on the path from the paddock to the house to get a move on and speed her progression indoors from the stormy back garden. I had forgotten how painful constant bashing can be and have resorted to running flat out to get up the path to the back door before she strikes. </w:t>
      </w:r>
    </w:p>
    <w:p>
      <w:r>
        <w:rPr>
          <w:b w:val="0"/>
          <w:i w:val="0"/>
        </w:rPr>
        <w:t xml:space="preserve">Sometimes it works, others it doesn't. Good job no-one can see our antics! </w:t>
      </w:r>
    </w:p>
    <w:p>
      <w:r>
        <w:rPr>
          <w:b w:val="0"/>
          <w:i w:val="0"/>
        </w:rPr>
        <w:t xml:space="preserve">I know there are really good, soft padded "lampshades" these days but sadly she can squash those and get at her stitches, hence I have had to resort to the old battering-ram type of lampshade. I think I could maybe invest in some cricket pads and wear them the wrong way round for the next couple of weeks!  </w:t>
      </w:r>
    </w:p>
    <w:p>
      <w:r>
        <w:rPr>
          <w:b w:val="0"/>
          <w:i w:val="0"/>
        </w:rPr>
        <w:t xml:space="preserve">Ann Britton </w:t>
      </w:r>
    </w:p>
    <w:p>
      <w:r>
        <w:rPr>
          <w:b w:val="0"/>
          <w:i w:val="0"/>
        </w:rPr>
        <w:t xml:space="preserve">01989720665 </w:t>
      </w:r>
    </w:p>
    <w:p>
      <w:r>
        <w:rPr>
          <w:b w:val="0"/>
          <w:i w:val="0"/>
        </w:rPr>
        <w:t xml:space="preserve">email bowstones@btinternet.com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