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- 23/09/2016 - ISSUE"</w:t>
      </w:r>
      <w:r>
        <w:br/>
      </w:r>
      <w:r>
        <w:rPr>
          <w:b w:val="0"/>
          <w:i w:val="0"/>
        </w:rPr>
        <w:br/>
        <w:t>date_original: "23/09/2016 - ISSUE"</w:t>
      </w:r>
      <w:r>
        <w:br/>
      </w:r>
      <w:r>
        <w:rPr>
          <w:b w:val="0"/>
          <w:i w:val="0"/>
        </w:rPr>
        <w:br/>
        <w:t>source_url: "https://www.ourdogs.co.uk/members/breednotes/RetrieverLabradorMain.php"</w:t>
      </w:r>
      <w:r>
        <w:br/>
      </w:r>
      <w:r>
        <w:rPr>
          <w:b w:val="0"/>
          <w:i w:val="0"/>
        </w:rPr>
        <w:br/>
        <w:t>scraped_at: "2026-09-13T15:27:53"</w:t>
      </w:r>
      <w:r>
        <w:br/>
      </w:r>
      <w:r>
        <w:rPr>
          <w:b w:val="0"/>
          <w:i w:val="0"/>
        </w:rPr>
        <w:br/>
        <w:t>word_count: 770</w:t>
      </w:r>
    </w:p>
    <w:p>
      <w:r>
        <w:t>――――――――――――――――――――――――――――――</w:t>
      </w:r>
    </w:p>
    <w:p>
      <w:r>
        <w:rPr>
          <w:b w:val="0"/>
          <w:i w:val="0"/>
        </w:rPr>
        <w:t>NEWS MEMBERS' AREA SHOP SUBSCRIBE UPCOMING SHOWS MORE</w:t>
      </w:r>
    </w:p>
    <w:p>
      <w:r>
        <w:rPr>
          <w:b w:val="0"/>
          <w:i w:val="0"/>
        </w:rPr>
        <w:t>RETRIEVER LABRADOR</w:t>
      </w:r>
    </w:p>
    <w:p>
      <w:r>
        <w:rPr>
          <w:b w:val="0"/>
          <w:i w:val="0"/>
        </w:rPr>
        <w:t>Issue: 23/09/2016</w:t>
      </w:r>
    </w:p>
    <w:p>
      <w:r>
        <w:rPr>
          <w:b w:val="0"/>
          <w:i w:val="0"/>
        </w:rPr>
        <w:t xml:space="preserve">Labradors at Darlington Championship Show were judged by Ginette Oulton who had an entry of 198 dogs and bitches to go over. Pictures from the showground showed those of us at home that it was a gloriously sunny day. </w:t>
      </w:r>
    </w:p>
    <w:p>
      <w:r>
        <w:rPr>
          <w:b w:val="0"/>
          <w:i w:val="0"/>
        </w:rPr>
        <w:t xml:space="preserve">The Dog CC and Best of Breed was won by Ken Roberts yellow,   Stormrose Golden Fortune JW Sh.CM </w:t>
      </w:r>
    </w:p>
    <w:p>
      <w:r>
        <w:rPr>
          <w:b w:val="0"/>
          <w:i w:val="0"/>
        </w:rPr>
        <w:t xml:space="preserve">The Dog RCC went to Richard Landrons Claychalk Rob Roy </w:t>
      </w:r>
    </w:p>
    <w:p>
      <w:r>
        <w:rPr>
          <w:b w:val="0"/>
          <w:i w:val="0"/>
        </w:rPr>
        <w:t>The Bitch CC was won by Hayley Brambles black, Shaymiloney Stormin Norma JW. This was a very popular and momentous first CC for both Norma and her breeder, Hayley, who I am sure is absolutely  delighted with her win. Hopefully the next two CCs will follow speedily, for this lovely bitch has always shown great potential since she very first trotted happily into the showring as a puppy. So good to see her coming to maturity and being justly rewarded.</w:t>
      </w:r>
    </w:p>
    <w:p>
      <w:r>
        <w:rPr>
          <w:b w:val="0"/>
          <w:i w:val="0"/>
        </w:rPr>
        <w:t xml:space="preserve">The Res Bitch CC went to Penny Carpaninis black, Carpenny Portia </w:t>
      </w:r>
    </w:p>
    <w:p>
      <w:r>
        <w:rPr>
          <w:b w:val="0"/>
          <w:i w:val="0"/>
        </w:rPr>
        <w:t>Best Puppy was Mr M Parkinsons bitch  Burnthorn Misty and Best Veteran Miss S Beans chocolate, Naiken Celtic Jeweler At Celtwood .</w:t>
      </w:r>
    </w:p>
    <w:p>
      <w:r>
        <w:rPr>
          <w:b w:val="0"/>
          <w:i w:val="0"/>
        </w:rPr>
        <w:t>Marlene Hepper (Mardas) breeder and owner of Mardas Roman Republic, was justifiably pleased with the judging and wrote on Facebook, "I would like to say a big Thank You to Miss G Oultton for all the Labradors placed at Darlington Championship Show with Mardas connections. They were the Bitch CC winner,   Best Puppy, and  Best Puppy Dog. We had a wonderful day".</w:t>
      </w:r>
    </w:p>
    <w:p>
      <w:r>
        <w:rPr>
          <w:b w:val="0"/>
          <w:i w:val="0"/>
        </w:rPr>
        <w:t>Well done Marlene a great credit to your kennel.</w:t>
      </w:r>
    </w:p>
    <w:p>
      <w:r>
        <w:rPr>
          <w:b w:val="0"/>
          <w:i w:val="0"/>
        </w:rPr>
        <w:t>Congratulations to all those who walked to raise money for the charities named in Pedigree Paws Unite sponsored event from September 12th - 18th 2016, involving all 216 recognised breeds of dog in the UK walking 160 miles in 7 locations across the United Kingdom . I gather the amazing figure raised from donations so far is around Â£65000 to be shared amongst seven charities under the umbrella of The Peekaboo Trust, which includes Make A Wish Foundation, Childrens Hospital, National Search and Rescue Dog Association, Dog AID, The Cinnamon Trust, PACT and Ty Hafan.</w:t>
      </w:r>
    </w:p>
    <w:p>
      <w:r>
        <w:rPr>
          <w:b w:val="0"/>
          <w:i w:val="0"/>
        </w:rPr>
        <w:t>Richard Bott took part in the Pedigree Paws Unite with Hatch the Labrador better known as Sh Ch and Am Ch Tampa Bay &amp; Snobo Gustsy seas Batten Down the Hatch. Well done to you all, walkers and fundraisers. A great effort.</w:t>
      </w:r>
    </w:p>
    <w:p>
      <w:r>
        <w:rPr>
          <w:b w:val="0"/>
          <w:i w:val="0"/>
        </w:rPr>
        <w:t xml:space="preserve">Its that worrying time for me when a very much in whelp bitch gets to the whale like, uncomfy looking stage and her body resembles a large sack of sticky-out-bricks, with just a few days to go until her first puppies are born. However long one has welcomed litters into the world, I know for the majority of caring breeders this lead up, waiting stage is aways an anxious time. Will she be alright? Will she give birth naturally? Will she have half the litter and then get stuck and need to go to the vets, dashing down the motorway in the middle of the night for a caesar to extract the rest, and me praying all the way that she doesn't have one in the car, unable to pull over on the motorway hard shoulder. </w:t>
      </w:r>
    </w:p>
    <w:p>
      <w:r>
        <w:rPr>
          <w:b w:val="0"/>
          <w:i w:val="0"/>
        </w:rPr>
        <w:t>Will she suffer from complete inertia and never go into labour at all, thus requiring a caesar from the word go? All these thoughts pass through ones mind as one checks her falling temperature day by day looking for the major drop which heralds the start of labour . One always prays and trusts that nature will ensure a bitch gives birth naturally. However, as I have occasionally noticed, the trouble with  Labradors is that they are such sturdy, brave and stoic creatures, that once they feel a twinge of a birth pain,  rather than pushing and going with the contractions, they seem to say "Oh, that was nasty. Ow, that hurt. Think its best if I pretend it didnt happen and curl up and go to sleep!"</w:t>
      </w:r>
    </w:p>
    <w:p>
      <w:r>
        <w:rPr>
          <w:b w:val="0"/>
          <w:i w:val="0"/>
        </w:rPr>
        <w:t>Walks round the garden in the dead of night are a recommended wake up call. Hopefully it will not be raining!</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